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CERERE DE COTAȚII</w:t>
      </w:r>
      <w:r w:rsidDel="00000000" w:rsidR="00000000" w:rsidRPr="00000000">
        <w:rPr>
          <w:rtl w:val="0"/>
        </w:rPr>
      </w:r>
    </w:p>
    <w:p w:rsidR="00000000" w:rsidDel="00000000" w:rsidP="00000000" w:rsidRDefault="00000000" w:rsidRPr="00000000" w14:paraId="00000002">
      <w:pPr>
        <w:spacing w:after="28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RFQ Nr.: </w:t>
      </w:r>
      <w:r w:rsidDel="00000000" w:rsidR="00000000" w:rsidRPr="00000000">
        <w:rPr>
          <w:b w:val="1"/>
          <w:bCs w:val="1"/>
          <w:rtl w:val="0"/>
        </w:rPr>
        <w:t xml:space="preserve">MD-AGC-571321-GO-RFQ</w:t>
      </w:r>
      <w:r w:rsidDel="00000000" w:rsidR="00000000" w:rsidRPr="00000000">
        <w:rPr>
          <w:rtl w:val="0"/>
        </w:rPr>
      </w:r>
    </w:p>
    <w:p w:rsidR="00000000" w:rsidDel="00000000" w:rsidP="00000000" w:rsidRDefault="00000000" w:rsidRPr="00000000" w14:paraId="00000003">
      <w:pPr>
        <w:spacing w:after="32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cu privire la procurarea utilajelor, echipamentelor și materialelor pentru producție agricolă, zootehnică și alimentară (LOT 1 – LOT 6)</w:t>
      </w:r>
      <w:r w:rsidDel="00000000" w:rsidR="00000000" w:rsidRPr="00000000">
        <w:rPr>
          <w:rtl w:val="0"/>
        </w:rPr>
      </w:r>
    </w:p>
    <w:p w:rsidR="00000000" w:rsidDel="00000000" w:rsidP="00000000" w:rsidRDefault="00000000" w:rsidRPr="00000000" w14:paraId="00000004">
      <w:pPr>
        <w:spacing w:after="240" w:lineRule="auto"/>
        <w:jc w:val="both"/>
        <w:rPr/>
      </w:pPr>
      <w:r w:rsidDel="00000000" w:rsidR="00000000" w:rsidRPr="00000000">
        <w:rPr>
          <w:rtl w:val="0"/>
        </w:rPr>
        <w:t xml:space="preserve">Stimate(ă) Domn/Doamnă,</w:t>
      </w:r>
    </w:p>
    <w:p w:rsidR="00000000" w:rsidDel="00000000" w:rsidP="00000000" w:rsidRDefault="00000000" w:rsidRPr="00000000" w14:paraId="00000005">
      <w:pPr>
        <w:spacing w:after="0" w:lineRule="auto"/>
        <w:jc w:val="both"/>
        <w:rPr/>
      </w:pPr>
      <w:r w:rsidDel="00000000" w:rsidR="00000000" w:rsidRPr="00000000">
        <w:rPr>
          <w:rtl w:val="0"/>
        </w:rPr>
        <w:t xml:space="preserve">AO „Gender-Centru” a primit de la Asociația Internațională pentru Dezvoltare și Banca Internațională pentru Reconstrucție și Dezvoltare parte a „Grupului Banca Mondială” un grant pentru finanțarea Proiectului „</w:t>
      </w:r>
      <w:r w:rsidDel="00000000" w:rsidR="00000000" w:rsidRPr="00000000">
        <w:rPr>
          <w:i w:val="1"/>
          <w:iCs w:val="1"/>
          <w:rtl w:val="0"/>
        </w:rPr>
        <w:t xml:space="preserve">Abilitarea Femeilor prin Servicii de Răspuns la Violența în Bază de Gen</w:t>
      </w:r>
      <w:r w:rsidDel="00000000" w:rsidR="00000000" w:rsidRPr="00000000">
        <w:rPr>
          <w:rtl w:val="0"/>
        </w:rPr>
        <w:t xml:space="preserve">” (SAVV), aprobat prin Acordul nr. TC0C8205 din 28 mai 2025, și intenționează să utilizeze o parte din aceste fonduri pentru procurarea utilajelor, echipamentelor și materialelor pentru producție agricolă, zootehnică și alimentară, care va fi distribuit supraviețuitoarelor violenței în bază de gen.</w:t>
      </w:r>
    </w:p>
    <w:p w:rsidR="00000000" w:rsidDel="00000000" w:rsidP="00000000" w:rsidRDefault="00000000" w:rsidRPr="00000000" w14:paraId="00000006">
      <w:pPr>
        <w:spacing w:after="0" w:lineRule="auto"/>
        <w:jc w:val="both"/>
        <w:rPr/>
      </w:pPr>
      <w:r w:rsidDel="00000000" w:rsidR="00000000" w:rsidRPr="00000000">
        <w:rPr>
          <w:rtl w:val="0"/>
        </w:rPr>
      </w:r>
    </w:p>
    <w:p w:rsidR="00000000" w:rsidDel="00000000" w:rsidP="00000000" w:rsidRDefault="00000000" w:rsidRPr="00000000" w14:paraId="00000007">
      <w:pPr>
        <w:spacing w:after="0" w:lineRule="auto"/>
        <w:jc w:val="both"/>
        <w:rPr/>
      </w:pPr>
      <w:r w:rsidDel="00000000" w:rsidR="00000000" w:rsidRPr="00000000">
        <w:rPr>
          <w:rtl w:val="0"/>
        </w:rPr>
        <w:t xml:space="preserve">Achiziția se realizează utilizând procedura Cerere de cotații (RFQ) în conformitate cu prevederile din </w:t>
      </w:r>
      <w:hyperlink r:id="rId8">
        <w:r w:rsidDel="00000000" w:rsidR="00000000" w:rsidRPr="00000000">
          <w:rPr>
            <w:color w:val="0000ff"/>
            <w:u w:val="single"/>
            <w:rtl w:val="0"/>
          </w:rPr>
          <w:t xml:space="preserve">Regulamentul privind achizițiile pentru împrumuturile de investiții ale Împrumutatului, datat septembrie 2023</w:t>
        </w:r>
      </w:hyperlink>
      <w:r w:rsidDel="00000000" w:rsidR="00000000" w:rsidRPr="00000000">
        <w:rPr>
          <w:rtl w:val="0"/>
        </w:rPr>
        <w:t xml:space="preserve">.</w:t>
      </w:r>
    </w:p>
    <w:p w:rsidR="00000000" w:rsidDel="00000000" w:rsidP="00000000" w:rsidRDefault="00000000" w:rsidRPr="00000000" w14:paraId="00000008">
      <w:pPr>
        <w:spacing w:after="0" w:lineRule="auto"/>
        <w:jc w:val="both"/>
        <w:rPr/>
      </w:pPr>
      <w:r w:rsidDel="00000000" w:rsidR="00000000" w:rsidRPr="00000000">
        <w:rPr>
          <w:rtl w:val="0"/>
        </w:rPr>
      </w:r>
    </w:p>
    <w:p w:rsidR="00000000" w:rsidDel="00000000" w:rsidP="00000000" w:rsidRDefault="00000000" w:rsidRPr="00000000" w14:paraId="00000009">
      <w:pPr>
        <w:spacing w:after="0" w:lineRule="auto"/>
        <w:jc w:val="both"/>
        <w:rPr/>
      </w:pPr>
      <w:r w:rsidDel="00000000" w:rsidR="00000000" w:rsidRPr="00000000">
        <w:rPr>
          <w:rtl w:val="0"/>
        </w:rPr>
        <w:t xml:space="preserve">Scopul achiziției este procurarea utilajelor, echipamentelor și materialelor pentru producție agricolă, zootehnică și alimentară, care va fi distribuit supreviețuitoarelor violenței în bază de gen beneficiare ale Proiectului „</w:t>
      </w:r>
      <w:r w:rsidDel="00000000" w:rsidR="00000000" w:rsidRPr="00000000">
        <w:rPr>
          <w:i w:val="1"/>
          <w:iCs w:val="1"/>
          <w:rtl w:val="0"/>
        </w:rPr>
        <w:t xml:space="preserve">Abilitarea Femeilor prin Servicii de Răspuns la Violența în Bază de Gen</w:t>
      </w:r>
      <w:r w:rsidDel="00000000" w:rsidR="00000000" w:rsidRPr="00000000">
        <w:rPr>
          <w:rtl w:val="0"/>
        </w:rPr>
        <w:t xml:space="preserve">” (SAVV). Prestatorul va asigura livrarea echipamentelor la locația specificată de Cumpărător.</w:t>
      </w:r>
    </w:p>
    <w:p w:rsidR="00000000" w:rsidDel="00000000" w:rsidP="00000000" w:rsidRDefault="00000000" w:rsidRPr="00000000" w14:paraId="0000000A">
      <w:pPr>
        <w:spacing w:after="160" w:before="0" w:lineRule="auto"/>
        <w:jc w:val="both"/>
        <w:rPr/>
      </w:pPr>
      <w:r w:rsidDel="00000000" w:rsidR="00000000" w:rsidRPr="00000000">
        <w:rPr>
          <w:rtl w:val="0"/>
        </w:rPr>
      </w:r>
    </w:p>
    <w:p w:rsidR="00000000" w:rsidDel="00000000" w:rsidP="00000000" w:rsidRDefault="00000000" w:rsidRPr="00000000" w14:paraId="0000000B">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Cod referință achiziție:</w:t>
      </w:r>
      <w:r w:rsidDel="00000000" w:rsidR="00000000" w:rsidRPr="00000000">
        <w:rPr>
          <w:rtl w:val="0"/>
        </w:rPr>
      </w:r>
    </w:p>
    <w:p w:rsidR="00000000" w:rsidDel="00000000" w:rsidP="00000000" w:rsidRDefault="00000000" w:rsidRPr="00000000" w14:paraId="0000000C">
      <w:pPr>
        <w:spacing w:after="40" w:before="0" w:lineRule="auto"/>
        <w:ind w:left="432" w:firstLine="0"/>
        <w:jc w:val="both"/>
        <w:rPr>
          <w:b w:val="1"/>
          <w:bCs w:val="1"/>
        </w:rPr>
      </w:pPr>
      <w:r w:rsidDel="00000000" w:rsidR="00000000" w:rsidRPr="00000000">
        <w:rPr>
          <w:rFonts w:ascii="Times New Roman" w:cs="Times New Roman" w:eastAsia="Times New Roman" w:hAnsi="Times New Roman"/>
          <w:b w:val="0"/>
          <w:bCs w:val="0"/>
          <w:i w:val="0"/>
          <w:iCs w:val="0"/>
          <w:sz w:val="24"/>
          <w:szCs w:val="24"/>
          <w:u w:val="none"/>
          <w:rtl w:val="0"/>
        </w:rPr>
        <w:t xml:space="preserve">LOT 1 „Utilaje agricole mecanizate”: </w:t>
      </w:r>
      <w:r w:rsidDel="00000000" w:rsidR="00000000" w:rsidRPr="00000000">
        <w:rPr>
          <w:b w:val="1"/>
          <w:bCs w:val="1"/>
          <w:rtl w:val="0"/>
        </w:rPr>
        <w:t xml:space="preserve">MD-AGC-571321-GO-RFQ</w:t>
      </w:r>
    </w:p>
    <w:p w:rsidR="00000000" w:rsidDel="00000000" w:rsidP="00000000" w:rsidRDefault="00000000" w:rsidRPr="00000000" w14:paraId="0000000D">
      <w:pPr>
        <w:spacing w:after="40" w:before="0" w:lineRule="auto"/>
        <w:ind w:left="432" w:firstLine="0"/>
        <w:jc w:val="both"/>
        <w:rPr>
          <w:b w:val="1"/>
          <w:bCs w:val="1"/>
        </w:rPr>
      </w:pPr>
      <w:r w:rsidDel="00000000" w:rsidR="00000000" w:rsidRPr="00000000">
        <w:rPr>
          <w:rFonts w:ascii="Times New Roman" w:cs="Times New Roman" w:eastAsia="Times New Roman" w:hAnsi="Times New Roman"/>
          <w:b w:val="0"/>
          <w:bCs w:val="0"/>
          <w:i w:val="0"/>
          <w:iCs w:val="0"/>
          <w:sz w:val="24"/>
          <w:szCs w:val="24"/>
          <w:u w:val="none"/>
          <w:rtl w:val="0"/>
        </w:rPr>
        <w:t xml:space="preserve">LOT 2 „Echipament pentru seră, irigare și încălzire”: </w:t>
      </w:r>
      <w:r w:rsidDel="00000000" w:rsidR="00000000" w:rsidRPr="00000000">
        <w:rPr>
          <w:b w:val="1"/>
          <w:bCs w:val="1"/>
          <w:rtl w:val="0"/>
        </w:rPr>
        <w:t xml:space="preserve">MD-AGC-571321-GO-RFQ</w:t>
      </w:r>
    </w:p>
    <w:p w:rsidR="00000000" w:rsidDel="00000000" w:rsidP="00000000" w:rsidRDefault="00000000" w:rsidRPr="00000000" w14:paraId="0000000E">
      <w:pPr>
        <w:spacing w:after="40" w:before="0" w:lineRule="auto"/>
        <w:ind w:left="432" w:firstLine="0"/>
        <w:jc w:val="both"/>
        <w:rPr>
          <w:b w:val="1"/>
          <w:bCs w:val="1"/>
        </w:rPr>
      </w:pPr>
      <w:r w:rsidDel="00000000" w:rsidR="00000000" w:rsidRPr="00000000">
        <w:rPr>
          <w:rFonts w:ascii="Times New Roman" w:cs="Times New Roman" w:eastAsia="Times New Roman" w:hAnsi="Times New Roman"/>
          <w:b w:val="0"/>
          <w:bCs w:val="0"/>
          <w:i w:val="0"/>
          <w:iCs w:val="0"/>
          <w:sz w:val="24"/>
          <w:szCs w:val="24"/>
          <w:u w:val="none"/>
          <w:rtl w:val="0"/>
        </w:rPr>
        <w:t xml:space="preserve">LOT 3 „Echipament și inventar zootehnic”: </w:t>
      </w:r>
      <w:r w:rsidDel="00000000" w:rsidR="00000000" w:rsidRPr="00000000">
        <w:rPr>
          <w:b w:val="1"/>
          <w:bCs w:val="1"/>
          <w:rtl w:val="0"/>
        </w:rPr>
        <w:t xml:space="preserve">MD-AGC-571321-GO-RFQ</w:t>
      </w:r>
    </w:p>
    <w:p w:rsidR="00000000" w:rsidDel="00000000" w:rsidP="00000000" w:rsidRDefault="00000000" w:rsidRPr="00000000" w14:paraId="0000000F">
      <w:pPr>
        <w:spacing w:after="40" w:before="0" w:lineRule="auto"/>
        <w:ind w:left="432" w:firstLine="0"/>
        <w:jc w:val="both"/>
        <w:rPr>
          <w:b w:val="1"/>
          <w:bCs w:val="1"/>
        </w:rPr>
      </w:pPr>
      <w:r w:rsidDel="00000000" w:rsidR="00000000" w:rsidRPr="00000000">
        <w:rPr>
          <w:rFonts w:ascii="Times New Roman" w:cs="Times New Roman" w:eastAsia="Times New Roman" w:hAnsi="Times New Roman"/>
          <w:b w:val="0"/>
          <w:bCs w:val="0"/>
          <w:i w:val="0"/>
          <w:iCs w:val="0"/>
          <w:sz w:val="24"/>
          <w:szCs w:val="24"/>
          <w:u w:val="none"/>
          <w:rtl w:val="0"/>
        </w:rPr>
        <w:t xml:space="preserve">LOT 4 „Echipament pentru producere de panificație”: </w:t>
      </w:r>
      <w:r w:rsidDel="00000000" w:rsidR="00000000" w:rsidRPr="00000000">
        <w:rPr>
          <w:b w:val="1"/>
          <w:bCs w:val="1"/>
          <w:rtl w:val="0"/>
        </w:rPr>
        <w:t xml:space="preserve">MD-AGC-571321-GO-RFQ</w:t>
      </w:r>
    </w:p>
    <w:p w:rsidR="00000000" w:rsidDel="00000000" w:rsidP="00000000" w:rsidRDefault="00000000" w:rsidRPr="00000000" w14:paraId="00000010">
      <w:pPr>
        <w:spacing w:after="40" w:before="0" w:lineRule="auto"/>
        <w:ind w:left="432" w:firstLine="0"/>
        <w:jc w:val="both"/>
        <w:rPr>
          <w:b w:val="1"/>
          <w:bCs w:val="1"/>
        </w:rPr>
      </w:pPr>
      <w:r w:rsidDel="00000000" w:rsidR="00000000" w:rsidRPr="00000000">
        <w:rPr>
          <w:rFonts w:ascii="Times New Roman" w:cs="Times New Roman" w:eastAsia="Times New Roman" w:hAnsi="Times New Roman"/>
          <w:b w:val="0"/>
          <w:bCs w:val="0"/>
          <w:i w:val="0"/>
          <w:iCs w:val="0"/>
          <w:sz w:val="24"/>
          <w:szCs w:val="24"/>
          <w:u w:val="none"/>
          <w:rtl w:val="0"/>
        </w:rPr>
        <w:t xml:space="preserve">LOT 5 „Materiale de construcție pentru adăposturi zootehnice”: </w:t>
      </w:r>
      <w:r w:rsidDel="00000000" w:rsidR="00000000" w:rsidRPr="00000000">
        <w:rPr>
          <w:b w:val="1"/>
          <w:bCs w:val="1"/>
          <w:rtl w:val="0"/>
        </w:rPr>
        <w:t xml:space="preserve">MD-AGC-571321-GO-RFQ</w:t>
      </w:r>
    </w:p>
    <w:p w:rsidR="00000000" w:rsidDel="00000000" w:rsidP="00000000" w:rsidRDefault="00000000" w:rsidRPr="00000000" w14:paraId="00000011">
      <w:pPr>
        <w:spacing w:after="40" w:before="0" w:lineRule="auto"/>
        <w:ind w:left="432" w:firstLine="0"/>
        <w:jc w:val="both"/>
        <w:rPr>
          <w:b w:val="1"/>
          <w:bCs w:val="1"/>
        </w:rPr>
      </w:pPr>
      <w:r w:rsidDel="00000000" w:rsidR="00000000" w:rsidRPr="00000000">
        <w:rPr>
          <w:rFonts w:ascii="Times New Roman" w:cs="Times New Roman" w:eastAsia="Times New Roman" w:hAnsi="Times New Roman"/>
          <w:b w:val="0"/>
          <w:bCs w:val="0"/>
          <w:i w:val="0"/>
          <w:iCs w:val="0"/>
          <w:sz w:val="24"/>
          <w:szCs w:val="24"/>
          <w:u w:val="none"/>
          <w:rtl w:val="0"/>
        </w:rPr>
        <w:t xml:space="preserve">LOT 6 „Substrat, semințe și fertilizanți pentru horticultură”: </w:t>
      </w:r>
      <w:r w:rsidDel="00000000" w:rsidR="00000000" w:rsidRPr="00000000">
        <w:rPr>
          <w:b w:val="1"/>
          <w:bCs w:val="1"/>
          <w:rtl w:val="0"/>
        </w:rPr>
        <w:t xml:space="preserve">MD-AGC-571321-GO-RFQ</w:t>
      </w:r>
    </w:p>
    <w:p w:rsidR="00000000" w:rsidDel="00000000" w:rsidP="00000000" w:rsidRDefault="00000000" w:rsidRPr="00000000" w14:paraId="00000012">
      <w:pPr>
        <w:spacing w:after="200" w:before="0" w:lineRule="auto"/>
        <w:jc w:val="both"/>
        <w:rPr/>
      </w:pPr>
      <w:r w:rsidDel="00000000" w:rsidR="00000000" w:rsidRPr="00000000">
        <w:rPr>
          <w:rtl w:val="0"/>
        </w:rPr>
      </w:r>
    </w:p>
    <w:p w:rsidR="00000000" w:rsidDel="00000000" w:rsidP="00000000" w:rsidRDefault="00000000" w:rsidRPr="00000000" w14:paraId="00000013">
      <w:pPr>
        <w:spacing w:after="160" w:before="80" w:lineRule="auto"/>
        <w:ind w:left="432" w:hanging="432"/>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1.</w:t>
        <w:tab/>
      </w:r>
      <w:r w:rsidDel="00000000" w:rsidR="00000000" w:rsidRPr="00000000">
        <w:rPr>
          <w:rFonts w:ascii="Times New Roman" w:cs="Times New Roman" w:eastAsia="Times New Roman" w:hAnsi="Times New Roman"/>
          <w:b w:val="0"/>
          <w:bCs w:val="0"/>
          <w:i w:val="0"/>
          <w:iCs w:val="0"/>
          <w:sz w:val="24"/>
          <w:szCs w:val="24"/>
          <w:u w:val="none"/>
          <w:rtl w:val="0"/>
        </w:rPr>
        <w:t xml:space="preserve">În acest context, vă invităm să ne transmiteți oferta Dvs. de preț pentru procurarea utilajelor/echipamentelor/materialelor și livrarea acestora la locațiile beneficiarelor/beneficiarilor, menționate la punctul 7(i) de mai jos, după cum urmează:</w:t>
      </w:r>
      <w:r w:rsidDel="00000000" w:rsidR="00000000" w:rsidRPr="00000000">
        <w:rPr>
          <w:rtl w:val="0"/>
        </w:rPr>
      </w:r>
    </w:p>
    <w:p w:rsidR="00000000" w:rsidDel="00000000" w:rsidP="00000000" w:rsidRDefault="00000000" w:rsidRPr="00000000" w14:paraId="00000014">
      <w:pPr>
        <w:spacing w:after="120" w:before="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1 „Utilaje agricole mecanizate”</w:t>
      </w:r>
      <w:r w:rsidDel="00000000" w:rsidR="00000000" w:rsidRPr="00000000">
        <w:rPr>
          <w:rtl w:val="0"/>
        </w:rPr>
      </w:r>
    </w:p>
    <w:tbl>
      <w:tblPr>
        <w:tblStyle w:val="Table1"/>
        <w:tblW w:w="9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5"/>
        <w:gridCol w:w="6585"/>
        <w:gridCol w:w="1050"/>
        <w:gridCol w:w="1260"/>
        <w:tblGridChange w:id="0">
          <w:tblGrid>
            <w:gridCol w:w="825"/>
            <w:gridCol w:w="6585"/>
            <w:gridCol w:w="1050"/>
            <w:gridCol w:w="1260"/>
          </w:tblGrid>
        </w:tblGridChange>
      </w:tblGrid>
      <w:tr>
        <w:trPr>
          <w:cantSplit w:val="0"/>
          <w:tblHeader w:val="0"/>
        </w:trPr>
        <w:tc>
          <w:tcPr>
            <w:shd w:fill="f2f2f2" w:val="clear"/>
          </w:tcPr>
          <w:p w:rsidR="00000000" w:rsidDel="00000000" w:rsidP="00000000" w:rsidRDefault="00000000" w:rsidRPr="00000000" w14:paraId="00000015">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 crt.</w:t>
            </w:r>
            <w:r w:rsidDel="00000000" w:rsidR="00000000" w:rsidRPr="00000000">
              <w:rPr>
                <w:rtl w:val="0"/>
              </w:rPr>
            </w:r>
          </w:p>
        </w:tc>
        <w:tc>
          <w:tcPr>
            <w:shd w:fill="f2f2f2" w:val="clear"/>
          </w:tcPr>
          <w:p w:rsidR="00000000" w:rsidDel="00000000" w:rsidP="00000000" w:rsidRDefault="00000000" w:rsidRPr="00000000" w14:paraId="00000016">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017">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UM</w:t>
            </w:r>
            <w:r w:rsidDel="00000000" w:rsidR="00000000" w:rsidRPr="00000000">
              <w:rPr>
                <w:rtl w:val="0"/>
              </w:rPr>
            </w:r>
          </w:p>
        </w:tc>
        <w:tc>
          <w:tcPr>
            <w:shd w:fill="f2f2f2" w:val="clear"/>
          </w:tcPr>
          <w:p w:rsidR="00000000" w:rsidDel="00000000" w:rsidP="00000000" w:rsidRDefault="00000000" w:rsidRPr="00000000" w14:paraId="00000018">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r>
      <w:tr>
        <w:trPr>
          <w:cantSplit w:val="0"/>
          <w:tblHeader w:val="0"/>
        </w:trPr>
        <w:tc>
          <w:tcPr/>
          <w:p w:rsidR="00000000" w:rsidDel="00000000" w:rsidP="00000000" w:rsidRDefault="00000000" w:rsidRPr="00000000" w14:paraId="0000001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01A">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Motocultor cu freză de lucru</w:t>
            </w:r>
            <w:r w:rsidDel="00000000" w:rsidR="00000000" w:rsidRPr="00000000">
              <w:rPr>
                <w:rtl w:val="0"/>
              </w:rPr>
            </w:r>
          </w:p>
        </w:tc>
        <w:tc>
          <w:tcPr/>
          <w:p w:rsidR="00000000" w:rsidDel="00000000" w:rsidP="00000000" w:rsidRDefault="00000000" w:rsidRPr="00000000" w14:paraId="0000001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1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1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01E">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Remorcă atașabilă pentru motocultor</w:t>
            </w:r>
            <w:r w:rsidDel="00000000" w:rsidR="00000000" w:rsidRPr="00000000">
              <w:rPr>
                <w:rtl w:val="0"/>
              </w:rPr>
            </w:r>
          </w:p>
        </w:tc>
        <w:tc>
          <w:tcPr/>
          <w:p w:rsidR="00000000" w:rsidDel="00000000" w:rsidP="00000000" w:rsidRDefault="00000000" w:rsidRPr="00000000" w14:paraId="0000001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2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bl>
    <w:p w:rsidR="00000000" w:rsidDel="00000000" w:rsidP="00000000" w:rsidRDefault="00000000" w:rsidRPr="00000000" w14:paraId="00000021">
      <w:pPr>
        <w:spacing w:after="200" w:before="0" w:lineRule="auto"/>
        <w:jc w:val="both"/>
        <w:rPr/>
      </w:pPr>
      <w:r w:rsidDel="00000000" w:rsidR="00000000" w:rsidRPr="00000000">
        <w:rPr>
          <w:rtl w:val="0"/>
        </w:rPr>
      </w:r>
    </w:p>
    <w:p w:rsidR="00000000" w:rsidDel="00000000" w:rsidP="00000000" w:rsidRDefault="00000000" w:rsidRPr="00000000" w14:paraId="00000022">
      <w:pPr>
        <w:spacing w:after="120" w:before="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2 „Echipament pentru seră, irigare și încălzire”</w:t>
      </w:r>
      <w:r w:rsidDel="00000000" w:rsidR="00000000" w:rsidRPr="00000000">
        <w:rPr>
          <w:rtl w:val="0"/>
        </w:rPr>
      </w:r>
    </w:p>
    <w:tbl>
      <w:tblPr>
        <w:tblStyle w:val="Table2"/>
        <w:tblW w:w="9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5"/>
        <w:gridCol w:w="6615"/>
        <w:gridCol w:w="1035"/>
        <w:gridCol w:w="1245"/>
        <w:tblGridChange w:id="0">
          <w:tblGrid>
            <w:gridCol w:w="825"/>
            <w:gridCol w:w="6615"/>
            <w:gridCol w:w="1035"/>
            <w:gridCol w:w="1245"/>
          </w:tblGrid>
        </w:tblGridChange>
      </w:tblGrid>
      <w:tr>
        <w:trPr>
          <w:cantSplit w:val="0"/>
          <w:tblHeader w:val="0"/>
        </w:trPr>
        <w:tc>
          <w:tcPr>
            <w:shd w:fill="f2f2f2" w:val="clear"/>
          </w:tcPr>
          <w:p w:rsidR="00000000" w:rsidDel="00000000" w:rsidP="00000000" w:rsidRDefault="00000000" w:rsidRPr="00000000" w14:paraId="00000023">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 crt.</w:t>
            </w:r>
            <w:r w:rsidDel="00000000" w:rsidR="00000000" w:rsidRPr="00000000">
              <w:rPr>
                <w:rtl w:val="0"/>
              </w:rPr>
            </w:r>
          </w:p>
        </w:tc>
        <w:tc>
          <w:tcPr>
            <w:shd w:fill="f2f2f2" w:val="clear"/>
          </w:tcPr>
          <w:p w:rsidR="00000000" w:rsidDel="00000000" w:rsidP="00000000" w:rsidRDefault="00000000" w:rsidRPr="00000000" w14:paraId="00000024">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025">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UM</w:t>
            </w:r>
            <w:r w:rsidDel="00000000" w:rsidR="00000000" w:rsidRPr="00000000">
              <w:rPr>
                <w:rtl w:val="0"/>
              </w:rPr>
            </w:r>
          </w:p>
        </w:tc>
        <w:tc>
          <w:tcPr>
            <w:shd w:fill="f2f2f2" w:val="clear"/>
          </w:tcPr>
          <w:p w:rsidR="00000000" w:rsidDel="00000000" w:rsidP="00000000" w:rsidRDefault="00000000" w:rsidRPr="00000000" w14:paraId="00000026">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r>
      <w:tr>
        <w:trPr>
          <w:cantSplit w:val="0"/>
          <w:tblHeader w:val="0"/>
        </w:trPr>
        <w:tc>
          <w:tcPr/>
          <w:p w:rsidR="00000000" w:rsidDel="00000000" w:rsidP="00000000" w:rsidRDefault="00000000" w:rsidRPr="00000000" w14:paraId="0000002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028">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Structură de seră (tunel agricol)</w:t>
            </w:r>
            <w:r w:rsidDel="00000000" w:rsidR="00000000" w:rsidRPr="00000000">
              <w:rPr>
                <w:rtl w:val="0"/>
              </w:rPr>
            </w:r>
          </w:p>
        </w:tc>
        <w:tc>
          <w:tcPr/>
          <w:p w:rsidR="00000000" w:rsidDel="00000000" w:rsidP="00000000" w:rsidRDefault="00000000" w:rsidRPr="00000000" w14:paraId="0000002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2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02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02C">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Sistem de irigare prin picurare</w:t>
            </w:r>
            <w:r w:rsidDel="00000000" w:rsidR="00000000" w:rsidRPr="00000000">
              <w:rPr>
                <w:rtl w:val="0"/>
              </w:rPr>
            </w:r>
          </w:p>
        </w:tc>
        <w:tc>
          <w:tcPr/>
          <w:p w:rsidR="00000000" w:rsidDel="00000000" w:rsidP="00000000" w:rsidRDefault="00000000" w:rsidRPr="00000000" w14:paraId="0000002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set</w:t>
            </w:r>
            <w:r w:rsidDel="00000000" w:rsidR="00000000" w:rsidRPr="00000000">
              <w:rPr>
                <w:rtl w:val="0"/>
              </w:rPr>
            </w:r>
          </w:p>
        </w:tc>
        <w:tc>
          <w:tcPr/>
          <w:p w:rsidR="00000000" w:rsidDel="00000000" w:rsidP="00000000" w:rsidRDefault="00000000" w:rsidRPr="00000000" w14:paraId="0000002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02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030">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Rezervor de apă</w:t>
            </w:r>
            <w:r w:rsidDel="00000000" w:rsidR="00000000" w:rsidRPr="00000000">
              <w:rPr>
                <w:rtl w:val="0"/>
              </w:rPr>
            </w:r>
          </w:p>
        </w:tc>
        <w:tc>
          <w:tcPr/>
          <w:p w:rsidR="00000000" w:rsidDel="00000000" w:rsidP="00000000" w:rsidRDefault="00000000" w:rsidRPr="00000000" w14:paraId="0000003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3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3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034">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Stropitoare cu pompă manuală</w:t>
            </w:r>
            <w:r w:rsidDel="00000000" w:rsidR="00000000" w:rsidRPr="00000000">
              <w:rPr>
                <w:rtl w:val="0"/>
              </w:rPr>
            </w:r>
          </w:p>
        </w:tc>
        <w:tc>
          <w:tcPr/>
          <w:p w:rsidR="00000000" w:rsidDel="00000000" w:rsidP="00000000" w:rsidRDefault="00000000" w:rsidRPr="00000000" w14:paraId="0000003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3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3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5</w:t>
            </w:r>
            <w:r w:rsidDel="00000000" w:rsidR="00000000" w:rsidRPr="00000000">
              <w:rPr>
                <w:rtl w:val="0"/>
              </w:rPr>
            </w:r>
          </w:p>
        </w:tc>
        <w:tc>
          <w:tcPr/>
          <w:p w:rsidR="00000000" w:rsidDel="00000000" w:rsidP="00000000" w:rsidRDefault="00000000" w:rsidRPr="00000000" w14:paraId="00000038">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Cazan/centrală termică pentru încălzirea serei</w:t>
            </w:r>
            <w:r w:rsidDel="00000000" w:rsidR="00000000" w:rsidRPr="00000000">
              <w:rPr>
                <w:rtl w:val="0"/>
              </w:rPr>
            </w:r>
          </w:p>
        </w:tc>
        <w:tc>
          <w:tcPr/>
          <w:p w:rsidR="00000000" w:rsidDel="00000000" w:rsidP="00000000" w:rsidRDefault="00000000" w:rsidRPr="00000000" w14:paraId="0000003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3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3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6</w:t>
            </w:r>
            <w:r w:rsidDel="00000000" w:rsidR="00000000" w:rsidRPr="00000000">
              <w:rPr>
                <w:rtl w:val="0"/>
              </w:rPr>
            </w:r>
          </w:p>
        </w:tc>
        <w:tc>
          <w:tcPr/>
          <w:p w:rsidR="00000000" w:rsidDel="00000000" w:rsidP="00000000" w:rsidRDefault="00000000" w:rsidRPr="00000000" w14:paraId="0000003C">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Colector din inox pentru distribuția agentului termic</w:t>
            </w:r>
            <w:r w:rsidDel="00000000" w:rsidR="00000000" w:rsidRPr="00000000">
              <w:rPr>
                <w:rtl w:val="0"/>
              </w:rPr>
            </w:r>
          </w:p>
        </w:tc>
        <w:tc>
          <w:tcPr/>
          <w:p w:rsidR="00000000" w:rsidDel="00000000" w:rsidP="00000000" w:rsidRDefault="00000000" w:rsidRPr="00000000" w14:paraId="0000003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3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3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7</w:t>
            </w:r>
            <w:r w:rsidDel="00000000" w:rsidR="00000000" w:rsidRPr="00000000">
              <w:rPr>
                <w:rtl w:val="0"/>
              </w:rPr>
            </w:r>
          </w:p>
        </w:tc>
        <w:tc>
          <w:tcPr/>
          <w:p w:rsidR="00000000" w:rsidDel="00000000" w:rsidP="00000000" w:rsidRDefault="00000000" w:rsidRPr="00000000" w14:paraId="00000040">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Teu de colector, pentru distribuția agentului termic</w:t>
            </w:r>
            <w:r w:rsidDel="00000000" w:rsidR="00000000" w:rsidRPr="00000000">
              <w:rPr>
                <w:rtl w:val="0"/>
              </w:rPr>
            </w:r>
          </w:p>
        </w:tc>
        <w:tc>
          <w:tcPr/>
          <w:p w:rsidR="00000000" w:rsidDel="00000000" w:rsidP="00000000" w:rsidRDefault="00000000" w:rsidRPr="00000000" w14:paraId="0000004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4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r>
    </w:tbl>
    <w:p w:rsidR="00000000" w:rsidDel="00000000" w:rsidP="00000000" w:rsidRDefault="00000000" w:rsidRPr="00000000" w14:paraId="00000043">
      <w:pPr>
        <w:spacing w:after="200" w:before="0" w:lineRule="auto"/>
        <w:jc w:val="both"/>
        <w:rPr/>
      </w:pPr>
      <w:r w:rsidDel="00000000" w:rsidR="00000000" w:rsidRPr="00000000">
        <w:rPr>
          <w:rtl w:val="0"/>
        </w:rPr>
      </w:r>
    </w:p>
    <w:p w:rsidR="00000000" w:rsidDel="00000000" w:rsidP="00000000" w:rsidRDefault="00000000" w:rsidRPr="00000000" w14:paraId="00000044">
      <w:pPr>
        <w:spacing w:after="120" w:before="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3 „Echipament și inventar zootehnic”</w:t>
      </w:r>
      <w:r w:rsidDel="00000000" w:rsidR="00000000" w:rsidRPr="00000000">
        <w:rPr>
          <w:rtl w:val="0"/>
        </w:rPr>
      </w:r>
    </w:p>
    <w:tbl>
      <w:tblPr>
        <w:tblStyle w:val="Table3"/>
        <w:tblW w:w="9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0"/>
        <w:gridCol w:w="6660"/>
        <w:gridCol w:w="945"/>
        <w:gridCol w:w="1185"/>
        <w:tblGridChange w:id="0">
          <w:tblGrid>
            <w:gridCol w:w="930"/>
            <w:gridCol w:w="6660"/>
            <w:gridCol w:w="945"/>
            <w:gridCol w:w="1185"/>
          </w:tblGrid>
        </w:tblGridChange>
      </w:tblGrid>
      <w:tr>
        <w:trPr>
          <w:cantSplit w:val="0"/>
          <w:tblHeader w:val="0"/>
        </w:trPr>
        <w:tc>
          <w:tcPr>
            <w:shd w:fill="f2f2f2" w:val="clear"/>
          </w:tcPr>
          <w:p w:rsidR="00000000" w:rsidDel="00000000" w:rsidP="00000000" w:rsidRDefault="00000000" w:rsidRPr="00000000" w14:paraId="00000045">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 crt.</w:t>
            </w:r>
            <w:r w:rsidDel="00000000" w:rsidR="00000000" w:rsidRPr="00000000">
              <w:rPr>
                <w:rtl w:val="0"/>
              </w:rPr>
            </w:r>
          </w:p>
        </w:tc>
        <w:tc>
          <w:tcPr>
            <w:shd w:fill="f2f2f2" w:val="clear"/>
          </w:tcPr>
          <w:p w:rsidR="00000000" w:rsidDel="00000000" w:rsidP="00000000" w:rsidRDefault="00000000" w:rsidRPr="00000000" w14:paraId="00000046">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047">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UM</w:t>
            </w:r>
            <w:r w:rsidDel="00000000" w:rsidR="00000000" w:rsidRPr="00000000">
              <w:rPr>
                <w:rtl w:val="0"/>
              </w:rPr>
            </w:r>
          </w:p>
        </w:tc>
        <w:tc>
          <w:tcPr>
            <w:shd w:fill="f2f2f2" w:val="clear"/>
          </w:tcPr>
          <w:p w:rsidR="00000000" w:rsidDel="00000000" w:rsidP="00000000" w:rsidRDefault="00000000" w:rsidRPr="00000000" w14:paraId="00000048">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r>
      <w:tr>
        <w:trPr>
          <w:cantSplit w:val="0"/>
          <w:tblHeader w:val="0"/>
        </w:trPr>
        <w:tc>
          <w:tcPr/>
          <w:p w:rsidR="00000000" w:rsidDel="00000000" w:rsidP="00000000" w:rsidRDefault="00000000" w:rsidRPr="00000000" w14:paraId="0000004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04A">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Ladă frigorifică (congelator orizontal)</w:t>
            </w:r>
            <w:r w:rsidDel="00000000" w:rsidR="00000000" w:rsidRPr="00000000">
              <w:rPr>
                <w:rtl w:val="0"/>
              </w:rPr>
            </w:r>
          </w:p>
        </w:tc>
        <w:tc>
          <w:tcPr/>
          <w:p w:rsidR="00000000" w:rsidDel="00000000" w:rsidP="00000000" w:rsidRDefault="00000000" w:rsidRPr="00000000" w14:paraId="0000004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4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4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04E">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Bidon din inox cu capac</w:t>
            </w:r>
            <w:r w:rsidDel="00000000" w:rsidR="00000000" w:rsidRPr="00000000">
              <w:rPr>
                <w:rtl w:val="0"/>
              </w:rPr>
            </w:r>
          </w:p>
        </w:tc>
        <w:tc>
          <w:tcPr/>
          <w:p w:rsidR="00000000" w:rsidDel="00000000" w:rsidP="00000000" w:rsidRDefault="00000000" w:rsidRPr="00000000" w14:paraId="0000004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5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05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052">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Separator centrifugal de smântână/unt</w:t>
            </w:r>
            <w:r w:rsidDel="00000000" w:rsidR="00000000" w:rsidRPr="00000000">
              <w:rPr>
                <w:rtl w:val="0"/>
              </w:rPr>
            </w:r>
          </w:p>
        </w:tc>
        <w:tc>
          <w:tcPr/>
          <w:p w:rsidR="00000000" w:rsidDel="00000000" w:rsidP="00000000" w:rsidRDefault="00000000" w:rsidRPr="00000000" w14:paraId="0000005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5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5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056">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Căldare din aluminiu gradată</w:t>
            </w:r>
            <w:r w:rsidDel="00000000" w:rsidR="00000000" w:rsidRPr="00000000">
              <w:rPr>
                <w:rtl w:val="0"/>
              </w:rPr>
            </w:r>
          </w:p>
        </w:tc>
        <w:tc>
          <w:tcPr/>
          <w:p w:rsidR="00000000" w:rsidDel="00000000" w:rsidP="00000000" w:rsidRDefault="00000000" w:rsidRPr="00000000" w14:paraId="0000005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58">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5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5</w:t>
            </w:r>
            <w:r w:rsidDel="00000000" w:rsidR="00000000" w:rsidRPr="00000000">
              <w:rPr>
                <w:rtl w:val="0"/>
              </w:rPr>
            </w:r>
          </w:p>
        </w:tc>
        <w:tc>
          <w:tcPr/>
          <w:p w:rsidR="00000000" w:rsidDel="00000000" w:rsidP="00000000" w:rsidRDefault="00000000" w:rsidRPr="00000000" w14:paraId="0000005A">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Set accesorii pentru aparatul de muls (capac colector)</w:t>
            </w:r>
            <w:r w:rsidDel="00000000" w:rsidR="00000000" w:rsidRPr="00000000">
              <w:rPr>
                <w:rtl w:val="0"/>
              </w:rPr>
            </w:r>
          </w:p>
        </w:tc>
        <w:tc>
          <w:tcPr/>
          <w:p w:rsidR="00000000" w:rsidDel="00000000" w:rsidP="00000000" w:rsidRDefault="00000000" w:rsidRPr="00000000" w14:paraId="0000005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5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05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6</w:t>
            </w:r>
            <w:r w:rsidDel="00000000" w:rsidR="00000000" w:rsidRPr="00000000">
              <w:rPr>
                <w:rtl w:val="0"/>
              </w:rPr>
            </w:r>
          </w:p>
        </w:tc>
        <w:tc>
          <w:tcPr/>
          <w:p w:rsidR="00000000" w:rsidDel="00000000" w:rsidP="00000000" w:rsidRDefault="00000000" w:rsidRPr="00000000" w14:paraId="0000005E">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Set accesorii pentru aparatul de muls (pulsator pneumatic)</w:t>
            </w:r>
            <w:r w:rsidDel="00000000" w:rsidR="00000000" w:rsidRPr="00000000">
              <w:rPr>
                <w:rtl w:val="0"/>
              </w:rPr>
            </w:r>
          </w:p>
        </w:tc>
        <w:tc>
          <w:tcPr/>
          <w:p w:rsidR="00000000" w:rsidDel="00000000" w:rsidP="00000000" w:rsidRDefault="00000000" w:rsidRPr="00000000" w14:paraId="0000005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6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06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7</w:t>
            </w:r>
            <w:r w:rsidDel="00000000" w:rsidR="00000000" w:rsidRPr="00000000">
              <w:rPr>
                <w:rtl w:val="0"/>
              </w:rPr>
            </w:r>
          </w:p>
        </w:tc>
        <w:tc>
          <w:tcPr/>
          <w:p w:rsidR="00000000" w:rsidDel="00000000" w:rsidP="00000000" w:rsidRDefault="00000000" w:rsidRPr="00000000" w14:paraId="00000062">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Set accesorii pentru aparatul de muls (clapetă corp colector)</w:t>
            </w:r>
            <w:r w:rsidDel="00000000" w:rsidR="00000000" w:rsidRPr="00000000">
              <w:rPr>
                <w:rtl w:val="0"/>
              </w:rPr>
            </w:r>
          </w:p>
        </w:tc>
        <w:tc>
          <w:tcPr/>
          <w:p w:rsidR="00000000" w:rsidDel="00000000" w:rsidP="00000000" w:rsidRDefault="00000000" w:rsidRPr="00000000" w14:paraId="0000006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6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06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8</w:t>
            </w:r>
            <w:r w:rsidDel="00000000" w:rsidR="00000000" w:rsidRPr="00000000">
              <w:rPr>
                <w:rtl w:val="0"/>
              </w:rPr>
            </w:r>
          </w:p>
        </w:tc>
        <w:tc>
          <w:tcPr/>
          <w:p w:rsidR="00000000" w:rsidDel="00000000" w:rsidP="00000000" w:rsidRDefault="00000000" w:rsidRPr="00000000" w14:paraId="00000066">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Granulator pentru prepararea hranei animaliere</w:t>
            </w:r>
            <w:r w:rsidDel="00000000" w:rsidR="00000000" w:rsidRPr="00000000">
              <w:rPr>
                <w:rtl w:val="0"/>
              </w:rPr>
            </w:r>
          </w:p>
        </w:tc>
        <w:tc>
          <w:tcPr/>
          <w:p w:rsidR="00000000" w:rsidDel="00000000" w:rsidP="00000000" w:rsidRDefault="00000000" w:rsidRPr="00000000" w14:paraId="0000006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68">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6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9</w:t>
            </w:r>
            <w:r w:rsidDel="00000000" w:rsidR="00000000" w:rsidRPr="00000000">
              <w:rPr>
                <w:rtl w:val="0"/>
              </w:rPr>
            </w:r>
          </w:p>
        </w:tc>
        <w:tc>
          <w:tcPr/>
          <w:p w:rsidR="00000000" w:rsidDel="00000000" w:rsidP="00000000" w:rsidRDefault="00000000" w:rsidRPr="00000000" w14:paraId="0000006A">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Tocător de furaje/rădăcinoase</w:t>
            </w:r>
            <w:r w:rsidDel="00000000" w:rsidR="00000000" w:rsidRPr="00000000">
              <w:rPr>
                <w:rtl w:val="0"/>
              </w:rPr>
            </w:r>
          </w:p>
        </w:tc>
        <w:tc>
          <w:tcPr/>
          <w:p w:rsidR="00000000" w:rsidDel="00000000" w:rsidP="00000000" w:rsidRDefault="00000000" w:rsidRPr="00000000" w14:paraId="0000006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6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bl>
    <w:p w:rsidR="00000000" w:rsidDel="00000000" w:rsidP="00000000" w:rsidRDefault="00000000" w:rsidRPr="00000000" w14:paraId="0000006D">
      <w:pPr>
        <w:spacing w:after="200" w:before="0" w:lineRule="auto"/>
        <w:jc w:val="both"/>
        <w:rPr/>
      </w:pPr>
      <w:r w:rsidDel="00000000" w:rsidR="00000000" w:rsidRPr="00000000">
        <w:rPr>
          <w:rtl w:val="0"/>
        </w:rPr>
      </w:r>
    </w:p>
    <w:p w:rsidR="00000000" w:rsidDel="00000000" w:rsidP="00000000" w:rsidRDefault="00000000" w:rsidRPr="00000000" w14:paraId="0000006E">
      <w:pPr>
        <w:spacing w:after="120" w:before="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4 „Echipament pentru producere de panificație”</w:t>
      </w:r>
      <w:r w:rsidDel="00000000" w:rsidR="00000000" w:rsidRPr="00000000">
        <w:rPr>
          <w:rtl w:val="0"/>
        </w:rPr>
      </w:r>
    </w:p>
    <w:tbl>
      <w:tblPr>
        <w:tblStyle w:val="Table4"/>
        <w:tblW w:w="9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5"/>
        <w:gridCol w:w="6705"/>
        <w:gridCol w:w="885"/>
        <w:gridCol w:w="1215"/>
        <w:tblGridChange w:id="0">
          <w:tblGrid>
            <w:gridCol w:w="915"/>
            <w:gridCol w:w="6705"/>
            <w:gridCol w:w="885"/>
            <w:gridCol w:w="1215"/>
          </w:tblGrid>
        </w:tblGridChange>
      </w:tblGrid>
      <w:tr>
        <w:trPr>
          <w:cantSplit w:val="0"/>
          <w:tblHeader w:val="0"/>
        </w:trPr>
        <w:tc>
          <w:tcPr>
            <w:shd w:fill="f2f2f2" w:val="clear"/>
          </w:tcPr>
          <w:p w:rsidR="00000000" w:rsidDel="00000000" w:rsidP="00000000" w:rsidRDefault="00000000" w:rsidRPr="00000000" w14:paraId="0000006F">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 crt.</w:t>
            </w:r>
            <w:r w:rsidDel="00000000" w:rsidR="00000000" w:rsidRPr="00000000">
              <w:rPr>
                <w:rtl w:val="0"/>
              </w:rPr>
            </w:r>
          </w:p>
        </w:tc>
        <w:tc>
          <w:tcPr>
            <w:shd w:fill="f2f2f2" w:val="clear"/>
          </w:tcPr>
          <w:p w:rsidR="00000000" w:rsidDel="00000000" w:rsidP="00000000" w:rsidRDefault="00000000" w:rsidRPr="00000000" w14:paraId="00000070">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071">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UM</w:t>
            </w:r>
            <w:r w:rsidDel="00000000" w:rsidR="00000000" w:rsidRPr="00000000">
              <w:rPr>
                <w:rtl w:val="0"/>
              </w:rPr>
            </w:r>
          </w:p>
        </w:tc>
        <w:tc>
          <w:tcPr>
            <w:shd w:fill="f2f2f2" w:val="clear"/>
          </w:tcPr>
          <w:p w:rsidR="00000000" w:rsidDel="00000000" w:rsidP="00000000" w:rsidRDefault="00000000" w:rsidRPr="00000000" w14:paraId="00000072">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r>
      <w:tr>
        <w:trPr>
          <w:cantSplit w:val="0"/>
          <w:tblHeader w:val="0"/>
        </w:trPr>
        <w:tc>
          <w:tcPr/>
          <w:p w:rsidR="00000000" w:rsidDel="00000000" w:rsidP="00000000" w:rsidRDefault="00000000" w:rsidRPr="00000000" w14:paraId="0000007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074">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Cuptor profesional cu convecție</w:t>
            </w:r>
            <w:r w:rsidDel="00000000" w:rsidR="00000000" w:rsidRPr="00000000">
              <w:rPr>
                <w:rtl w:val="0"/>
              </w:rPr>
            </w:r>
          </w:p>
        </w:tc>
        <w:tc>
          <w:tcPr/>
          <w:p w:rsidR="00000000" w:rsidDel="00000000" w:rsidP="00000000" w:rsidRDefault="00000000" w:rsidRPr="00000000" w14:paraId="0000007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7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7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078">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Fierbător electric de apă</w:t>
            </w:r>
            <w:r w:rsidDel="00000000" w:rsidR="00000000" w:rsidRPr="00000000">
              <w:rPr>
                <w:rtl w:val="0"/>
              </w:rPr>
            </w:r>
          </w:p>
        </w:tc>
        <w:tc>
          <w:tcPr/>
          <w:p w:rsidR="00000000" w:rsidDel="00000000" w:rsidP="00000000" w:rsidRDefault="00000000" w:rsidRPr="00000000" w14:paraId="0000007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7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bl>
    <w:p w:rsidR="00000000" w:rsidDel="00000000" w:rsidP="00000000" w:rsidRDefault="00000000" w:rsidRPr="00000000" w14:paraId="0000007B">
      <w:pPr>
        <w:spacing w:after="200" w:before="0" w:lineRule="auto"/>
        <w:jc w:val="both"/>
        <w:rPr/>
      </w:pPr>
      <w:r w:rsidDel="00000000" w:rsidR="00000000" w:rsidRPr="00000000">
        <w:rPr>
          <w:rtl w:val="0"/>
        </w:rPr>
      </w:r>
    </w:p>
    <w:p w:rsidR="00000000" w:rsidDel="00000000" w:rsidP="00000000" w:rsidRDefault="00000000" w:rsidRPr="00000000" w14:paraId="0000007C">
      <w:pPr>
        <w:spacing w:after="120" w:before="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5 „Materiale de construcție pentru adăposturi zootehnice”</w:t>
      </w:r>
      <w:r w:rsidDel="00000000" w:rsidR="00000000" w:rsidRPr="00000000">
        <w:rPr>
          <w:rtl w:val="0"/>
        </w:rPr>
      </w:r>
    </w:p>
    <w:tbl>
      <w:tblPr>
        <w:tblStyle w:val="Table5"/>
        <w:tblW w:w="9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0"/>
        <w:gridCol w:w="6645"/>
        <w:gridCol w:w="915"/>
        <w:gridCol w:w="1230"/>
        <w:tblGridChange w:id="0">
          <w:tblGrid>
            <w:gridCol w:w="930"/>
            <w:gridCol w:w="6645"/>
            <w:gridCol w:w="915"/>
            <w:gridCol w:w="1230"/>
          </w:tblGrid>
        </w:tblGridChange>
      </w:tblGrid>
      <w:tr>
        <w:trPr>
          <w:cantSplit w:val="0"/>
          <w:tblHeader w:val="0"/>
        </w:trPr>
        <w:tc>
          <w:tcPr>
            <w:shd w:fill="f2f2f2" w:val="clear"/>
          </w:tcPr>
          <w:p w:rsidR="00000000" w:rsidDel="00000000" w:rsidP="00000000" w:rsidRDefault="00000000" w:rsidRPr="00000000" w14:paraId="0000007D">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 crt.</w:t>
            </w:r>
            <w:r w:rsidDel="00000000" w:rsidR="00000000" w:rsidRPr="00000000">
              <w:rPr>
                <w:rtl w:val="0"/>
              </w:rPr>
            </w:r>
          </w:p>
        </w:tc>
        <w:tc>
          <w:tcPr>
            <w:shd w:fill="f2f2f2" w:val="clear"/>
          </w:tcPr>
          <w:p w:rsidR="00000000" w:rsidDel="00000000" w:rsidP="00000000" w:rsidRDefault="00000000" w:rsidRPr="00000000" w14:paraId="0000007E">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07F">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UM</w:t>
            </w:r>
            <w:r w:rsidDel="00000000" w:rsidR="00000000" w:rsidRPr="00000000">
              <w:rPr>
                <w:rtl w:val="0"/>
              </w:rPr>
            </w:r>
          </w:p>
        </w:tc>
        <w:tc>
          <w:tcPr>
            <w:shd w:fill="f2f2f2" w:val="clear"/>
          </w:tcPr>
          <w:p w:rsidR="00000000" w:rsidDel="00000000" w:rsidP="00000000" w:rsidRDefault="00000000" w:rsidRPr="00000000" w14:paraId="00000080">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r>
      <w:tr>
        <w:trPr>
          <w:cantSplit w:val="0"/>
          <w:tblHeader w:val="0"/>
        </w:trPr>
        <w:tc>
          <w:tcPr/>
          <w:p w:rsidR="00000000" w:rsidDel="00000000" w:rsidP="00000000" w:rsidRDefault="00000000" w:rsidRPr="00000000" w14:paraId="0000008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082">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Plasă metalică pentru împrejmuiri</w:t>
            </w:r>
            <w:r w:rsidDel="00000000" w:rsidR="00000000" w:rsidRPr="00000000">
              <w:rPr>
                <w:rtl w:val="0"/>
              </w:rPr>
            </w:r>
          </w:p>
        </w:tc>
        <w:tc>
          <w:tcPr/>
          <w:p w:rsidR="00000000" w:rsidDel="00000000" w:rsidP="00000000" w:rsidRDefault="00000000" w:rsidRPr="00000000" w14:paraId="0000008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8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08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086">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Nisip cu pietriș, agregat de construcție</w:t>
            </w:r>
            <w:r w:rsidDel="00000000" w:rsidR="00000000" w:rsidRPr="00000000">
              <w:rPr>
                <w:rtl w:val="0"/>
              </w:rPr>
            </w:r>
          </w:p>
        </w:tc>
        <w:tc>
          <w:tcPr/>
          <w:p w:rsidR="00000000" w:rsidDel="00000000" w:rsidP="00000000" w:rsidRDefault="00000000" w:rsidRPr="00000000" w14:paraId="0000008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m³</w:t>
            </w:r>
            <w:r w:rsidDel="00000000" w:rsidR="00000000" w:rsidRPr="00000000">
              <w:rPr>
                <w:rtl w:val="0"/>
              </w:rPr>
            </w:r>
          </w:p>
        </w:tc>
        <w:tc>
          <w:tcPr/>
          <w:p w:rsidR="00000000" w:rsidDel="00000000" w:rsidP="00000000" w:rsidRDefault="00000000" w:rsidRPr="00000000" w14:paraId="00000088">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20</w:t>
            </w:r>
            <w:r w:rsidDel="00000000" w:rsidR="00000000" w:rsidRPr="00000000">
              <w:rPr>
                <w:rtl w:val="0"/>
              </w:rPr>
            </w:r>
          </w:p>
        </w:tc>
      </w:tr>
      <w:tr>
        <w:trPr>
          <w:cantSplit w:val="0"/>
          <w:tblHeader w:val="0"/>
        </w:trPr>
        <w:tc>
          <w:tcPr/>
          <w:p w:rsidR="00000000" w:rsidDel="00000000" w:rsidP="00000000" w:rsidRDefault="00000000" w:rsidRPr="00000000" w14:paraId="0000008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08A">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Cherestea (scândură de construcție)</w:t>
            </w:r>
            <w:r w:rsidDel="00000000" w:rsidR="00000000" w:rsidRPr="00000000">
              <w:rPr>
                <w:rtl w:val="0"/>
              </w:rPr>
            </w:r>
          </w:p>
        </w:tc>
        <w:tc>
          <w:tcPr/>
          <w:p w:rsidR="00000000" w:rsidDel="00000000" w:rsidP="00000000" w:rsidRDefault="00000000" w:rsidRPr="00000000" w14:paraId="0000008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8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40</w:t>
            </w:r>
            <w:r w:rsidDel="00000000" w:rsidR="00000000" w:rsidRPr="00000000">
              <w:rPr>
                <w:rtl w:val="0"/>
              </w:rPr>
            </w:r>
          </w:p>
        </w:tc>
      </w:tr>
      <w:tr>
        <w:trPr>
          <w:cantSplit w:val="0"/>
          <w:tblHeader w:val="0"/>
        </w:trPr>
        <w:tc>
          <w:tcPr/>
          <w:p w:rsidR="00000000" w:rsidDel="00000000" w:rsidP="00000000" w:rsidRDefault="00000000" w:rsidRPr="00000000" w14:paraId="0000008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08E">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Lemn căprior, material de construcție</w:t>
            </w:r>
            <w:r w:rsidDel="00000000" w:rsidR="00000000" w:rsidRPr="00000000">
              <w:rPr>
                <w:rtl w:val="0"/>
              </w:rPr>
            </w:r>
          </w:p>
        </w:tc>
        <w:tc>
          <w:tcPr/>
          <w:p w:rsidR="00000000" w:rsidDel="00000000" w:rsidP="00000000" w:rsidRDefault="00000000" w:rsidRPr="00000000" w14:paraId="0000008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9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20</w:t>
            </w:r>
            <w:r w:rsidDel="00000000" w:rsidR="00000000" w:rsidRPr="00000000">
              <w:rPr>
                <w:rtl w:val="0"/>
              </w:rPr>
            </w:r>
          </w:p>
        </w:tc>
      </w:tr>
      <w:tr>
        <w:trPr>
          <w:cantSplit w:val="0"/>
          <w:tblHeader w:val="0"/>
        </w:trPr>
        <w:tc>
          <w:tcPr/>
          <w:p w:rsidR="00000000" w:rsidDel="00000000" w:rsidP="00000000" w:rsidRDefault="00000000" w:rsidRPr="00000000" w14:paraId="0000009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5</w:t>
            </w:r>
            <w:r w:rsidDel="00000000" w:rsidR="00000000" w:rsidRPr="00000000">
              <w:rPr>
                <w:rtl w:val="0"/>
              </w:rPr>
            </w:r>
          </w:p>
        </w:tc>
        <w:tc>
          <w:tcPr/>
          <w:p w:rsidR="00000000" w:rsidDel="00000000" w:rsidP="00000000" w:rsidRDefault="00000000" w:rsidRPr="00000000" w14:paraId="00000092">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Armătură metalică pentru construcții</w:t>
            </w:r>
            <w:r w:rsidDel="00000000" w:rsidR="00000000" w:rsidRPr="00000000">
              <w:rPr>
                <w:rtl w:val="0"/>
              </w:rPr>
            </w:r>
          </w:p>
        </w:tc>
        <w:tc>
          <w:tcPr/>
          <w:p w:rsidR="00000000" w:rsidDel="00000000" w:rsidP="00000000" w:rsidRDefault="00000000" w:rsidRPr="00000000" w14:paraId="0000009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9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20</w:t>
            </w:r>
            <w:r w:rsidDel="00000000" w:rsidR="00000000" w:rsidRPr="00000000">
              <w:rPr>
                <w:rtl w:val="0"/>
              </w:rPr>
            </w:r>
          </w:p>
        </w:tc>
      </w:tr>
      <w:tr>
        <w:trPr>
          <w:cantSplit w:val="0"/>
          <w:tblHeader w:val="0"/>
        </w:trPr>
        <w:tc>
          <w:tcPr/>
          <w:p w:rsidR="00000000" w:rsidDel="00000000" w:rsidP="00000000" w:rsidRDefault="00000000" w:rsidRPr="00000000" w14:paraId="0000009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6</w:t>
            </w:r>
            <w:r w:rsidDel="00000000" w:rsidR="00000000" w:rsidRPr="00000000">
              <w:rPr>
                <w:rtl w:val="0"/>
              </w:rPr>
            </w:r>
          </w:p>
        </w:tc>
        <w:tc>
          <w:tcPr/>
          <w:p w:rsidR="00000000" w:rsidDel="00000000" w:rsidP="00000000" w:rsidRDefault="00000000" w:rsidRPr="00000000" w14:paraId="00000096">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Consumabile de fixare (cuie)</w:t>
            </w:r>
            <w:r w:rsidDel="00000000" w:rsidR="00000000" w:rsidRPr="00000000">
              <w:rPr>
                <w:rtl w:val="0"/>
              </w:rPr>
            </w:r>
          </w:p>
        </w:tc>
        <w:tc>
          <w:tcPr/>
          <w:p w:rsidR="00000000" w:rsidDel="00000000" w:rsidP="00000000" w:rsidRDefault="00000000" w:rsidRPr="00000000" w14:paraId="0000009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kg</w:t>
            </w:r>
            <w:r w:rsidDel="00000000" w:rsidR="00000000" w:rsidRPr="00000000">
              <w:rPr>
                <w:rtl w:val="0"/>
              </w:rPr>
            </w:r>
          </w:p>
        </w:tc>
        <w:tc>
          <w:tcPr/>
          <w:p w:rsidR="00000000" w:rsidDel="00000000" w:rsidP="00000000" w:rsidRDefault="00000000" w:rsidRPr="00000000" w14:paraId="00000098">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09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7</w:t>
            </w:r>
            <w:r w:rsidDel="00000000" w:rsidR="00000000" w:rsidRPr="00000000">
              <w:rPr>
                <w:rtl w:val="0"/>
              </w:rPr>
            </w:r>
          </w:p>
        </w:tc>
        <w:tc>
          <w:tcPr/>
          <w:p w:rsidR="00000000" w:rsidDel="00000000" w:rsidP="00000000" w:rsidRDefault="00000000" w:rsidRPr="00000000" w14:paraId="0000009A">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Ciment, agregat de construcție</w:t>
            </w:r>
            <w:r w:rsidDel="00000000" w:rsidR="00000000" w:rsidRPr="00000000">
              <w:rPr>
                <w:rtl w:val="0"/>
              </w:rPr>
            </w:r>
          </w:p>
        </w:tc>
        <w:tc>
          <w:tcPr/>
          <w:p w:rsidR="00000000" w:rsidDel="00000000" w:rsidP="00000000" w:rsidRDefault="00000000" w:rsidRPr="00000000" w14:paraId="0000009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saci</w:t>
            </w:r>
            <w:r w:rsidDel="00000000" w:rsidR="00000000" w:rsidRPr="00000000">
              <w:rPr>
                <w:rtl w:val="0"/>
              </w:rPr>
            </w:r>
          </w:p>
        </w:tc>
        <w:tc>
          <w:tcPr/>
          <w:p w:rsidR="00000000" w:rsidDel="00000000" w:rsidP="00000000" w:rsidRDefault="00000000" w:rsidRPr="00000000" w14:paraId="0000009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7</w:t>
            </w:r>
            <w:r w:rsidDel="00000000" w:rsidR="00000000" w:rsidRPr="00000000">
              <w:rPr>
                <w:rtl w:val="0"/>
              </w:rPr>
            </w:r>
          </w:p>
        </w:tc>
      </w:tr>
      <w:tr>
        <w:trPr>
          <w:cantSplit w:val="0"/>
          <w:tblHeader w:val="0"/>
        </w:trPr>
        <w:tc>
          <w:tcPr/>
          <w:p w:rsidR="00000000" w:rsidDel="00000000" w:rsidP="00000000" w:rsidRDefault="00000000" w:rsidRPr="00000000" w14:paraId="0000009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8</w:t>
            </w:r>
            <w:r w:rsidDel="00000000" w:rsidR="00000000" w:rsidRPr="00000000">
              <w:rPr>
                <w:rtl w:val="0"/>
              </w:rPr>
            </w:r>
          </w:p>
        </w:tc>
        <w:tc>
          <w:tcPr/>
          <w:p w:rsidR="00000000" w:rsidDel="00000000" w:rsidP="00000000" w:rsidRDefault="00000000" w:rsidRPr="00000000" w14:paraId="0000009E">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Agregat de construcție (fortan)</w:t>
            </w:r>
            <w:r w:rsidDel="00000000" w:rsidR="00000000" w:rsidRPr="00000000">
              <w:rPr>
                <w:rtl w:val="0"/>
              </w:rPr>
            </w:r>
          </w:p>
        </w:tc>
        <w:tc>
          <w:tcPr/>
          <w:p w:rsidR="00000000" w:rsidDel="00000000" w:rsidP="00000000" w:rsidRDefault="00000000" w:rsidRPr="00000000" w14:paraId="0000009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m³</w:t>
            </w:r>
            <w:r w:rsidDel="00000000" w:rsidR="00000000" w:rsidRPr="00000000">
              <w:rPr>
                <w:rtl w:val="0"/>
              </w:rPr>
            </w:r>
          </w:p>
        </w:tc>
        <w:tc>
          <w:tcPr/>
          <w:p w:rsidR="00000000" w:rsidDel="00000000" w:rsidP="00000000" w:rsidRDefault="00000000" w:rsidRPr="00000000" w14:paraId="000000A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0A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9</w:t>
            </w:r>
            <w:r w:rsidDel="00000000" w:rsidR="00000000" w:rsidRPr="00000000">
              <w:rPr>
                <w:rtl w:val="0"/>
              </w:rPr>
            </w:r>
          </w:p>
        </w:tc>
        <w:tc>
          <w:tcPr/>
          <w:p w:rsidR="00000000" w:rsidDel="00000000" w:rsidP="00000000" w:rsidRDefault="00000000" w:rsidRPr="00000000" w14:paraId="000000A2">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Ciment, agregat de construcție, marca 500</w:t>
            </w:r>
            <w:r w:rsidDel="00000000" w:rsidR="00000000" w:rsidRPr="00000000">
              <w:rPr>
                <w:rtl w:val="0"/>
              </w:rPr>
            </w:r>
          </w:p>
        </w:tc>
        <w:tc>
          <w:tcPr/>
          <w:p w:rsidR="00000000" w:rsidDel="00000000" w:rsidP="00000000" w:rsidRDefault="00000000" w:rsidRPr="00000000" w14:paraId="000000A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saci</w:t>
            </w:r>
            <w:r w:rsidDel="00000000" w:rsidR="00000000" w:rsidRPr="00000000">
              <w:rPr>
                <w:rtl w:val="0"/>
              </w:rPr>
            </w:r>
          </w:p>
        </w:tc>
        <w:tc>
          <w:tcPr/>
          <w:p w:rsidR="00000000" w:rsidDel="00000000" w:rsidP="00000000" w:rsidRDefault="00000000" w:rsidRPr="00000000" w14:paraId="000000A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50</w:t>
            </w:r>
            <w:r w:rsidDel="00000000" w:rsidR="00000000" w:rsidRPr="00000000">
              <w:rPr>
                <w:rtl w:val="0"/>
              </w:rPr>
            </w:r>
          </w:p>
        </w:tc>
      </w:tr>
      <w:tr>
        <w:trPr>
          <w:cantSplit w:val="0"/>
          <w:tblHeader w:val="0"/>
        </w:trPr>
        <w:tc>
          <w:tcPr/>
          <w:p w:rsidR="00000000" w:rsidDel="00000000" w:rsidP="00000000" w:rsidRDefault="00000000" w:rsidRPr="00000000" w14:paraId="000000A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c>
          <w:tcPr/>
          <w:p w:rsidR="00000000" w:rsidDel="00000000" w:rsidP="00000000" w:rsidRDefault="00000000" w:rsidRPr="00000000" w14:paraId="000000A6">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Pilon prefabricat din beton</w:t>
            </w:r>
            <w:r w:rsidDel="00000000" w:rsidR="00000000" w:rsidRPr="00000000">
              <w:rPr>
                <w:rtl w:val="0"/>
              </w:rPr>
            </w:r>
          </w:p>
        </w:tc>
        <w:tc>
          <w:tcPr/>
          <w:p w:rsidR="00000000" w:rsidDel="00000000" w:rsidP="00000000" w:rsidRDefault="00000000" w:rsidRPr="00000000" w14:paraId="000000A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A8">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20</w:t>
            </w:r>
            <w:r w:rsidDel="00000000" w:rsidR="00000000" w:rsidRPr="00000000">
              <w:rPr>
                <w:rtl w:val="0"/>
              </w:rPr>
            </w:r>
          </w:p>
        </w:tc>
      </w:tr>
    </w:tbl>
    <w:p w:rsidR="00000000" w:rsidDel="00000000" w:rsidP="00000000" w:rsidRDefault="00000000" w:rsidRPr="00000000" w14:paraId="000000A9">
      <w:pPr>
        <w:spacing w:after="200" w:before="0" w:lineRule="auto"/>
        <w:jc w:val="both"/>
        <w:rPr/>
      </w:pPr>
      <w:r w:rsidDel="00000000" w:rsidR="00000000" w:rsidRPr="00000000">
        <w:rPr>
          <w:rtl w:val="0"/>
        </w:rPr>
      </w:r>
    </w:p>
    <w:p w:rsidR="00000000" w:rsidDel="00000000" w:rsidP="00000000" w:rsidRDefault="00000000" w:rsidRPr="00000000" w14:paraId="000000AA">
      <w:pPr>
        <w:spacing w:after="120" w:before="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6 „Substrat, semințe și fertilizanți pentru horticultură”</w:t>
      </w:r>
      <w:r w:rsidDel="00000000" w:rsidR="00000000" w:rsidRPr="00000000">
        <w:rPr>
          <w:rtl w:val="0"/>
        </w:rPr>
      </w:r>
    </w:p>
    <w:tbl>
      <w:tblPr>
        <w:tblStyle w:val="Table6"/>
        <w:tblW w:w="9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0"/>
        <w:gridCol w:w="6690"/>
        <w:gridCol w:w="915"/>
        <w:gridCol w:w="1185"/>
        <w:tblGridChange w:id="0">
          <w:tblGrid>
            <w:gridCol w:w="930"/>
            <w:gridCol w:w="6690"/>
            <w:gridCol w:w="915"/>
            <w:gridCol w:w="1185"/>
          </w:tblGrid>
        </w:tblGridChange>
      </w:tblGrid>
      <w:tr>
        <w:trPr>
          <w:cantSplit w:val="0"/>
          <w:tblHeader w:val="0"/>
        </w:trPr>
        <w:tc>
          <w:tcPr>
            <w:shd w:fill="f2f2f2" w:val="clear"/>
          </w:tcPr>
          <w:p w:rsidR="00000000" w:rsidDel="00000000" w:rsidP="00000000" w:rsidRDefault="00000000" w:rsidRPr="00000000" w14:paraId="000000AB">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 crt.</w:t>
            </w:r>
            <w:r w:rsidDel="00000000" w:rsidR="00000000" w:rsidRPr="00000000">
              <w:rPr>
                <w:rtl w:val="0"/>
              </w:rPr>
            </w:r>
          </w:p>
        </w:tc>
        <w:tc>
          <w:tcPr>
            <w:shd w:fill="f2f2f2" w:val="clear"/>
          </w:tcPr>
          <w:p w:rsidR="00000000" w:rsidDel="00000000" w:rsidP="00000000" w:rsidRDefault="00000000" w:rsidRPr="00000000" w14:paraId="000000AC">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0AD">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UM</w:t>
            </w:r>
            <w:r w:rsidDel="00000000" w:rsidR="00000000" w:rsidRPr="00000000">
              <w:rPr>
                <w:rtl w:val="0"/>
              </w:rPr>
            </w:r>
          </w:p>
        </w:tc>
        <w:tc>
          <w:tcPr>
            <w:shd w:fill="f2f2f2" w:val="clear"/>
          </w:tcPr>
          <w:p w:rsidR="00000000" w:rsidDel="00000000" w:rsidP="00000000" w:rsidRDefault="00000000" w:rsidRPr="00000000" w14:paraId="000000AE">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r>
      <w:tr>
        <w:trPr>
          <w:cantSplit w:val="0"/>
          <w:tblHeader w:val="0"/>
        </w:trPr>
        <w:tc>
          <w:tcPr/>
          <w:p w:rsidR="00000000" w:rsidDel="00000000" w:rsidP="00000000" w:rsidRDefault="00000000" w:rsidRPr="00000000" w14:paraId="000000A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0B0">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Substrat universal pentru culturi</w:t>
            </w:r>
            <w:r w:rsidDel="00000000" w:rsidR="00000000" w:rsidRPr="00000000">
              <w:rPr>
                <w:rtl w:val="0"/>
              </w:rPr>
            </w:r>
          </w:p>
        </w:tc>
        <w:tc>
          <w:tcPr/>
          <w:p w:rsidR="00000000" w:rsidDel="00000000" w:rsidP="00000000" w:rsidRDefault="00000000" w:rsidRPr="00000000" w14:paraId="000000B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saci</w:t>
            </w:r>
            <w:r w:rsidDel="00000000" w:rsidR="00000000" w:rsidRPr="00000000">
              <w:rPr>
                <w:rtl w:val="0"/>
              </w:rPr>
            </w:r>
          </w:p>
        </w:tc>
        <w:tc>
          <w:tcPr/>
          <w:p w:rsidR="00000000" w:rsidDel="00000000" w:rsidP="00000000" w:rsidRDefault="00000000" w:rsidRPr="00000000" w14:paraId="000000B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0B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0B4">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Casete pentru răsad</w:t>
            </w:r>
            <w:r w:rsidDel="00000000" w:rsidR="00000000" w:rsidRPr="00000000">
              <w:rPr>
                <w:rtl w:val="0"/>
              </w:rPr>
            </w:r>
          </w:p>
        </w:tc>
        <w:tc>
          <w:tcPr/>
          <w:p w:rsidR="00000000" w:rsidDel="00000000" w:rsidP="00000000" w:rsidRDefault="00000000" w:rsidRPr="00000000" w14:paraId="000000B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B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23</w:t>
            </w:r>
            <w:r w:rsidDel="00000000" w:rsidR="00000000" w:rsidRPr="00000000">
              <w:rPr>
                <w:rtl w:val="0"/>
              </w:rPr>
            </w:r>
          </w:p>
        </w:tc>
      </w:tr>
      <w:tr>
        <w:trPr>
          <w:cantSplit w:val="0"/>
          <w:tblHeader w:val="0"/>
        </w:trPr>
        <w:tc>
          <w:tcPr/>
          <w:p w:rsidR="00000000" w:rsidDel="00000000" w:rsidP="00000000" w:rsidRDefault="00000000" w:rsidRPr="00000000" w14:paraId="000000B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0B8">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Fertilizant lichid universal</w:t>
            </w:r>
            <w:r w:rsidDel="00000000" w:rsidR="00000000" w:rsidRPr="00000000">
              <w:rPr>
                <w:rtl w:val="0"/>
              </w:rPr>
            </w:r>
          </w:p>
        </w:tc>
        <w:tc>
          <w:tcPr/>
          <w:p w:rsidR="00000000" w:rsidDel="00000000" w:rsidP="00000000" w:rsidRDefault="00000000" w:rsidRPr="00000000" w14:paraId="000000B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B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3</w:t>
            </w:r>
            <w:r w:rsidDel="00000000" w:rsidR="00000000" w:rsidRPr="00000000">
              <w:rPr>
                <w:rtl w:val="0"/>
              </w:rPr>
            </w:r>
          </w:p>
        </w:tc>
      </w:tr>
    </w:tbl>
    <w:p w:rsidR="00000000" w:rsidDel="00000000" w:rsidP="00000000" w:rsidRDefault="00000000" w:rsidRPr="00000000" w14:paraId="000000BB">
      <w:pPr>
        <w:spacing w:after="200" w:before="0" w:lineRule="auto"/>
        <w:jc w:val="both"/>
        <w:rPr/>
      </w:pPr>
      <w:r w:rsidDel="00000000" w:rsidR="00000000" w:rsidRPr="00000000">
        <w:rPr>
          <w:rtl w:val="0"/>
        </w:rPr>
      </w:r>
    </w:p>
    <w:p w:rsidR="00000000" w:rsidDel="00000000" w:rsidP="00000000" w:rsidRDefault="00000000" w:rsidRPr="00000000" w14:paraId="000000BC">
      <w:pPr>
        <w:spacing w:after="160" w:before="0" w:lineRule="auto"/>
        <w:jc w:val="both"/>
        <w:rPr>
          <w:rFonts w:ascii="Times New Roman" w:cs="Times New Roman" w:eastAsia="Times New Roman" w:hAnsi="Times New Roman"/>
          <w:b w:val="0"/>
          <w:bCs w:val="0"/>
          <w:i w:val="1"/>
          <w:iCs w:val="1"/>
          <w:sz w:val="24"/>
          <w:szCs w:val="24"/>
          <w:u w:val="none"/>
        </w:rPr>
      </w:pPr>
      <w:r w:rsidDel="00000000" w:rsidR="00000000" w:rsidRPr="00000000">
        <w:rPr>
          <w:rFonts w:ascii="Times New Roman" w:cs="Times New Roman" w:eastAsia="Times New Roman" w:hAnsi="Times New Roman"/>
          <w:b w:val="0"/>
          <w:bCs w:val="0"/>
          <w:i w:val="1"/>
          <w:iCs w:val="1"/>
          <w:sz w:val="24"/>
          <w:szCs w:val="24"/>
          <w:u w:val="none"/>
          <w:rtl w:val="0"/>
        </w:rPr>
        <w:t xml:space="preserve">Informații cu privire la specificațiile tehnice, cantitățile, garanția minimă, costul de livrare și alte cerințe ale bunurilor menționate mai sus sunt incluse în Anexa nr. 4.</w:t>
      </w:r>
    </w:p>
    <w:p w:rsidR="00000000" w:rsidDel="00000000" w:rsidP="00000000" w:rsidRDefault="00000000" w:rsidRPr="00000000" w14:paraId="000000BD">
      <w:pPr>
        <w:spacing w:after="240" w:lineRule="auto"/>
        <w:jc w:val="both"/>
        <w:rPr>
          <w:i w:val="1"/>
          <w:iCs w:val="1"/>
        </w:rPr>
      </w:pPr>
      <w:r w:rsidDel="00000000" w:rsidR="00000000" w:rsidRPr="00000000">
        <w:rPr>
          <w:b w:val="1"/>
          <w:bCs w:val="1"/>
          <w:rtl w:val="0"/>
        </w:rPr>
        <w:t xml:space="preserve">NOTĂ: Oferta de preț poate fi pentru unul sau mai multe loturi.</w:t>
      </w:r>
      <w:r w:rsidDel="00000000" w:rsidR="00000000" w:rsidRPr="00000000">
        <w:rPr>
          <w:rtl w:val="0"/>
        </w:rPr>
      </w:r>
    </w:p>
    <w:p w:rsidR="00000000" w:rsidDel="00000000" w:rsidP="00000000" w:rsidRDefault="00000000" w:rsidRPr="00000000" w14:paraId="000000BE">
      <w:pPr>
        <w:spacing w:after="160" w:before="80" w:lineRule="auto"/>
        <w:ind w:left="432"/>
        <w:jc w:val="both"/>
        <w:rPr>
          <w:b w:val="1"/>
          <w:bCs w:val="1"/>
          <w:highlight w:val="yellow"/>
        </w:rPr>
      </w:pPr>
      <w:r w:rsidDel="00000000" w:rsidR="00000000" w:rsidRPr="00000000">
        <w:rPr>
          <w:b w:val="1"/>
          <w:bCs w:val="1"/>
          <w:rtl w:val="0"/>
        </w:rPr>
        <w:t xml:space="preserve">2.</w:t>
        <w:tab/>
      </w:r>
      <w:r w:rsidDel="00000000" w:rsidR="00000000" w:rsidRPr="00000000">
        <w:rPr>
          <w:rtl w:val="0"/>
        </w:rPr>
        <w:t xml:space="preserve">Oferta dumneavoastră trebuie să includă cotația de preț pentru produs, în cantitățile specificate în tabelul de mai sus. Prețul evaluat al ofertei pentru fiecare lot va reprezenta valoarea totală a produsului, fără TVA. Contractul va fi atribuit per lot ofertantului care obține cel mai mare scor total, calculat astfel: 10% pentru corespunderea criteriilor tehnice și disponibilitatea produselor solicitate, și 90% pentru oferirea celui mai mic preț total evaluat.</w:t>
      </w:r>
      <w:r w:rsidDel="00000000" w:rsidR="00000000" w:rsidRPr="00000000">
        <w:rPr>
          <w:rtl w:val="0"/>
        </w:rPr>
      </w:r>
    </w:p>
    <w:p w:rsidR="00000000" w:rsidDel="00000000" w:rsidP="00000000" w:rsidRDefault="00000000" w:rsidRPr="00000000" w14:paraId="000000BF">
      <w:pPr>
        <w:spacing w:after="160" w:before="80" w:lineRule="auto"/>
        <w:ind w:left="432"/>
        <w:jc w:val="both"/>
        <w:rPr/>
      </w:pPr>
      <w:r w:rsidDel="00000000" w:rsidR="00000000" w:rsidRPr="00000000">
        <w:rPr>
          <w:u w:val="single"/>
          <w:rtl w:val="0"/>
        </w:rPr>
        <w:t xml:space="preserve">Ofertele incomplete sau parțiale nu vor fi luate în considerare și vor fi respinse</w:t>
      </w:r>
      <w:r w:rsidDel="00000000" w:rsidR="00000000" w:rsidRPr="00000000">
        <w:rPr>
          <w:rtl w:val="0"/>
        </w:rPr>
        <w:t xml:space="preserve">. </w:t>
      </w:r>
    </w:p>
    <w:p w:rsidR="00000000" w:rsidDel="00000000" w:rsidP="00000000" w:rsidRDefault="00000000" w:rsidRPr="00000000" w14:paraId="000000C0">
      <w:pPr>
        <w:spacing w:after="0" w:lineRule="auto"/>
        <w:jc w:val="both"/>
        <w:rPr>
          <w:b w:val="1"/>
          <w:bCs w:val="1"/>
        </w:rPr>
      </w:pPr>
      <w:r w:rsidDel="00000000" w:rsidR="00000000" w:rsidRPr="00000000">
        <w:rPr>
          <w:b w:val="1"/>
          <w:bCs w:val="1"/>
          <w:i w:val="1"/>
          <w:iCs w:val="1"/>
          <w:rtl w:val="0"/>
        </w:rPr>
        <w:t xml:space="preserve">NOTĂ: Oferta financiară trebuie să fie transmisă cu TVA 0%, având în vedere că Asociația „Gender-Centru” beneficiază de scutire de TVA conform prevederilor din </w:t>
      </w:r>
      <w:hyperlink r:id="rId9">
        <w:r w:rsidDel="00000000" w:rsidR="00000000" w:rsidRPr="00000000">
          <w:rPr>
            <w:b w:val="1"/>
            <w:bCs w:val="1"/>
            <w:i w:val="1"/>
            <w:iCs w:val="1"/>
            <w:color w:val="0000ff"/>
            <w:u w:val="single"/>
            <w:rtl w:val="0"/>
          </w:rPr>
          <w:t xml:space="preserve">Hotărărea Guvernului Nr. 246 din 08-04-2010 cu privire la modul de aplicare a facilităţilor fiscale şi  vamale aferente realizării proiectelor de asistenţă tehnică şi investiţională în derulare, care cad sub incidenţa tratatelor internaţionale la care Republica Moldova este parte</w:t>
        </w:r>
      </w:hyperlink>
      <w:r w:rsidDel="00000000" w:rsidR="00000000" w:rsidRPr="00000000">
        <w:rPr>
          <w:b w:val="1"/>
          <w:bCs w:val="1"/>
          <w:i w:val="1"/>
          <w:iCs w:val="1"/>
          <w:rtl w:val="0"/>
        </w:rPr>
        <w:t xml:space="preserve">.</w:t>
      </w:r>
      <w:r w:rsidDel="00000000" w:rsidR="00000000" w:rsidRPr="00000000">
        <w:rPr>
          <w:rtl w:val="0"/>
        </w:rPr>
      </w:r>
    </w:p>
    <w:p w:rsidR="00000000" w:rsidDel="00000000" w:rsidP="00000000" w:rsidRDefault="00000000" w:rsidRPr="00000000" w14:paraId="000000C1">
      <w:pPr>
        <w:spacing w:after="160" w:before="80" w:lineRule="auto"/>
        <w:ind w:left="432"/>
        <w:jc w:val="both"/>
        <w:rPr/>
      </w:pPr>
      <w:r w:rsidDel="00000000" w:rsidR="00000000" w:rsidRPr="00000000">
        <w:rPr>
          <w:b w:val="1"/>
          <w:bCs w:val="1"/>
          <w:rtl w:val="0"/>
        </w:rPr>
        <w:t xml:space="preserve">3.</w:t>
        <w:tab/>
      </w:r>
      <w:r w:rsidDel="00000000" w:rsidR="00000000" w:rsidRPr="00000000">
        <w:rPr>
          <w:rtl w:val="0"/>
        </w:rPr>
        <w:t xml:space="preserve">Oferta Dvs., în formatul solicitat anexat, trebuie să fie expediată în format electronic (PDF) la următoarea adresă de e-mail:</w:t>
      </w:r>
    </w:p>
    <w:p w:rsidR="00000000" w:rsidDel="00000000" w:rsidP="00000000" w:rsidRDefault="00000000" w:rsidRPr="00000000" w14:paraId="000000C2">
      <w:pPr>
        <w:spacing w:after="40" w:lineRule="auto"/>
        <w:ind w:left="432" w:firstLine="0"/>
        <w:jc w:val="both"/>
        <w:rPr/>
      </w:pPr>
      <w:hyperlink r:id="rId10">
        <w:r w:rsidDel="00000000" w:rsidR="00000000" w:rsidRPr="00000000">
          <w:rPr>
            <w:color w:val="1155cc"/>
            <w:u w:val="single"/>
            <w:rtl w:val="0"/>
          </w:rPr>
          <w:t xml:space="preserve">info@gender-centru.md</w:t>
        </w:r>
      </w:hyperlink>
      <w:r w:rsidDel="00000000" w:rsidR="00000000" w:rsidRPr="00000000">
        <w:rPr>
          <w:rtl w:val="0"/>
        </w:rPr>
        <w:t xml:space="preserve"> </w:t>
      </w:r>
    </w:p>
    <w:p w:rsidR="00000000" w:rsidDel="00000000" w:rsidP="00000000" w:rsidRDefault="00000000" w:rsidRPr="00000000" w14:paraId="000000C3">
      <w:pPr>
        <w:spacing w:after="40" w:lineRule="auto"/>
        <w:ind w:left="432" w:firstLine="0"/>
        <w:jc w:val="both"/>
        <w:rPr/>
      </w:pPr>
      <w:r w:rsidDel="00000000" w:rsidR="00000000" w:rsidRPr="00000000">
        <w:rPr>
          <w:rtl w:val="0"/>
        </w:rPr>
        <w:t xml:space="preserve">Cristina Snegur, Asistentă de procurări</w:t>
      </w:r>
    </w:p>
    <w:p w:rsidR="00000000" w:rsidDel="00000000" w:rsidP="00000000" w:rsidRDefault="00000000" w:rsidRPr="00000000" w14:paraId="000000C4">
      <w:pPr>
        <w:spacing w:after="40" w:before="0" w:lineRule="auto"/>
        <w:ind w:left="432" w:firstLine="0"/>
        <w:jc w:val="both"/>
        <w:rPr>
          <w:b w:val="1"/>
          <w:bCs w:val="1"/>
        </w:rPr>
      </w:pPr>
      <w:r w:rsidDel="00000000" w:rsidR="00000000" w:rsidRPr="00000000">
        <w:rPr>
          <w:rtl w:val="0"/>
        </w:rPr>
      </w:r>
    </w:p>
    <w:p w:rsidR="00000000" w:rsidDel="00000000" w:rsidP="00000000" w:rsidRDefault="00000000" w:rsidRPr="00000000" w14:paraId="000000C5">
      <w:pPr>
        <w:spacing w:after="240" w:before="0" w:lineRule="auto"/>
        <w:ind w:left="432" w:firstLine="0"/>
        <w:jc w:val="both"/>
        <w:rPr/>
      </w:pPr>
      <w:r w:rsidDel="00000000" w:rsidR="00000000" w:rsidRPr="00000000">
        <w:rPr>
          <w:rFonts w:ascii="Times New Roman" w:cs="Times New Roman" w:eastAsia="Times New Roman" w:hAnsi="Times New Roman"/>
          <w:b w:val="0"/>
          <w:bCs w:val="0"/>
          <w:i w:val="1"/>
          <w:iCs w:val="1"/>
          <w:sz w:val="24"/>
          <w:szCs w:val="24"/>
          <w:u w:val="single"/>
          <w:rtl w:val="0"/>
        </w:rPr>
        <w:t xml:space="preserve">Ref: Utilaje, echipamente și materiale pentru producție agricolă, zootehnică și alimentară (LOT 1 – LOT 6)</w:t>
      </w:r>
      <w:r w:rsidDel="00000000" w:rsidR="00000000" w:rsidRPr="00000000">
        <w:rPr>
          <w:rtl w:val="0"/>
        </w:rPr>
      </w:r>
    </w:p>
    <w:p w:rsidR="00000000" w:rsidDel="00000000" w:rsidP="00000000" w:rsidRDefault="00000000" w:rsidRPr="00000000" w14:paraId="000000C6">
      <w:pPr>
        <w:spacing w:after="80" w:lineRule="auto"/>
        <w:jc w:val="both"/>
        <w:rPr/>
      </w:pPr>
      <w:r w:rsidDel="00000000" w:rsidR="00000000" w:rsidRPr="00000000">
        <w:rPr>
          <w:rtl w:val="0"/>
        </w:rPr>
        <w:t xml:space="preserve">Oferta dumneavoastră trebuie să conțină:</w:t>
      </w:r>
    </w:p>
    <w:p w:rsidR="00000000" w:rsidDel="00000000" w:rsidP="00000000" w:rsidRDefault="00000000" w:rsidRPr="00000000" w14:paraId="000000C7">
      <w:pPr>
        <w:spacing w:after="80" w:line="240" w:lineRule="auto"/>
        <w:ind w:left="432" w:firstLine="0"/>
        <w:jc w:val="both"/>
        <w:rPr/>
      </w:pPr>
      <w:r w:rsidDel="00000000" w:rsidR="00000000" w:rsidRPr="00000000">
        <w:rPr>
          <w:rtl w:val="0"/>
        </w:rPr>
        <w:t xml:space="preserve">a) </w:t>
      </w:r>
      <w:r w:rsidDel="00000000" w:rsidR="00000000" w:rsidRPr="00000000">
        <w:rPr>
          <w:b w:val="1"/>
          <w:bCs w:val="1"/>
          <w:rtl w:val="0"/>
        </w:rPr>
        <w:t xml:space="preserve">Anexa nr. 1</w:t>
      </w:r>
      <w:r w:rsidDel="00000000" w:rsidR="00000000" w:rsidRPr="00000000">
        <w:rPr>
          <w:rtl w:val="0"/>
        </w:rPr>
        <w:t xml:space="preserve"> - Formularul de Contract de furnizare semnat și ștampilat pentru acceptarea formatului și a clauzelor contractuale;</w:t>
      </w:r>
    </w:p>
    <w:p w:rsidR="00000000" w:rsidDel="00000000" w:rsidP="00000000" w:rsidRDefault="00000000" w:rsidRPr="00000000" w14:paraId="000000C8">
      <w:pPr>
        <w:spacing w:after="80" w:line="240" w:lineRule="auto"/>
        <w:ind w:left="432" w:firstLine="0"/>
        <w:jc w:val="both"/>
        <w:rPr/>
      </w:pPr>
      <w:r w:rsidDel="00000000" w:rsidR="00000000" w:rsidRPr="00000000">
        <w:rPr>
          <w:rtl w:val="0"/>
        </w:rPr>
        <w:t xml:space="preserve">b) </w:t>
      </w:r>
      <w:r w:rsidDel="00000000" w:rsidR="00000000" w:rsidRPr="00000000">
        <w:rPr>
          <w:b w:val="1"/>
          <w:bCs w:val="1"/>
          <w:rtl w:val="0"/>
        </w:rPr>
        <w:t xml:space="preserve">Anexa nr. 2</w:t>
      </w:r>
      <w:r w:rsidDel="00000000" w:rsidR="00000000" w:rsidRPr="00000000">
        <w:rPr>
          <w:rtl w:val="0"/>
        </w:rPr>
        <w:t xml:space="preserve"> - Fraudă și Corupție, semnat și ștampilat privind luarea la cunoștință;</w:t>
      </w:r>
    </w:p>
    <w:p w:rsidR="00000000" w:rsidDel="00000000" w:rsidP="00000000" w:rsidRDefault="00000000" w:rsidRPr="00000000" w14:paraId="000000C9">
      <w:pPr>
        <w:spacing w:after="80" w:line="240" w:lineRule="auto"/>
        <w:ind w:left="432" w:firstLine="0"/>
        <w:jc w:val="both"/>
        <w:rPr/>
      </w:pPr>
      <w:r w:rsidDel="00000000" w:rsidR="00000000" w:rsidRPr="00000000">
        <w:rPr>
          <w:rtl w:val="0"/>
        </w:rPr>
        <w:t xml:space="preserve">c) </w:t>
      </w:r>
      <w:r w:rsidDel="00000000" w:rsidR="00000000" w:rsidRPr="00000000">
        <w:rPr>
          <w:b w:val="1"/>
          <w:bCs w:val="1"/>
          <w:rtl w:val="0"/>
        </w:rPr>
        <w:t xml:space="preserve">Anexa nr. 3</w:t>
      </w:r>
      <w:r w:rsidDel="00000000" w:rsidR="00000000" w:rsidRPr="00000000">
        <w:rPr>
          <w:rtl w:val="0"/>
        </w:rPr>
        <w:t xml:space="preserve"> - Formularul de ofertă, semnat și ștampilat;</w:t>
      </w:r>
    </w:p>
    <w:p w:rsidR="00000000" w:rsidDel="00000000" w:rsidP="00000000" w:rsidRDefault="00000000" w:rsidRPr="00000000" w14:paraId="000000CA">
      <w:pPr>
        <w:spacing w:after="80" w:line="240" w:lineRule="auto"/>
        <w:ind w:left="432" w:firstLine="0"/>
        <w:jc w:val="both"/>
        <w:rPr/>
      </w:pPr>
      <w:r w:rsidDel="00000000" w:rsidR="00000000" w:rsidRPr="00000000">
        <w:rPr>
          <w:rtl w:val="0"/>
        </w:rPr>
        <w:t xml:space="preserve">d) </w:t>
      </w:r>
      <w:r w:rsidDel="00000000" w:rsidR="00000000" w:rsidRPr="00000000">
        <w:rPr>
          <w:b w:val="1"/>
          <w:bCs w:val="1"/>
          <w:rtl w:val="0"/>
        </w:rPr>
        <w:t xml:space="preserve">Anexa nr. 4</w:t>
      </w:r>
      <w:r w:rsidDel="00000000" w:rsidR="00000000" w:rsidRPr="00000000">
        <w:rPr>
          <w:rtl w:val="0"/>
        </w:rPr>
        <w:t xml:space="preserve"> – Formularul Termenii și condițiile de livrare și plată, cu prețurile cotate și costul de livrare, semnat și ștampilat în conformitate cu prevederile punctului 6 din Cererea de cotații;</w:t>
      </w:r>
    </w:p>
    <w:p w:rsidR="00000000" w:rsidDel="00000000" w:rsidP="00000000" w:rsidRDefault="00000000" w:rsidRPr="00000000" w14:paraId="000000CB">
      <w:pPr>
        <w:spacing w:after="80" w:line="240" w:lineRule="auto"/>
        <w:ind w:left="432" w:firstLine="0"/>
        <w:jc w:val="both"/>
        <w:rPr/>
      </w:pPr>
      <w:r w:rsidDel="00000000" w:rsidR="00000000" w:rsidRPr="00000000">
        <w:rPr>
          <w:rtl w:val="0"/>
        </w:rPr>
        <w:t xml:space="preserve">e) </w:t>
      </w:r>
      <w:r w:rsidDel="00000000" w:rsidR="00000000" w:rsidRPr="00000000">
        <w:rPr>
          <w:b w:val="1"/>
          <w:bCs w:val="1"/>
          <w:rtl w:val="0"/>
        </w:rPr>
        <w:t xml:space="preserve">Anexa nr. 5</w:t>
      </w:r>
      <w:r w:rsidDel="00000000" w:rsidR="00000000" w:rsidRPr="00000000">
        <w:rPr>
          <w:rtl w:val="0"/>
        </w:rPr>
        <w:t xml:space="preserve"> – Declarație pe propria răspundere semnată (document care atestă calificarea ofertantului);</w:t>
      </w:r>
    </w:p>
    <w:p w:rsidR="00000000" w:rsidDel="00000000" w:rsidP="00000000" w:rsidRDefault="00000000" w:rsidRPr="00000000" w14:paraId="000000CC">
      <w:pPr>
        <w:spacing w:after="80" w:line="240" w:lineRule="auto"/>
        <w:ind w:left="432" w:firstLine="0"/>
        <w:jc w:val="both"/>
        <w:rPr/>
      </w:pPr>
      <w:r w:rsidDel="00000000" w:rsidR="00000000" w:rsidRPr="00000000">
        <w:rPr>
          <w:rtl w:val="0"/>
        </w:rPr>
        <w:t xml:space="preserve">f) </w:t>
      </w:r>
      <w:r w:rsidDel="00000000" w:rsidR="00000000" w:rsidRPr="00000000">
        <w:rPr>
          <w:b w:val="1"/>
          <w:bCs w:val="1"/>
          <w:rtl w:val="0"/>
        </w:rPr>
        <w:t xml:space="preserve">Anexa nr. 6</w:t>
      </w:r>
      <w:r w:rsidDel="00000000" w:rsidR="00000000" w:rsidRPr="00000000">
        <w:rPr>
          <w:rtl w:val="0"/>
        </w:rPr>
        <w:t xml:space="preserve"> - Împuternicire scrisă pentru semnatarul documentelor ofertei;</w:t>
      </w:r>
    </w:p>
    <w:p w:rsidR="00000000" w:rsidDel="00000000" w:rsidP="00000000" w:rsidRDefault="00000000" w:rsidRPr="00000000" w14:paraId="000000CD">
      <w:pPr>
        <w:spacing w:after="80" w:line="240" w:lineRule="auto"/>
        <w:ind w:left="432" w:firstLine="0"/>
        <w:jc w:val="both"/>
        <w:rPr/>
      </w:pPr>
      <w:r w:rsidDel="00000000" w:rsidR="00000000" w:rsidRPr="00000000">
        <w:rPr>
          <w:rtl w:val="0"/>
        </w:rPr>
        <w:t xml:space="preserve">g) </w:t>
      </w:r>
      <w:r w:rsidDel="00000000" w:rsidR="00000000" w:rsidRPr="00000000">
        <w:rPr>
          <w:b w:val="1"/>
          <w:bCs w:val="1"/>
          <w:rtl w:val="0"/>
        </w:rPr>
        <w:t xml:space="preserve">Documentele solicitate la punctul 4 de mai jos.</w:t>
      </w:r>
      <w:r w:rsidDel="00000000" w:rsidR="00000000" w:rsidRPr="00000000">
        <w:rPr>
          <w:rtl w:val="0"/>
        </w:rPr>
      </w:r>
    </w:p>
    <w:p w:rsidR="00000000" w:rsidDel="00000000" w:rsidP="00000000" w:rsidRDefault="00000000" w:rsidRPr="00000000" w14:paraId="000000CE">
      <w:pPr>
        <w:spacing w:after="160" w:lineRule="auto"/>
        <w:jc w:val="both"/>
        <w:rPr/>
      </w:pPr>
      <w:r w:rsidDel="00000000" w:rsidR="00000000" w:rsidRPr="00000000">
        <w:rPr>
          <w:rtl w:val="0"/>
        </w:rPr>
      </w:r>
    </w:p>
    <w:p w:rsidR="00000000" w:rsidDel="00000000" w:rsidP="00000000" w:rsidRDefault="00000000" w:rsidRPr="00000000" w14:paraId="000000CF">
      <w:pPr>
        <w:spacing w:after="160" w:before="80" w:lineRule="auto"/>
        <w:ind w:left="432"/>
        <w:jc w:val="both"/>
        <w:rPr/>
      </w:pPr>
      <w:r w:rsidDel="00000000" w:rsidR="00000000" w:rsidRPr="00000000">
        <w:rPr>
          <w:b w:val="1"/>
          <w:bCs w:val="1"/>
          <w:rtl w:val="0"/>
        </w:rPr>
        <w:t xml:space="preserve">4.</w:t>
        <w:tab/>
      </w:r>
      <w:r w:rsidDel="00000000" w:rsidR="00000000" w:rsidRPr="00000000">
        <w:rPr>
          <w:rtl w:val="0"/>
        </w:rPr>
        <w:t xml:space="preserve">Oferta dumneavoastră, elaborată în limba română, va fi însoțită și de următoarele documente:</w:t>
      </w:r>
    </w:p>
    <w:p w:rsidR="00000000" w:rsidDel="00000000" w:rsidP="00000000" w:rsidRDefault="00000000" w:rsidRPr="00000000" w14:paraId="000000D0">
      <w:pPr>
        <w:spacing w:after="40" w:lineRule="auto"/>
        <w:ind w:left="720" w:firstLine="0"/>
        <w:jc w:val="both"/>
        <w:rPr/>
      </w:pPr>
      <w:r w:rsidDel="00000000" w:rsidR="00000000" w:rsidRPr="00000000">
        <w:rPr>
          <w:rtl w:val="0"/>
        </w:rPr>
        <w:t xml:space="preserve">i.   Copie după Certificatul de înregistrare sau a Extrasului din Registrul de Stat;</w:t>
      </w:r>
    </w:p>
    <w:p w:rsidR="00000000" w:rsidDel="00000000" w:rsidP="00000000" w:rsidRDefault="00000000" w:rsidRPr="00000000" w14:paraId="000000D1">
      <w:pPr>
        <w:spacing w:after="40" w:lineRule="auto"/>
        <w:ind w:left="720" w:firstLine="0"/>
        <w:jc w:val="both"/>
        <w:rPr/>
      </w:pPr>
      <w:r w:rsidDel="00000000" w:rsidR="00000000" w:rsidRPr="00000000">
        <w:rPr>
          <w:rtl w:val="0"/>
        </w:rPr>
        <w:t xml:space="preserve">ii.  Certificate/declarații de conformitate pentru produsele ofertate, potrivit cerințelor specificațiilor tehnice din Anexa nr. 4;</w:t>
      </w:r>
    </w:p>
    <w:p w:rsidR="00000000" w:rsidDel="00000000" w:rsidP="00000000" w:rsidRDefault="00000000" w:rsidRPr="00000000" w14:paraId="000000D2">
      <w:pPr>
        <w:spacing w:after="240" w:lineRule="auto"/>
        <w:ind w:left="720" w:firstLine="0"/>
        <w:jc w:val="both"/>
        <w:rPr/>
      </w:pPr>
      <w:r w:rsidDel="00000000" w:rsidR="00000000" w:rsidRPr="00000000">
        <w:rPr>
          <w:rtl w:val="0"/>
        </w:rPr>
        <w:t xml:space="preserve">iii. Dovada capacității de livrare a produselor pe teritoriul Republicii Moldova (rețea de distribuție, puncte de lucru/showroom-uri, parteneri de curierat sau echivalent).</w:t>
      </w:r>
    </w:p>
    <w:p w:rsidR="00000000" w:rsidDel="00000000" w:rsidP="00000000" w:rsidRDefault="00000000" w:rsidRPr="00000000" w14:paraId="000000D3">
      <w:pPr>
        <w:spacing w:after="160" w:before="80" w:lineRule="auto"/>
        <w:ind w:left="432"/>
        <w:jc w:val="both"/>
        <w:rPr/>
      </w:pPr>
      <w:r w:rsidDel="00000000" w:rsidR="00000000" w:rsidRPr="00000000">
        <w:rPr>
          <w:b w:val="1"/>
          <w:bCs w:val="1"/>
          <w:rtl w:val="0"/>
        </w:rPr>
        <w:t xml:space="preserve">5.</w:t>
        <w:tab/>
      </w:r>
      <w:r w:rsidDel="00000000" w:rsidR="00000000" w:rsidRPr="00000000">
        <w:rPr>
          <w:rtl w:val="0"/>
        </w:rPr>
        <w:t xml:space="preserve">Termenul limită de primire a ofertei Dvs. la adresa de email indicată la punctul 3 de mai sus este: </w:t>
      </w:r>
      <w:r w:rsidDel="00000000" w:rsidR="00000000" w:rsidRPr="00000000">
        <w:rPr>
          <w:b w:val="1"/>
          <w:bCs w:val="1"/>
          <w:rtl w:val="0"/>
        </w:rPr>
        <w:t xml:space="preserve">23 septembrie 2026</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D4">
      <w:pPr>
        <w:spacing w:after="160" w:before="80" w:lineRule="auto"/>
        <w:ind w:left="432" w:hanging="432"/>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6.</w:t>
        <w:tab/>
      </w:r>
      <w:r w:rsidDel="00000000" w:rsidR="00000000" w:rsidRPr="00000000">
        <w:rPr>
          <w:rFonts w:ascii="Times New Roman" w:cs="Times New Roman" w:eastAsia="Times New Roman" w:hAnsi="Times New Roman"/>
          <w:b w:val="0"/>
          <w:bCs w:val="0"/>
          <w:i w:val="0"/>
          <w:iCs w:val="0"/>
          <w:sz w:val="24"/>
          <w:szCs w:val="24"/>
          <w:u w:val="none"/>
          <w:rtl w:val="0"/>
        </w:rPr>
        <w:t xml:space="preserve">Criterii minime de eligibilitate</w:t>
      </w:r>
      <w:r w:rsidDel="00000000" w:rsidR="00000000" w:rsidRPr="00000000">
        <w:rPr>
          <w:rtl w:val="0"/>
        </w:rPr>
      </w:r>
    </w:p>
    <w:p w:rsidR="00000000" w:rsidDel="00000000" w:rsidP="00000000" w:rsidRDefault="00000000" w:rsidRPr="00000000" w14:paraId="000000D5">
      <w:pPr>
        <w:spacing w:after="120" w:before="0" w:lineRule="auto"/>
        <w:ind w:left="432" w:firstLine="0"/>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Oferta dumneavoastră trebuie să demonstreze îndeplinirea următoarelor criterii minime de eligibilitate:</w:t>
      </w:r>
      <w:r w:rsidDel="00000000" w:rsidR="00000000" w:rsidRPr="00000000">
        <w:rPr>
          <w:rtl w:val="0"/>
        </w:rPr>
      </w:r>
    </w:p>
    <w:p w:rsidR="00000000" w:rsidDel="00000000" w:rsidP="00000000" w:rsidRDefault="00000000" w:rsidRPr="00000000" w14:paraId="000000D6">
      <w:pPr>
        <w:spacing w:after="80" w:before="12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1</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fie persoană juridică înregistrată legal în Republica Moldova.</w:t>
      </w:r>
    </w:p>
    <w:p w:rsidR="00000000" w:rsidDel="00000000" w:rsidP="00000000" w:rsidRDefault="00000000" w:rsidRPr="00000000" w14:paraId="000000D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demonstreze experiență în comercializarea/furnizarea de utilaje agricole mecanizate similare celor solicitate.</w:t>
      </w:r>
    </w:p>
    <w:p w:rsidR="00000000" w:rsidDel="00000000" w:rsidP="00000000" w:rsidRDefault="00000000" w:rsidRPr="00000000" w14:paraId="000000D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asigure livrarea produselor la locațiile beneficiarelor pe teritoriul Republicii Moldova, inclusiv municipii și zone rurale, cu excepția Regiunii Transnistrene.</w:t>
      </w:r>
    </w:p>
    <w:p w:rsidR="00000000" w:rsidDel="00000000" w:rsidP="00000000" w:rsidRDefault="00000000" w:rsidRPr="00000000" w14:paraId="000000DA">
      <w:pPr>
        <w:spacing w:after="80" w:before="12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2</w:t>
      </w: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fie persoană juridică înregistrată legal în Republica Moldova.</w:t>
      </w:r>
    </w:p>
    <w:p w:rsidR="00000000" w:rsidDel="00000000" w:rsidP="00000000" w:rsidRDefault="00000000" w:rsidRPr="00000000" w14:paraId="000000D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demonstreze experiență în comercializarea/furnizarea de echipament pentru seră, irigare și încălzire similar celui solicitat.</w:t>
      </w:r>
    </w:p>
    <w:p w:rsidR="00000000" w:rsidDel="00000000" w:rsidP="00000000" w:rsidRDefault="00000000" w:rsidRPr="00000000" w14:paraId="000000D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asigure livrarea produselor la locațiile beneficiarelor pe teritoriul Republicii Moldova, inclusiv municipii și zone rurale, cu excepția Regiunii Transnistrene.</w:t>
      </w:r>
    </w:p>
    <w:p w:rsidR="00000000" w:rsidDel="00000000" w:rsidP="00000000" w:rsidRDefault="00000000" w:rsidRPr="00000000" w14:paraId="000000DE">
      <w:pPr>
        <w:spacing w:after="80" w:before="12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3</w:t>
      </w: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fie persoană juridică înregistrată legal în Republica Moldova.</w:t>
      </w:r>
    </w:p>
    <w:p w:rsidR="00000000" w:rsidDel="00000000" w:rsidP="00000000" w:rsidRDefault="00000000" w:rsidRPr="00000000" w14:paraId="000000E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demonstreze experiență în comercializarea/furnizarea de echipament și inventar zootehnic similar celui solicitat.</w:t>
      </w:r>
    </w:p>
    <w:p w:rsidR="00000000" w:rsidDel="00000000" w:rsidP="00000000" w:rsidRDefault="00000000" w:rsidRPr="00000000" w14:paraId="000000E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asigure livrarea produselor la locațiile beneficiarelor pe teritoriul Republicii Moldova, inclusiv municipii și zone rurale, cu excepția Regiunii Transnistrene.</w:t>
      </w:r>
    </w:p>
    <w:p w:rsidR="00000000" w:rsidDel="00000000" w:rsidP="00000000" w:rsidRDefault="00000000" w:rsidRPr="00000000" w14:paraId="000000E2">
      <w:pPr>
        <w:spacing w:after="80" w:before="12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4</w:t>
      </w: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fie persoană juridică înregistrată legal în Republica Moldova.</w:t>
      </w:r>
    </w:p>
    <w:p w:rsidR="00000000" w:rsidDel="00000000" w:rsidP="00000000" w:rsidRDefault="00000000" w:rsidRPr="00000000" w14:paraId="000000E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demonstreze experiență în comercializarea/furnizarea de echipament pentru producere de panificație similar celui solicitat.</w:t>
      </w:r>
    </w:p>
    <w:p w:rsidR="00000000" w:rsidDel="00000000" w:rsidP="00000000" w:rsidRDefault="00000000" w:rsidRPr="00000000" w14:paraId="000000E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asigure livrarea produselor la locațiile beneficiarelor pe teritoriul Republicii Moldova, inclusiv municipii și zone rurale, cu excepția Regiunii Transnistrene.</w:t>
      </w:r>
    </w:p>
    <w:p w:rsidR="00000000" w:rsidDel="00000000" w:rsidP="00000000" w:rsidRDefault="00000000" w:rsidRPr="00000000" w14:paraId="000000E6">
      <w:pPr>
        <w:spacing w:after="80" w:before="12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5</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fie persoană juridică înregistrată legal în Republica Moldova.</w:t>
      </w:r>
    </w:p>
    <w:p w:rsidR="00000000" w:rsidDel="00000000" w:rsidP="00000000" w:rsidRDefault="00000000" w:rsidRPr="00000000" w14:paraId="000000E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demonstreze experiență în comercializarea/furnizarea de materiale de construcție similare celor solicitate.</w:t>
      </w:r>
    </w:p>
    <w:p w:rsidR="00000000" w:rsidDel="00000000" w:rsidP="00000000" w:rsidRDefault="00000000" w:rsidRPr="00000000" w14:paraId="000000E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asigure livrarea produselor la locațiile beneficiarelor pe teritoriul Republicii Moldova, inclusiv municipii și zone rurale, cu excepția Regiunii Transnistrene.</w:t>
      </w:r>
    </w:p>
    <w:p w:rsidR="00000000" w:rsidDel="00000000" w:rsidP="00000000" w:rsidRDefault="00000000" w:rsidRPr="00000000" w14:paraId="000000EA">
      <w:pPr>
        <w:spacing w:after="80" w:before="12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6</w:t>
      </w: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fie persoană juridică înregistrată legal în Republica Moldova.</w:t>
      </w:r>
    </w:p>
    <w:p w:rsidR="00000000" w:rsidDel="00000000" w:rsidP="00000000" w:rsidRDefault="00000000" w:rsidRPr="00000000" w14:paraId="000000E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demonstreze experiență în comercializarea/furnizarea de substrat, semințe și fertilizanți similari celor solicitate.</w:t>
      </w:r>
    </w:p>
    <w:p w:rsidR="00000000" w:rsidDel="00000000" w:rsidP="00000000" w:rsidRDefault="00000000" w:rsidRPr="00000000" w14:paraId="000000E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asigure livrarea produselor la locațiile beneficiarelor pe teritoriul Republicii Moldova, inclusiv municipii și zone rurale, cu excepția Regiunii Transnistrene.</w:t>
      </w:r>
    </w:p>
    <w:p w:rsidR="00000000" w:rsidDel="00000000" w:rsidP="00000000" w:rsidRDefault="00000000" w:rsidRPr="00000000" w14:paraId="000000EE">
      <w:pPr>
        <w:spacing w:after="160" w:before="0" w:lineRule="auto"/>
        <w:jc w:val="both"/>
        <w:rPr/>
      </w:pPr>
      <w:r w:rsidDel="00000000" w:rsidR="00000000" w:rsidRPr="00000000">
        <w:rPr>
          <w:rtl w:val="0"/>
        </w:rPr>
      </w:r>
    </w:p>
    <w:p w:rsidR="00000000" w:rsidDel="00000000" w:rsidP="00000000" w:rsidRDefault="00000000" w:rsidRPr="00000000" w14:paraId="000000EF">
      <w:pPr>
        <w:numPr>
          <w:ilvl w:val="0"/>
          <w:numId w:val="1"/>
        </w:numPr>
        <w:spacing w:after="0" w:lineRule="auto"/>
        <w:ind w:left="360"/>
      </w:pPr>
      <w:r w:rsidDel="00000000" w:rsidR="00000000" w:rsidRPr="00000000">
        <w:rPr>
          <w:rtl w:val="0"/>
        </w:rPr>
        <w:t xml:space="preserve">Oferta Dvs. va fi transmisă ţinând cont de următoarele instrucţiuni şi în concordanţă cu Termenii şi Condiţiile de livrare și plată din </w:t>
      </w:r>
      <w:r w:rsidDel="00000000" w:rsidR="00000000" w:rsidRPr="00000000">
        <w:rPr>
          <w:b w:val="1"/>
          <w:bCs w:val="1"/>
          <w:rtl w:val="0"/>
        </w:rPr>
        <w:t xml:space="preserve">Anexa nr. 4, </w:t>
      </w:r>
      <w:r w:rsidDel="00000000" w:rsidR="00000000" w:rsidRPr="00000000">
        <w:rPr>
          <w:rtl w:val="0"/>
        </w:rPr>
        <w:t xml:space="preserve">precum și cu clauzele formularului de Contract (</w:t>
      </w:r>
      <w:r w:rsidDel="00000000" w:rsidR="00000000" w:rsidRPr="00000000">
        <w:rPr>
          <w:b w:val="1"/>
          <w:bCs w:val="1"/>
          <w:rtl w:val="0"/>
        </w:rPr>
        <w:t xml:space="preserve">Anexa nr. 1</w:t>
      </w:r>
      <w:r w:rsidDel="00000000" w:rsidR="00000000" w:rsidRPr="00000000">
        <w:rPr>
          <w:rtl w:val="0"/>
        </w:rPr>
        <w:t xml:space="preserve">).</w:t>
      </w:r>
    </w:p>
    <w:p w:rsidR="00000000" w:rsidDel="00000000" w:rsidP="00000000" w:rsidRDefault="00000000" w:rsidRPr="00000000" w14:paraId="000000F0">
      <w:pPr>
        <w:spacing w:after="0" w:lineRule="auto"/>
        <w:ind w:left="720" w:firstLine="0"/>
        <w:rPr/>
      </w:pPr>
      <w:r w:rsidDel="00000000" w:rsidR="00000000" w:rsidRPr="00000000">
        <w:rPr>
          <w:rtl w:val="0"/>
        </w:rPr>
      </w:r>
    </w:p>
    <w:p w:rsidR="00000000" w:rsidDel="00000000" w:rsidP="00000000" w:rsidRDefault="00000000" w:rsidRPr="00000000" w14:paraId="000000F1">
      <w:pPr>
        <w:spacing w:after="0" w:lineRule="auto"/>
        <w:ind w:left="360" w:firstLine="0"/>
        <w:jc w:val="both"/>
        <w:rPr/>
      </w:pPr>
      <w:r w:rsidDel="00000000" w:rsidR="00000000" w:rsidRPr="00000000">
        <w:rPr>
          <w:b w:val="1"/>
          <w:bCs w:val="1"/>
          <w:rtl w:val="0"/>
        </w:rPr>
        <w:t xml:space="preserve">Vă rugăm să completați și să semnați formularul Termenii și condițiile de livrare și plată, </w:t>
      </w:r>
      <w:r w:rsidDel="00000000" w:rsidR="00000000" w:rsidRPr="00000000">
        <w:rPr>
          <w:rtl w:val="0"/>
        </w:rPr>
        <w:t xml:space="preserve">în conformitate cu instrucțiunile indicate în acesta. </w:t>
      </w:r>
      <w:r w:rsidDel="00000000" w:rsidR="00000000" w:rsidRPr="00000000">
        <w:rPr>
          <w:b w:val="1"/>
          <w:bCs w:val="1"/>
          <w:rtl w:val="0"/>
        </w:rPr>
        <w:t xml:space="preserve">Formularul Termenii și condițiile de livrare și plată </w:t>
      </w:r>
      <w:r w:rsidDel="00000000" w:rsidR="00000000" w:rsidRPr="00000000">
        <w:rPr>
          <w:rtl w:val="0"/>
        </w:rPr>
        <w:t xml:space="preserve">va deveni parte integrantă a </w:t>
      </w:r>
      <w:r w:rsidDel="00000000" w:rsidR="00000000" w:rsidRPr="00000000">
        <w:rPr>
          <w:b w:val="1"/>
          <w:bCs w:val="1"/>
          <w:rtl w:val="0"/>
        </w:rPr>
        <w:t xml:space="preserve">Contractului</w:t>
      </w:r>
      <w:r w:rsidDel="00000000" w:rsidR="00000000" w:rsidRPr="00000000">
        <w:rPr>
          <w:rtl w:val="0"/>
        </w:rPr>
        <w:t xml:space="preserve"> pe care Cumpărătorul îl va trimite spre semnare Ofertantului selectat.</w:t>
      </w:r>
    </w:p>
    <w:p w:rsidR="00000000" w:rsidDel="00000000" w:rsidP="00000000" w:rsidRDefault="00000000" w:rsidRPr="00000000" w14:paraId="000000F2">
      <w:pPr>
        <w:spacing w:after="0" w:lineRule="auto"/>
        <w:ind w:left="720" w:firstLine="0"/>
        <w:rPr/>
      </w:pPr>
      <w:r w:rsidDel="00000000" w:rsidR="00000000" w:rsidRPr="00000000">
        <w:rPr>
          <w:rtl w:val="0"/>
        </w:rPr>
      </w:r>
    </w:p>
    <w:p w:rsidR="00000000" w:rsidDel="00000000" w:rsidP="00000000" w:rsidRDefault="00000000" w:rsidRPr="00000000" w14:paraId="000000F3">
      <w:pPr>
        <w:spacing w:after="0" w:line="240" w:lineRule="auto"/>
        <w:ind w:left="360" w:firstLine="0"/>
        <w:jc w:val="both"/>
        <w:rPr>
          <w:b w:val="1"/>
          <w:bCs w:val="1"/>
        </w:rPr>
      </w:pPr>
      <w:r w:rsidDel="00000000" w:rsidR="00000000" w:rsidRPr="00000000">
        <w:rPr>
          <w:rtl w:val="0"/>
        </w:rPr>
        <w:t xml:space="preserve">Forma contractului care va fi încheiat cu Ofertantul care va fi declarat câştigător este prezentată în </w:t>
      </w:r>
      <w:r w:rsidDel="00000000" w:rsidR="00000000" w:rsidRPr="00000000">
        <w:rPr>
          <w:b w:val="1"/>
          <w:bCs w:val="1"/>
          <w:rtl w:val="0"/>
        </w:rPr>
        <w:t xml:space="preserve">Anexa nr. 1.</w:t>
      </w:r>
    </w:p>
    <w:p w:rsidR="00000000" w:rsidDel="00000000" w:rsidP="00000000" w:rsidRDefault="00000000" w:rsidRPr="00000000" w14:paraId="000000F4">
      <w:pPr>
        <w:spacing w:after="0" w:line="240" w:lineRule="auto"/>
        <w:ind w:left="360" w:firstLine="706"/>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5">
      <w:pPr>
        <w:numPr>
          <w:ilvl w:val="0"/>
          <w:numId w:val="2"/>
        </w:numPr>
        <w:spacing w:after="0" w:lineRule="auto"/>
        <w:ind w:left="1440" w:hanging="360"/>
        <w:jc w:val="both"/>
      </w:pPr>
      <w:r w:rsidDel="00000000" w:rsidR="00000000" w:rsidRPr="00000000">
        <w:rPr>
          <w:u w:val="single"/>
          <w:rtl w:val="0"/>
        </w:rPr>
        <w:t xml:space="preserve">PREȚURI</w:t>
      </w:r>
      <w:r w:rsidDel="00000000" w:rsidR="00000000" w:rsidRPr="00000000">
        <w:rPr>
          <w:rtl w:val="0"/>
        </w:rPr>
        <w:t xml:space="preserve">: Prețurile vor fie exprimate în MDL/lei și fără TVA reprezentând costul total pentru produs. Produsele vor fi livrate direct beneficiarelor/beneficiarilor Proiectului, la adrese diferite pe teritoriul Republicii Moldova, motiv pentru care Ofertanții sunt rugați să indice, separat, în ofertele lor, costul de livrare pentru fiecare lot, conform secțiunii dedicate din Anexa nr. 4. Lista nominală a beneficiarelor/beneficiarilor și adresele exacte de livrare vor fi comunicate Ofertantului declarat câștigător, ulterior semnării Contractului.</w:t>
      </w:r>
    </w:p>
    <w:p w:rsidR="00000000" w:rsidDel="00000000" w:rsidP="00000000" w:rsidRDefault="00000000" w:rsidRPr="00000000" w14:paraId="000000F6">
      <w:pPr>
        <w:ind w:left="432" w:firstLine="0"/>
        <w:jc w:val="both"/>
        <w:rPr/>
      </w:pPr>
      <w:r w:rsidDel="00000000" w:rsidR="00000000" w:rsidRPr="00000000">
        <w:rPr>
          <w:rtl w:val="0"/>
        </w:rPr>
        <w:t xml:space="preserve">(ii)  </w:t>
      </w:r>
      <w:r w:rsidDel="00000000" w:rsidR="00000000" w:rsidRPr="00000000">
        <w:rPr>
          <w:u w:val="single"/>
          <w:rtl w:val="0"/>
        </w:rPr>
        <w:t xml:space="preserve">EVALUAREA ȘI ATRIBUIREA CONTRACTULUI: </w:t>
      </w:r>
      <w:r w:rsidDel="00000000" w:rsidR="00000000" w:rsidRPr="00000000">
        <w:rPr>
          <w:rtl w:val="0"/>
        </w:rPr>
        <w:t xml:space="preserve">Ofertele stabilite a fi substanțial conforme cu cerințele din specificațiile tehnice solicitate conform punctului 1 din Anexa nr. 4 Termenii și Condițiile de livrare și plată, precum și cu celelalte cerințe menționate în această anexă, vor fi evaluate prin compararea prețurilor totale ofertate (preț produs + cost livrare) în conformitate cu paragraful 2 de mai sus, pentru fiecare lot separat. Ofertantul câștigător pentru fiecare lot va semna un Contract conform formularului atașat al contractului și termenilor și condițiilor de furnizare.</w:t>
      </w:r>
    </w:p>
    <w:p w:rsidR="00000000" w:rsidDel="00000000" w:rsidP="00000000" w:rsidRDefault="00000000" w:rsidRPr="00000000" w14:paraId="000000F7">
      <w:pPr>
        <w:spacing w:after="120" w:lineRule="auto"/>
        <w:jc w:val="both"/>
        <w:rPr/>
      </w:pPr>
      <w:r w:rsidDel="00000000" w:rsidR="00000000" w:rsidRPr="00000000">
        <w:rPr>
          <w:rtl w:val="0"/>
        </w:rPr>
        <w:t xml:space="preserve">În evaluarea ofertelor, Cumpărătorul va determina pentru fiecare ofertă prețul evaluat prin ajustarea ofertei de preț prin efectuarea oricărei corecții cu privire la erorile aritmetice după cum urmează:</w:t>
      </w:r>
    </w:p>
    <w:p w:rsidR="00000000" w:rsidDel="00000000" w:rsidP="00000000" w:rsidRDefault="00000000" w:rsidRPr="00000000" w14:paraId="000000F8">
      <w:pPr>
        <w:numPr>
          <w:ilvl w:val="0"/>
          <w:numId w:val="15"/>
        </w:numPr>
        <w:spacing w:after="0" w:lineRule="auto"/>
        <w:ind w:left="720" w:hanging="360"/>
        <w:jc w:val="both"/>
      </w:pPr>
      <w:r w:rsidDel="00000000" w:rsidR="00000000" w:rsidRPr="00000000">
        <w:rPr>
          <w:rtl w:val="0"/>
        </w:rPr>
        <w:t xml:space="preserve">în cazul în care există o discrepanță între valorile exprimate în cifre și în cuvinte, va prevala înțelesul valorilor exprimate în cuvinte;</w:t>
      </w:r>
    </w:p>
    <w:p w:rsidR="00000000" w:rsidDel="00000000" w:rsidP="00000000" w:rsidRDefault="00000000" w:rsidRPr="00000000" w14:paraId="000000F9">
      <w:pPr>
        <w:numPr>
          <w:ilvl w:val="0"/>
          <w:numId w:val="15"/>
        </w:numPr>
        <w:spacing w:after="0" w:lineRule="auto"/>
        <w:ind w:left="720" w:hanging="360"/>
        <w:jc w:val="both"/>
      </w:pPr>
      <w:r w:rsidDel="00000000" w:rsidR="00000000" w:rsidRPr="00000000">
        <w:rPr>
          <w:rtl w:val="0"/>
        </w:rPr>
        <w:t xml:space="preserve">în cazul în care există o neconcordanță între prețul unitar și prețul total al produsului respectiv, rezultat din înmulțirea prețului unitar cu cantitatea, prețul unitar ofertat va avea prioritate;</w:t>
      </w:r>
    </w:p>
    <w:p w:rsidR="00000000" w:rsidDel="00000000" w:rsidP="00000000" w:rsidRDefault="00000000" w:rsidRPr="00000000" w14:paraId="000000FA">
      <w:pPr>
        <w:numPr>
          <w:ilvl w:val="0"/>
          <w:numId w:val="15"/>
        </w:numPr>
        <w:spacing w:after="0" w:lineRule="auto"/>
        <w:ind w:left="720" w:hanging="360"/>
        <w:jc w:val="both"/>
      </w:pPr>
      <w:r w:rsidDel="00000000" w:rsidR="00000000" w:rsidRPr="00000000">
        <w:rPr>
          <w:rtl w:val="0"/>
        </w:rPr>
        <w:t xml:space="preserve">în cazul în care un Ofertant refuză să accepte corectarea prețului ofertat, oferta sa va fi respinsă.</w:t>
      </w:r>
    </w:p>
    <w:p w:rsidR="00000000" w:rsidDel="00000000" w:rsidP="00000000" w:rsidRDefault="00000000" w:rsidRPr="00000000" w14:paraId="000000FB">
      <w:pPr>
        <w:spacing w:after="160" w:lineRule="auto"/>
        <w:jc w:val="both"/>
        <w:rPr/>
      </w:pPr>
      <w:r w:rsidDel="00000000" w:rsidR="00000000" w:rsidRPr="00000000">
        <w:rPr>
          <w:rtl w:val="0"/>
        </w:rPr>
      </w:r>
    </w:p>
    <w:p w:rsidR="00000000" w:rsidDel="00000000" w:rsidP="00000000" w:rsidRDefault="00000000" w:rsidRPr="00000000" w14:paraId="000000FC">
      <w:pPr>
        <w:numPr>
          <w:ilvl w:val="0"/>
          <w:numId w:val="4"/>
        </w:numPr>
        <w:spacing w:after="0" w:lineRule="auto"/>
        <w:ind w:left="1440" w:hanging="360"/>
        <w:jc w:val="both"/>
      </w:pPr>
      <w:r w:rsidDel="00000000" w:rsidR="00000000" w:rsidRPr="00000000">
        <w:rPr>
          <w:u w:val="single"/>
          <w:rtl w:val="0"/>
        </w:rPr>
        <w:t xml:space="preserve">VALABILITATEA OFERTEI</w:t>
      </w:r>
      <w:r w:rsidDel="00000000" w:rsidR="00000000" w:rsidRPr="00000000">
        <w:rPr>
          <w:rtl w:val="0"/>
        </w:rPr>
        <w:t xml:space="preserve">: Oferta dvs. trebuie să fie valabilă pentru o perioadă de </w:t>
      </w:r>
      <w:r w:rsidDel="00000000" w:rsidR="00000000" w:rsidRPr="00000000">
        <w:rPr>
          <w:b w:val="1"/>
          <w:bCs w:val="1"/>
          <w:rtl w:val="0"/>
        </w:rPr>
        <w:t xml:space="preserve">treizeci (30) de zile calendaristice de la termenul limită </w:t>
      </w:r>
      <w:r w:rsidDel="00000000" w:rsidR="00000000" w:rsidRPr="00000000">
        <w:rPr>
          <w:rtl w:val="0"/>
        </w:rPr>
        <w:t xml:space="preserve">de primire a ofertelor menționată la punctul 5 al prezentei Cereri de cotații.</w:t>
      </w:r>
    </w:p>
    <w:p w:rsidR="00000000" w:rsidDel="00000000" w:rsidP="00000000" w:rsidRDefault="00000000" w:rsidRPr="00000000" w14:paraId="000000FD">
      <w:pPr>
        <w:spacing w:after="0" w:lineRule="auto"/>
        <w:ind w:left="1080" w:firstLine="0"/>
        <w:jc w:val="both"/>
        <w:rPr/>
      </w:pPr>
      <w:r w:rsidDel="00000000" w:rsidR="00000000" w:rsidRPr="00000000">
        <w:rPr>
          <w:rtl w:val="0"/>
        </w:rPr>
      </w:r>
    </w:p>
    <w:p w:rsidR="00000000" w:rsidDel="00000000" w:rsidP="00000000" w:rsidRDefault="00000000" w:rsidRPr="00000000" w14:paraId="000000FE">
      <w:pPr>
        <w:spacing w:after="160" w:before="80" w:lineRule="auto"/>
        <w:ind w:left="432"/>
        <w:jc w:val="both"/>
        <w:rPr/>
      </w:pPr>
      <w:r w:rsidDel="00000000" w:rsidR="00000000" w:rsidRPr="00000000">
        <w:rPr>
          <w:b w:val="1"/>
          <w:bCs w:val="1"/>
          <w:rtl w:val="0"/>
        </w:rPr>
        <w:t xml:space="preserve">8.</w:t>
        <w:tab/>
      </w:r>
      <w:r w:rsidDel="00000000" w:rsidR="00000000" w:rsidRPr="00000000">
        <w:rPr>
          <w:rtl w:val="0"/>
        </w:rPr>
        <w:t xml:space="preserve">Oricând înainte de termenul limită de depunere a ofertelor, Cumpărătorul poate modifica Cererea de cotații prin emiterea de acte adiționale. Orice act adițional emis va fi parte integrantă din Cererea de cotații și va fi comunicat în scris tuturor Ofertanților care au solicitat și obținut prezenta documentație de licitație direct de la Cumpărător.</w:t>
      </w:r>
    </w:p>
    <w:p w:rsidR="00000000" w:rsidDel="00000000" w:rsidP="00000000" w:rsidRDefault="00000000" w:rsidRPr="00000000" w14:paraId="000000FF">
      <w:pPr>
        <w:spacing w:after="160" w:before="80" w:lineRule="auto"/>
        <w:ind w:left="432"/>
        <w:jc w:val="both"/>
        <w:rPr/>
      </w:pPr>
      <w:r w:rsidDel="00000000" w:rsidR="00000000" w:rsidRPr="00000000">
        <w:rPr>
          <w:b w:val="1"/>
          <w:bCs w:val="1"/>
          <w:rtl w:val="0"/>
        </w:rPr>
        <w:t xml:space="preserve">9.</w:t>
        <w:tab/>
      </w:r>
      <w:r w:rsidDel="00000000" w:rsidR="00000000" w:rsidRPr="00000000">
        <w:rPr>
          <w:rtl w:val="0"/>
        </w:rPr>
        <w:t xml:space="preserve">Ofertantul va suporta toate costurile asociate pregătirii și transmiterii ofertei sale, iar Cumpărătorul nu va fi responsabil pentru aceste costuri, indiferent de derularea și rezultatul prezentei proceduri de achiziție.</w:t>
      </w:r>
    </w:p>
    <w:p w:rsidR="00000000" w:rsidDel="00000000" w:rsidP="00000000" w:rsidRDefault="00000000" w:rsidRPr="00000000" w14:paraId="00000100">
      <w:pPr>
        <w:spacing w:after="40" w:lineRule="auto"/>
        <w:jc w:val="both"/>
        <w:rPr/>
      </w:pPr>
      <w:r w:rsidDel="00000000" w:rsidR="00000000" w:rsidRPr="00000000">
        <w:rPr>
          <w:b w:val="1"/>
          <w:bCs w:val="1"/>
          <w:rtl w:val="0"/>
        </w:rPr>
        <w:t xml:space="preserve">10. </w:t>
      </w:r>
      <w:r w:rsidDel="00000000" w:rsidR="00000000" w:rsidRPr="00000000">
        <w:rPr>
          <w:rtl w:val="0"/>
        </w:rPr>
        <w:t xml:space="preserve">Informații suplimentare pot fi obținute de la:</w:t>
      </w:r>
    </w:p>
    <w:p w:rsidR="00000000" w:rsidDel="00000000" w:rsidP="00000000" w:rsidRDefault="00000000" w:rsidRPr="00000000" w14:paraId="00000101">
      <w:pPr>
        <w:spacing w:after="40" w:lineRule="auto"/>
        <w:ind w:left="432" w:firstLine="0"/>
        <w:jc w:val="both"/>
        <w:rPr/>
      </w:pPr>
      <w:hyperlink r:id="rId11">
        <w:r w:rsidDel="00000000" w:rsidR="00000000" w:rsidRPr="00000000">
          <w:rPr>
            <w:color w:val="1155cc"/>
            <w:u w:val="single"/>
            <w:rtl w:val="0"/>
          </w:rPr>
          <w:t xml:space="preserve">info@gender-centru.md</w:t>
        </w:r>
      </w:hyperlink>
      <w:r w:rsidDel="00000000" w:rsidR="00000000" w:rsidRPr="00000000">
        <w:rPr>
          <w:rtl w:val="0"/>
        </w:rPr>
        <w:t xml:space="preserve"> </w:t>
      </w:r>
    </w:p>
    <w:p w:rsidR="00000000" w:rsidDel="00000000" w:rsidP="00000000" w:rsidRDefault="00000000" w:rsidRPr="00000000" w14:paraId="00000102">
      <w:pPr>
        <w:spacing w:after="240" w:lineRule="auto"/>
        <w:ind w:left="432" w:firstLine="0"/>
        <w:jc w:val="both"/>
        <w:rPr/>
      </w:pPr>
      <w:r w:rsidDel="00000000" w:rsidR="00000000" w:rsidRPr="00000000">
        <w:rPr>
          <w:rtl w:val="0"/>
        </w:rPr>
        <w:t xml:space="preserve">Cristina Snegur, Asistentă de procurări</w:t>
      </w:r>
    </w:p>
    <w:p w:rsidR="00000000" w:rsidDel="00000000" w:rsidP="00000000" w:rsidRDefault="00000000" w:rsidRPr="00000000" w14:paraId="00000103">
      <w:pPr>
        <w:spacing w:after="0" w:lineRule="auto"/>
        <w:jc w:val="both"/>
        <w:rPr/>
      </w:pPr>
      <w:r w:rsidDel="00000000" w:rsidR="00000000" w:rsidRPr="00000000">
        <w:rPr>
          <w:b w:val="1"/>
          <w:bCs w:val="1"/>
          <w:rtl w:val="0"/>
        </w:rPr>
        <w:t xml:space="preserve">11. </w:t>
      </w:r>
      <w:r w:rsidDel="00000000" w:rsidR="00000000" w:rsidRPr="00000000">
        <w:rPr>
          <w:rtl w:val="0"/>
        </w:rPr>
        <w:t xml:space="preserve">Inspecție și audit</w:t>
      </w:r>
    </w:p>
    <w:p w:rsidR="00000000" w:rsidDel="00000000" w:rsidP="00000000" w:rsidRDefault="00000000" w:rsidRPr="00000000" w14:paraId="00000104">
      <w:pPr>
        <w:spacing w:after="0" w:line="240" w:lineRule="auto"/>
        <w:ind w:left="720" w:firstLine="0"/>
        <w:jc w:val="both"/>
        <w:rPr/>
      </w:pPr>
      <w:r w:rsidDel="00000000" w:rsidR="00000000" w:rsidRPr="00000000">
        <w:rPr>
          <w:rtl w:val="0"/>
        </w:rPr>
        <w:t xml:space="preserve">11.1 Furnizorul va îndeplini toate instrucţiunile Cumpărătorului care respectă legislația aferentă în vigoare.</w:t>
      </w:r>
    </w:p>
    <w:p w:rsidR="00000000" w:rsidDel="00000000" w:rsidP="00000000" w:rsidRDefault="00000000" w:rsidRPr="00000000" w14:paraId="00000105">
      <w:pPr>
        <w:spacing w:after="0" w:line="240" w:lineRule="auto"/>
        <w:ind w:left="720" w:firstLine="0"/>
        <w:jc w:val="both"/>
        <w:rPr/>
      </w:pPr>
      <w:r w:rsidDel="00000000" w:rsidR="00000000" w:rsidRPr="00000000">
        <w:rPr>
          <w:rtl w:val="0"/>
        </w:rPr>
        <w:t xml:space="preserve">11.2 Furnizorul va permite şi va impune subcontractorilor săi (dacă este cazul) ca Banca Mondială şi/sau persoane angajate de Bancă să inspecteze birourile furnizorului şi toate conturile şi înregistrările în legătură cu derularea Contractului şi depunerea ofertei şi să asigure auditarea acestora de către auditorii  numiţi de către Bancă, în cazul în care Banca solicită astfel. Se atrage atenţia Furnizorului şi subcontractorilor săi asupra Clauzei 6 Frauda şi Corupţie din Formularul de Contract, prin care se prevede că acţiunile care au ca scop neîndeplinirea acestor obligaţii constituie o practică interzisă care poate determina anularea contractului (şi de asemenea determinarea ineligibilităţii conform procedurilor de sancţionare aplicabile).</w:t>
      </w:r>
    </w:p>
    <w:p w:rsidR="00000000" w:rsidDel="00000000" w:rsidP="00000000" w:rsidRDefault="00000000" w:rsidRPr="00000000" w14:paraId="00000106">
      <w:pPr>
        <w:spacing w:after="0" w:line="240" w:lineRule="auto"/>
        <w:ind w:left="720" w:firstLine="0"/>
        <w:rPr/>
      </w:pPr>
      <w:r w:rsidDel="00000000" w:rsidR="00000000" w:rsidRPr="00000000">
        <w:rPr>
          <w:rtl w:val="0"/>
        </w:rPr>
      </w:r>
    </w:p>
    <w:p w:rsidR="00000000" w:rsidDel="00000000" w:rsidP="00000000" w:rsidRDefault="00000000" w:rsidRPr="00000000" w14:paraId="00000107">
      <w:pPr>
        <w:spacing w:after="0" w:lineRule="auto"/>
        <w:jc w:val="both"/>
        <w:rPr/>
      </w:pPr>
      <w:r w:rsidDel="00000000" w:rsidR="00000000" w:rsidRPr="00000000">
        <w:rPr>
          <w:b w:val="1"/>
          <w:bCs w:val="1"/>
          <w:rtl w:val="0"/>
        </w:rPr>
        <w:t xml:space="preserve">12.</w:t>
      </w:r>
      <w:r w:rsidDel="00000000" w:rsidR="00000000" w:rsidRPr="00000000">
        <w:rPr>
          <w:rtl w:val="0"/>
        </w:rPr>
        <w:t xml:space="preserve"> Atragem atenția Ofertanților asupra prevederilor Secțiunii III, paragrafele 3.14 şi 3.15 din Regulamentul privind achizițiile pentru împrumuturile de investiții ale Împrumutatului (“World Bank Procurement Regulations for IPF Borrowers”), datat septembrie 2023, care stabilesc politicile Băncii Mondiale referitoare la conflictul de interese.</w:t>
      </w:r>
    </w:p>
    <w:p w:rsidR="00000000" w:rsidDel="00000000" w:rsidP="00000000" w:rsidRDefault="00000000" w:rsidRPr="00000000" w14:paraId="00000108">
      <w:pPr>
        <w:spacing w:after="0" w:lineRule="auto"/>
        <w:jc w:val="both"/>
        <w:rPr/>
      </w:pPr>
      <w:r w:rsidDel="00000000" w:rsidR="00000000" w:rsidRPr="00000000">
        <w:rPr>
          <w:rtl w:val="0"/>
        </w:rPr>
      </w:r>
    </w:p>
    <w:p w:rsidR="00000000" w:rsidDel="00000000" w:rsidP="00000000" w:rsidRDefault="00000000" w:rsidRPr="00000000" w14:paraId="00000109">
      <w:pPr>
        <w:spacing w:after="0" w:lineRule="auto"/>
        <w:jc w:val="both"/>
        <w:rPr/>
      </w:pPr>
      <w:r w:rsidDel="00000000" w:rsidR="00000000" w:rsidRPr="00000000">
        <w:rPr>
          <w:rtl w:val="0"/>
        </w:rPr>
      </w:r>
    </w:p>
    <w:p w:rsidR="00000000" w:rsidDel="00000000" w:rsidP="00000000" w:rsidRDefault="00000000" w:rsidRPr="00000000" w14:paraId="0000010A">
      <w:pPr>
        <w:spacing w:after="0" w:lineRule="auto"/>
        <w:jc w:val="both"/>
        <w:rPr/>
      </w:pPr>
      <w:r w:rsidDel="00000000" w:rsidR="00000000" w:rsidRPr="00000000">
        <w:rPr>
          <w:rtl w:val="0"/>
        </w:rPr>
      </w:r>
    </w:p>
    <w:p w:rsidR="00000000" w:rsidDel="00000000" w:rsidP="00000000" w:rsidRDefault="00000000" w:rsidRPr="00000000" w14:paraId="0000010B">
      <w:pPr>
        <w:rPr>
          <w:b w:val="1"/>
          <w:bCs w:val="1"/>
        </w:rPr>
      </w:pPr>
      <w:r w:rsidDel="00000000" w:rsidR="00000000" w:rsidRPr="00000000">
        <w:rPr>
          <w:rtl w:val="0"/>
        </w:rPr>
      </w:r>
    </w:p>
    <w:p w:rsidR="00000000" w:rsidDel="00000000" w:rsidP="00000000" w:rsidRDefault="00000000" w:rsidRPr="00000000" w14:paraId="0000010C">
      <w:pPr>
        <w:spacing w:line="240" w:lineRule="auto"/>
        <w:jc w:val="both"/>
        <w:rPr>
          <w:b w:val="1"/>
          <w:bCs w:val="1"/>
        </w:rPr>
      </w:pPr>
      <w:r w:rsidDel="00000000" w:rsidR="00000000" w:rsidRPr="00000000">
        <w:rPr>
          <w:b w:val="1"/>
          <w:bCs w:val="1"/>
          <w:rtl w:val="0"/>
        </w:rPr>
        <w:t xml:space="preserve">Anexele următoare fac parte integrantă din prezenta Cerere de cotații:</w:t>
      </w:r>
    </w:p>
    <w:p w:rsidR="00000000" w:rsidDel="00000000" w:rsidP="00000000" w:rsidRDefault="00000000" w:rsidRPr="00000000" w14:paraId="0000010D">
      <w:pPr>
        <w:spacing w:after="80" w:line="240" w:lineRule="auto"/>
        <w:jc w:val="both"/>
        <w:rPr>
          <w:b w:val="1"/>
          <w:bCs w:val="1"/>
        </w:rPr>
      </w:pPr>
      <w:r w:rsidDel="00000000" w:rsidR="00000000" w:rsidRPr="00000000">
        <w:rPr>
          <w:b w:val="1"/>
          <w:bCs w:val="1"/>
          <w:rtl w:val="0"/>
        </w:rPr>
        <w:t xml:space="preserve">Anexa 1: Formularul de Contract</w:t>
      </w:r>
    </w:p>
    <w:p w:rsidR="00000000" w:rsidDel="00000000" w:rsidP="00000000" w:rsidRDefault="00000000" w:rsidRPr="00000000" w14:paraId="0000010E">
      <w:pPr>
        <w:spacing w:after="80" w:line="240" w:lineRule="auto"/>
        <w:jc w:val="both"/>
        <w:rPr>
          <w:b w:val="1"/>
          <w:bCs w:val="1"/>
        </w:rPr>
      </w:pPr>
      <w:r w:rsidDel="00000000" w:rsidR="00000000" w:rsidRPr="00000000">
        <w:rPr>
          <w:b w:val="1"/>
          <w:bCs w:val="1"/>
          <w:rtl w:val="0"/>
        </w:rPr>
        <w:t xml:space="preserve">Anexa 2: Fraudă și Corupție</w:t>
      </w:r>
    </w:p>
    <w:p w:rsidR="00000000" w:rsidDel="00000000" w:rsidP="00000000" w:rsidRDefault="00000000" w:rsidRPr="00000000" w14:paraId="0000010F">
      <w:pPr>
        <w:spacing w:after="80" w:line="240" w:lineRule="auto"/>
        <w:jc w:val="both"/>
        <w:rPr>
          <w:b w:val="1"/>
          <w:bCs w:val="1"/>
        </w:rPr>
      </w:pPr>
      <w:r w:rsidDel="00000000" w:rsidR="00000000" w:rsidRPr="00000000">
        <w:rPr>
          <w:b w:val="1"/>
          <w:bCs w:val="1"/>
          <w:rtl w:val="0"/>
        </w:rPr>
        <w:t xml:space="preserve">Anexa 3: Formular de ofertă</w:t>
      </w:r>
    </w:p>
    <w:p w:rsidR="00000000" w:rsidDel="00000000" w:rsidP="00000000" w:rsidRDefault="00000000" w:rsidRPr="00000000" w14:paraId="00000110">
      <w:pPr>
        <w:spacing w:after="80" w:line="240" w:lineRule="auto"/>
        <w:jc w:val="both"/>
        <w:rPr>
          <w:b w:val="1"/>
          <w:bCs w:val="1"/>
        </w:rPr>
      </w:pPr>
      <w:r w:rsidDel="00000000" w:rsidR="00000000" w:rsidRPr="00000000">
        <w:rPr>
          <w:b w:val="1"/>
          <w:bCs w:val="1"/>
          <w:rtl w:val="0"/>
        </w:rPr>
        <w:t xml:space="preserve">Anexa 4: Termenii și condițiile de livrare și plată (includ specificațiile tehnice și costul de livrare)</w:t>
      </w:r>
    </w:p>
    <w:p w:rsidR="00000000" w:rsidDel="00000000" w:rsidP="00000000" w:rsidRDefault="00000000" w:rsidRPr="00000000" w14:paraId="00000111">
      <w:pPr>
        <w:spacing w:after="80" w:line="240" w:lineRule="auto"/>
        <w:jc w:val="both"/>
        <w:rPr>
          <w:b w:val="1"/>
          <w:bCs w:val="1"/>
        </w:rPr>
      </w:pPr>
      <w:r w:rsidDel="00000000" w:rsidR="00000000" w:rsidRPr="00000000">
        <w:rPr>
          <w:b w:val="1"/>
          <w:bCs w:val="1"/>
          <w:rtl w:val="0"/>
        </w:rPr>
        <w:t xml:space="preserve">Anexa 5: Declarație pe propria răspundere</w:t>
      </w:r>
    </w:p>
    <w:p w:rsidR="00000000" w:rsidDel="00000000" w:rsidP="00000000" w:rsidRDefault="00000000" w:rsidRPr="00000000" w14:paraId="00000112">
      <w:pPr>
        <w:spacing w:after="80" w:line="240" w:lineRule="auto"/>
        <w:jc w:val="both"/>
        <w:rPr>
          <w:b w:val="1"/>
          <w:bCs w:val="1"/>
        </w:rPr>
      </w:pPr>
      <w:r w:rsidDel="00000000" w:rsidR="00000000" w:rsidRPr="00000000">
        <w:rPr>
          <w:b w:val="1"/>
          <w:bCs w:val="1"/>
          <w:rtl w:val="0"/>
        </w:rPr>
        <w:t xml:space="preserve">Anexa 6: Împuternicire scrisă pentru semnatarul documentelor ofertei</w:t>
      </w:r>
    </w:p>
    <w:p w:rsidR="00000000" w:rsidDel="00000000" w:rsidP="00000000" w:rsidRDefault="00000000" w:rsidRPr="00000000" w14:paraId="00000113">
      <w:pPr>
        <w:spacing w:after="80" w:before="0" w:lineRule="auto"/>
        <w:jc w:val="both"/>
        <w:rPr>
          <w:b w:val="1"/>
          <w:bCs w:val="1"/>
        </w:rPr>
      </w:pPr>
      <w:r w:rsidDel="00000000" w:rsidR="00000000" w:rsidRPr="00000000">
        <w:rPr>
          <w:rtl w:val="0"/>
        </w:rPr>
      </w:r>
    </w:p>
    <w:p w:rsidR="00000000" w:rsidDel="00000000" w:rsidP="00000000" w:rsidRDefault="00000000" w:rsidRPr="00000000" w14:paraId="00000114">
      <w:pPr>
        <w:rPr/>
      </w:pPr>
      <w:r w:rsidDel="00000000" w:rsidR="00000000" w:rsidRPr="00000000">
        <w:br w:type="page"/>
      </w:r>
      <w:r w:rsidDel="00000000" w:rsidR="00000000" w:rsidRPr="00000000">
        <w:rPr>
          <w:rtl w:val="0"/>
        </w:rPr>
      </w:r>
    </w:p>
    <w:p w:rsidR="00000000" w:rsidDel="00000000" w:rsidP="00000000" w:rsidRDefault="00000000" w:rsidRPr="00000000" w14:paraId="00000115">
      <w:pPr>
        <w:spacing w:after="120" w:before="0" w:lineRule="auto"/>
        <w:jc w:val="both"/>
        <w:rPr>
          <w:b w:val="1"/>
          <w:bCs w:val="1"/>
        </w:rPr>
      </w:pPr>
      <w:r w:rsidDel="00000000" w:rsidR="00000000" w:rsidRPr="00000000">
        <w:rPr>
          <w:b w:val="1"/>
          <w:bCs w:val="1"/>
          <w:i w:val="0"/>
          <w:iCs w:val="0"/>
          <w:sz w:val="24"/>
          <w:szCs w:val="24"/>
          <w:u w:val="none"/>
          <w:rtl w:val="0"/>
        </w:rPr>
        <w:t xml:space="preserve">Anexa nr. 1</w:t>
      </w:r>
      <w:r w:rsidDel="00000000" w:rsidR="00000000" w:rsidRPr="00000000">
        <w:rPr>
          <w:rtl w:val="0"/>
        </w:rPr>
      </w:r>
    </w:p>
    <w:p w:rsidR="00000000" w:rsidDel="00000000" w:rsidP="00000000" w:rsidRDefault="00000000" w:rsidRPr="00000000" w14:paraId="00000116">
      <w:pPr>
        <w:spacing w:after="32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FORMULARUL DE CONTRACT</w:t>
      </w:r>
      <w:r w:rsidDel="00000000" w:rsidR="00000000" w:rsidRPr="00000000">
        <w:rPr>
          <w:rtl w:val="0"/>
        </w:rPr>
      </w:r>
    </w:p>
    <w:p w:rsidR="00000000" w:rsidDel="00000000" w:rsidP="00000000" w:rsidRDefault="00000000" w:rsidRPr="00000000" w14:paraId="00000117">
      <w:pPr>
        <w:spacing w:after="20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ACEST CONTRACT DE FURNIZARE Nr. ………… este încheiat în data de _____________, între</w:t>
      </w:r>
      <w:r w:rsidDel="00000000" w:rsidR="00000000" w:rsidRPr="00000000">
        <w:rPr>
          <w:rtl w:val="0"/>
        </w:rPr>
      </w:r>
    </w:p>
    <w:p w:rsidR="00000000" w:rsidDel="00000000" w:rsidP="00000000" w:rsidRDefault="00000000" w:rsidRPr="00000000" w14:paraId="00000118">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AO „Gender-Centru”, în persoana Președintei/Președintelui ................................, cu sediul în mun. Chișinău, cod fiscal ......................., în calitate de Cumpărător,</w:t>
      </w:r>
      <w:r w:rsidDel="00000000" w:rsidR="00000000" w:rsidRPr="00000000">
        <w:rPr>
          <w:rtl w:val="0"/>
        </w:rPr>
      </w:r>
    </w:p>
    <w:p w:rsidR="00000000" w:rsidDel="00000000" w:rsidP="00000000" w:rsidRDefault="00000000" w:rsidRPr="00000000" w14:paraId="00000119">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pe de o parte, și</w:t>
      </w:r>
      <w:r w:rsidDel="00000000" w:rsidR="00000000" w:rsidRPr="00000000">
        <w:rPr>
          <w:rtl w:val="0"/>
        </w:rPr>
      </w:r>
    </w:p>
    <w:p w:rsidR="00000000" w:rsidDel="00000000" w:rsidP="00000000" w:rsidRDefault="00000000" w:rsidRPr="00000000" w14:paraId="0000011A">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S.C...................................., în persoana .............., cu sediul în ........(adresa completă)..........................., cod fiscal ......................., în calitate de Furnizor,</w:t>
      </w:r>
      <w:r w:rsidDel="00000000" w:rsidR="00000000" w:rsidRPr="00000000">
        <w:rPr>
          <w:rtl w:val="0"/>
        </w:rPr>
      </w:r>
    </w:p>
    <w:p w:rsidR="00000000" w:rsidDel="00000000" w:rsidP="00000000" w:rsidRDefault="00000000" w:rsidRPr="00000000" w14:paraId="0000011B">
      <w:pPr>
        <w:spacing w:after="2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pe de altă parte.</w:t>
      </w:r>
      <w:r w:rsidDel="00000000" w:rsidR="00000000" w:rsidRPr="00000000">
        <w:rPr>
          <w:rtl w:val="0"/>
        </w:rPr>
      </w:r>
    </w:p>
    <w:p w:rsidR="00000000" w:rsidDel="00000000" w:rsidP="00000000" w:rsidRDefault="00000000" w:rsidRPr="00000000" w14:paraId="0000011C">
      <w:pPr>
        <w:spacing w:after="2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ÎNTRUCÂT Cumpărătorul a transmis Cererea de cotații cu privire la procurarea utilajelor, echipamentelor și/sau materialelor pentru producție agricolă, zootehnică și alimentară pentru LOT________ (denumirea lotului), care trebuie furnizat de către Furnizor, inclusiv livrarea acestuia la locațiile beneficiarelor indicate de Cumpărător, conform prezentului Contract nr. ………/ denumit în continuare "Contract" și faptul că a acceptat Oferta Furnizorului pentru suma de __________ lei (________în litere______________), fără TVA, sumă care include costul produsului și costul de livrare, denumită în continuare „Prețul Contractului”</w:t>
      </w:r>
      <w:r w:rsidDel="00000000" w:rsidR="00000000" w:rsidRPr="00000000">
        <w:rPr>
          <w:rtl w:val="0"/>
        </w:rPr>
      </w:r>
    </w:p>
    <w:p w:rsidR="00000000" w:rsidDel="00000000" w:rsidP="00000000" w:rsidRDefault="00000000" w:rsidRPr="00000000" w14:paraId="0000011D">
      <w:pPr>
        <w:jc w:val="both"/>
        <w:rPr/>
      </w:pPr>
      <w:r w:rsidDel="00000000" w:rsidR="00000000" w:rsidRPr="00000000">
        <w:rPr>
          <w:b w:val="1"/>
          <w:bCs w:val="1"/>
          <w:rtl w:val="0"/>
        </w:rPr>
        <w:t xml:space="preserve">PREZENTUL CONTRACT PREVEDE URMĂTOARELE:</w:t>
      </w:r>
      <w:r w:rsidDel="00000000" w:rsidR="00000000" w:rsidRPr="00000000">
        <w:rPr>
          <w:rtl w:val="0"/>
        </w:rPr>
      </w:r>
    </w:p>
    <w:p w:rsidR="00000000" w:rsidDel="00000000" w:rsidP="00000000" w:rsidRDefault="00000000" w:rsidRPr="00000000" w14:paraId="0000011E">
      <w:pPr>
        <w:numPr>
          <w:ilvl w:val="0"/>
          <w:numId w:val="10"/>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Următoarele documente constituie, se citesc și se interpretează ca fiind parte a prezentului Contract, și anume:</w:t>
      </w:r>
    </w:p>
    <w:p w:rsidR="00000000" w:rsidDel="00000000" w:rsidP="00000000" w:rsidRDefault="00000000" w:rsidRPr="00000000" w14:paraId="0000011F">
      <w:pPr>
        <w:numPr>
          <w:ilvl w:val="0"/>
          <w:numId w:val="9"/>
        </w:numPr>
        <w:spacing w:after="0" w:line="240" w:lineRule="auto"/>
        <w:ind w:left="720" w:firstLine="0"/>
        <w:jc w:val="both"/>
        <w:rPr>
          <w:rFonts w:ascii="Times New Roman" w:cs="Times New Roman" w:eastAsia="Times New Roman" w:hAnsi="Times New Roman"/>
        </w:rPr>
      </w:pPr>
      <w:r w:rsidDel="00000000" w:rsidR="00000000" w:rsidRPr="00000000">
        <w:rPr>
          <w:rtl w:val="0"/>
        </w:rPr>
        <w:t xml:space="preserve">Anexa I Formularul de ofertă (cotație); </w:t>
      </w:r>
    </w:p>
    <w:p w:rsidR="00000000" w:rsidDel="00000000" w:rsidP="00000000" w:rsidRDefault="00000000" w:rsidRPr="00000000" w14:paraId="00000120">
      <w:pPr>
        <w:numPr>
          <w:ilvl w:val="0"/>
          <w:numId w:val="9"/>
        </w:numPr>
        <w:spacing w:after="0" w:line="240" w:lineRule="auto"/>
        <w:ind w:left="720" w:firstLine="0"/>
        <w:jc w:val="both"/>
        <w:rPr>
          <w:rFonts w:ascii="Times New Roman" w:cs="Times New Roman" w:eastAsia="Times New Roman" w:hAnsi="Times New Roman"/>
        </w:rPr>
      </w:pPr>
      <w:r w:rsidDel="00000000" w:rsidR="00000000" w:rsidRPr="00000000">
        <w:rPr>
          <w:rtl w:val="0"/>
        </w:rPr>
        <w:t xml:space="preserve">Anexa II Termenii și Condițiile de livrare și plată completate, inclusiv specificațiile tehnice și clarificările privind oferta (dacă este cazul) din </w:t>
      </w:r>
      <w:r w:rsidDel="00000000" w:rsidR="00000000" w:rsidRPr="00000000">
        <w:rPr>
          <w:b w:val="1"/>
          <w:bCs w:val="1"/>
          <w:rtl w:val="0"/>
        </w:rPr>
        <w:t xml:space="preserve">oferta acceptată</w:t>
      </w:r>
      <w:r w:rsidDel="00000000" w:rsidR="00000000" w:rsidRPr="00000000">
        <w:rPr>
          <w:rtl w:val="0"/>
        </w:rPr>
        <w:t xml:space="preserve"> a Furnizorului;</w:t>
      </w:r>
    </w:p>
    <w:p w:rsidR="00000000" w:rsidDel="00000000" w:rsidP="00000000" w:rsidRDefault="00000000" w:rsidRPr="00000000" w14:paraId="00000121">
      <w:pPr>
        <w:numPr>
          <w:ilvl w:val="0"/>
          <w:numId w:val="9"/>
        </w:numPr>
        <w:spacing w:after="0" w:line="240" w:lineRule="auto"/>
        <w:ind w:left="720" w:firstLine="0"/>
        <w:jc w:val="both"/>
        <w:rPr>
          <w:rFonts w:ascii="Times New Roman" w:cs="Times New Roman" w:eastAsia="Times New Roman" w:hAnsi="Times New Roman"/>
        </w:rPr>
      </w:pPr>
      <w:r w:rsidDel="00000000" w:rsidR="00000000" w:rsidRPr="00000000">
        <w:rPr>
          <w:rtl w:val="0"/>
        </w:rPr>
        <w:t xml:space="preserve">Acte adiționale (dacă este cazul).</w:t>
      </w:r>
    </w:p>
    <w:p w:rsidR="00000000" w:rsidDel="00000000" w:rsidP="00000000" w:rsidRDefault="00000000" w:rsidRPr="00000000" w14:paraId="00000122">
      <w:pPr>
        <w:spacing w:after="0" w:line="240" w:lineRule="auto"/>
        <w:ind w:left="720" w:firstLine="0"/>
        <w:jc w:val="both"/>
        <w:rPr/>
      </w:pPr>
      <w:r w:rsidDel="00000000" w:rsidR="00000000" w:rsidRPr="00000000">
        <w:rPr>
          <w:rtl w:val="0"/>
        </w:rPr>
      </w:r>
    </w:p>
    <w:p w:rsidR="00000000" w:rsidDel="00000000" w:rsidP="00000000" w:rsidRDefault="00000000" w:rsidRPr="00000000" w14:paraId="00000123">
      <w:pPr>
        <w:spacing w:after="0" w:line="240" w:lineRule="auto"/>
        <w:ind w:left="720" w:firstLine="0"/>
        <w:jc w:val="both"/>
        <w:rPr/>
      </w:pPr>
      <w:r w:rsidDel="00000000" w:rsidR="00000000" w:rsidRPr="00000000">
        <w:rPr>
          <w:rtl w:val="0"/>
        </w:rPr>
        <w:t xml:space="preserve">Documentele care alcătuiesc Contractul vor fi considerate ca documente care se explicitează reciproc. În cazul unor ambiguități sau conflicte între aceste documente, ordinea de precedență va fi cea de mai sus.</w:t>
      </w:r>
    </w:p>
    <w:p w:rsidR="00000000" w:rsidDel="00000000" w:rsidP="00000000" w:rsidRDefault="00000000" w:rsidRPr="00000000" w14:paraId="00000124">
      <w:pPr>
        <w:spacing w:after="0" w:line="240" w:lineRule="auto"/>
        <w:ind w:left="720" w:firstLine="0"/>
        <w:jc w:val="both"/>
        <w:rPr/>
      </w:pPr>
      <w:r w:rsidDel="00000000" w:rsidR="00000000" w:rsidRPr="00000000">
        <w:rPr>
          <w:rtl w:val="0"/>
        </w:rPr>
      </w:r>
    </w:p>
    <w:p w:rsidR="00000000" w:rsidDel="00000000" w:rsidP="00000000" w:rsidRDefault="00000000" w:rsidRPr="00000000" w14:paraId="00000125">
      <w:pPr>
        <w:numPr>
          <w:ilvl w:val="0"/>
          <w:numId w:val="10"/>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Luând în considerare plățile care urmează a fi efectuate de către Cumpărător Furnizorului, așa cum se menționează mai departe, Furnizorul se angajează prin prezentul Contract încheiat cu Cumpărătorul să execute și să finalizeze livrările din cadrul Contractului și să remedieze oricare defecte în conformitate cu  prevederile Contractului.</w:t>
      </w:r>
    </w:p>
    <w:p w:rsidR="00000000" w:rsidDel="00000000" w:rsidP="00000000" w:rsidRDefault="00000000" w:rsidRPr="00000000" w14:paraId="00000126">
      <w:pPr>
        <w:spacing w:after="0" w:lineRule="auto"/>
        <w:ind w:left="360" w:firstLine="0"/>
        <w:jc w:val="both"/>
        <w:rPr/>
      </w:pPr>
      <w:r w:rsidDel="00000000" w:rsidR="00000000" w:rsidRPr="00000000">
        <w:rPr>
          <w:rtl w:val="0"/>
        </w:rPr>
      </w:r>
    </w:p>
    <w:p w:rsidR="00000000" w:rsidDel="00000000" w:rsidP="00000000" w:rsidRDefault="00000000" w:rsidRPr="00000000" w14:paraId="00000127">
      <w:pPr>
        <w:numPr>
          <w:ilvl w:val="0"/>
          <w:numId w:val="10"/>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Cumpărătorul se angajează prin prezentul Contract să plătească pentru furnizarea bunului, ca urmare a acceptării tuturor clauzelor Contractului de către Furnizor (în care remedierea oricăror defecte aferente bunului livrat fiind exclusiv în sarcina Furnizorului), Prețul Contractului în conformitate cu Condițiile de Plată prevăzute în Contract. </w:t>
      </w:r>
    </w:p>
    <w:p w:rsidR="00000000" w:rsidDel="00000000" w:rsidP="00000000" w:rsidRDefault="00000000" w:rsidRPr="00000000" w14:paraId="00000128">
      <w:pPr>
        <w:spacing w:after="0" w:lineRule="auto"/>
        <w:ind w:left="360" w:firstLine="0"/>
        <w:jc w:val="both"/>
        <w:rPr/>
      </w:pPr>
      <w:r w:rsidDel="00000000" w:rsidR="00000000" w:rsidRPr="00000000">
        <w:rPr>
          <w:rtl w:val="0"/>
        </w:rPr>
      </w:r>
    </w:p>
    <w:p w:rsidR="00000000" w:rsidDel="00000000" w:rsidP="00000000" w:rsidRDefault="00000000" w:rsidRPr="00000000" w14:paraId="00000129">
      <w:pPr>
        <w:numPr>
          <w:ilvl w:val="0"/>
          <w:numId w:val="10"/>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Condiții de Plată</w:t>
      </w:r>
    </w:p>
    <w:p w:rsidR="00000000" w:rsidDel="00000000" w:rsidP="00000000" w:rsidRDefault="00000000" w:rsidRPr="00000000" w14:paraId="0000012A">
      <w:pPr>
        <w:spacing w:after="0" w:line="240" w:lineRule="auto"/>
        <w:ind w:left="720" w:firstLine="0"/>
        <w:jc w:val="both"/>
        <w:rPr/>
      </w:pPr>
      <w:r w:rsidDel="00000000" w:rsidR="00000000" w:rsidRPr="00000000">
        <w:rPr>
          <w:rtl w:val="0"/>
        </w:rPr>
        <w:t xml:space="preserve">La livrarea și recepționarea bunului care fac obiectul acestui Contract, plata se va face în contul bancar al Furnizorului după cum urmează:</w:t>
      </w:r>
    </w:p>
    <w:p w:rsidR="00000000" w:rsidDel="00000000" w:rsidP="00000000" w:rsidRDefault="00000000" w:rsidRPr="00000000" w14:paraId="0000012B">
      <w:pPr>
        <w:numPr>
          <w:ilvl w:val="0"/>
          <w:numId w:val="11"/>
        </w:numPr>
        <w:spacing w:after="0" w:line="240" w:lineRule="auto"/>
        <w:ind w:left="1080" w:hanging="360"/>
        <w:jc w:val="both"/>
      </w:pPr>
      <w:r w:rsidDel="00000000" w:rsidR="00000000" w:rsidRPr="00000000">
        <w:rPr>
          <w:rtl w:val="0"/>
        </w:rPr>
        <w:t xml:space="preserve">Plata va fi făcută în baza unui Act de Primire-Predare semnat între Cumpărător și Furnizor, care atestă că produsul a fost furnizat Cumpărătorului împreună cu documentele de livrare listate la punctul 7 din Anexa IV la prezentul Contract – Termenii și condițiile de livrare și plată, precum și faptul că produsul a fost recepționat cantitativ.</w:t>
      </w:r>
    </w:p>
    <w:p w:rsidR="00000000" w:rsidDel="00000000" w:rsidP="00000000" w:rsidRDefault="00000000" w:rsidRPr="00000000" w14:paraId="0000012C">
      <w:pPr>
        <w:numPr>
          <w:ilvl w:val="0"/>
          <w:numId w:val="11"/>
        </w:numPr>
        <w:spacing w:after="0" w:line="240" w:lineRule="auto"/>
        <w:ind w:left="1080" w:hanging="360"/>
        <w:jc w:val="both"/>
      </w:pPr>
      <w:r w:rsidDel="00000000" w:rsidR="00000000" w:rsidRPr="00000000">
        <w:rPr>
          <w:rtl w:val="0"/>
        </w:rPr>
        <w:t xml:space="preserve">Plata facturii emise de Furnizor, ca urmare a Actului de Primire-Predare se va face în termen de maxim 30 (treizeci) zile calendaristice de la data primirii facturii de către Cumpărător.</w:t>
      </w:r>
    </w:p>
    <w:p w:rsidR="00000000" w:rsidDel="00000000" w:rsidP="00000000" w:rsidRDefault="00000000" w:rsidRPr="00000000" w14:paraId="0000012D">
      <w:pPr>
        <w:spacing w:after="0" w:line="240" w:lineRule="auto"/>
        <w:ind w:left="360" w:firstLine="360"/>
        <w:jc w:val="both"/>
        <w:rPr/>
      </w:pPr>
      <w:r w:rsidDel="00000000" w:rsidR="00000000" w:rsidRPr="00000000">
        <w:rPr>
          <w:rtl w:val="0"/>
        </w:rPr>
      </w:r>
    </w:p>
    <w:p w:rsidR="00000000" w:rsidDel="00000000" w:rsidP="00000000" w:rsidRDefault="00000000" w:rsidRPr="00000000" w14:paraId="0000012E">
      <w:pPr>
        <w:numPr>
          <w:ilvl w:val="0"/>
          <w:numId w:val="10"/>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Durata Contractului</w:t>
      </w:r>
    </w:p>
    <w:p w:rsidR="00000000" w:rsidDel="00000000" w:rsidP="00000000" w:rsidRDefault="00000000" w:rsidRPr="00000000" w14:paraId="0000012F">
      <w:pPr>
        <w:spacing w:after="0" w:line="240" w:lineRule="auto"/>
        <w:ind w:left="720" w:firstLine="0"/>
        <w:jc w:val="both"/>
        <w:rPr/>
      </w:pPr>
      <w:r w:rsidDel="00000000" w:rsidR="00000000" w:rsidRPr="00000000">
        <w:rPr>
          <w:rtl w:val="0"/>
        </w:rPr>
        <w:t xml:space="preserve">Prezentul Contract intră în vigoare la data semnării acestuia de către ambele părți contractante și este valabil până la data de 1 mai 2029.</w:t>
      </w:r>
    </w:p>
    <w:p w:rsidR="00000000" w:rsidDel="00000000" w:rsidP="00000000" w:rsidRDefault="00000000" w:rsidRPr="00000000" w14:paraId="00000130">
      <w:pPr>
        <w:spacing w:after="0" w:line="240" w:lineRule="auto"/>
        <w:ind w:left="360" w:firstLine="0"/>
        <w:jc w:val="both"/>
        <w:rPr/>
      </w:pPr>
      <w:r w:rsidDel="00000000" w:rsidR="00000000" w:rsidRPr="00000000">
        <w:rPr>
          <w:rtl w:val="0"/>
        </w:rPr>
      </w:r>
    </w:p>
    <w:p w:rsidR="00000000" w:rsidDel="00000000" w:rsidP="00000000" w:rsidRDefault="00000000" w:rsidRPr="00000000" w14:paraId="00000131">
      <w:pPr>
        <w:numPr>
          <w:ilvl w:val="0"/>
          <w:numId w:val="10"/>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Încetare</w:t>
      </w:r>
    </w:p>
    <w:p w:rsidR="00000000" w:rsidDel="00000000" w:rsidP="00000000" w:rsidRDefault="00000000" w:rsidRPr="00000000" w14:paraId="00000132">
      <w:pPr>
        <w:spacing w:after="0" w:line="240" w:lineRule="auto"/>
        <w:ind w:left="360" w:firstLine="360"/>
        <w:jc w:val="both"/>
        <w:rPr/>
      </w:pPr>
      <w:r w:rsidDel="00000000" w:rsidR="00000000" w:rsidRPr="00000000">
        <w:rPr>
          <w:rtl w:val="0"/>
        </w:rPr>
      </w:r>
    </w:p>
    <w:p w:rsidR="00000000" w:rsidDel="00000000" w:rsidP="00000000" w:rsidRDefault="00000000" w:rsidRPr="00000000" w14:paraId="00000133">
      <w:pPr>
        <w:spacing w:after="0" w:line="240" w:lineRule="auto"/>
        <w:ind w:left="360" w:firstLine="360"/>
        <w:jc w:val="both"/>
        <w:rPr/>
      </w:pPr>
      <w:r w:rsidDel="00000000" w:rsidR="00000000" w:rsidRPr="00000000">
        <w:rPr>
          <w:rtl w:val="0"/>
        </w:rPr>
        <w:t xml:space="preserve">6.1 Încetarea de drept</w:t>
      </w:r>
    </w:p>
    <w:p w:rsidR="00000000" w:rsidDel="00000000" w:rsidP="00000000" w:rsidRDefault="00000000" w:rsidRPr="00000000" w14:paraId="00000134">
      <w:pPr>
        <w:spacing w:after="0" w:line="240" w:lineRule="auto"/>
        <w:ind w:left="720" w:firstLine="0"/>
        <w:jc w:val="both"/>
        <w:rPr/>
      </w:pPr>
      <w:r w:rsidDel="00000000" w:rsidR="00000000" w:rsidRPr="00000000">
        <w:rPr>
          <w:rtl w:val="0"/>
        </w:rPr>
        <w:t xml:space="preserve">Prin executarea de către ambele părți a tuturor obligațiilor ce le revin conform contractului și a legislației moldovenești în vigoare.</w:t>
      </w:r>
    </w:p>
    <w:p w:rsidR="00000000" w:rsidDel="00000000" w:rsidP="00000000" w:rsidRDefault="00000000" w:rsidRPr="00000000" w14:paraId="00000135">
      <w:pPr>
        <w:spacing w:after="0" w:line="240" w:lineRule="auto"/>
        <w:ind w:left="360" w:firstLine="360"/>
        <w:jc w:val="both"/>
        <w:rPr/>
      </w:pPr>
      <w:r w:rsidDel="00000000" w:rsidR="00000000" w:rsidRPr="00000000">
        <w:rPr>
          <w:rtl w:val="0"/>
        </w:rPr>
      </w:r>
    </w:p>
    <w:p w:rsidR="00000000" w:rsidDel="00000000" w:rsidP="00000000" w:rsidRDefault="00000000" w:rsidRPr="00000000" w14:paraId="00000136">
      <w:pPr>
        <w:spacing w:after="0" w:line="240" w:lineRule="auto"/>
        <w:ind w:left="360" w:firstLine="360"/>
        <w:jc w:val="both"/>
        <w:rPr/>
      </w:pPr>
      <w:r w:rsidDel="00000000" w:rsidR="00000000" w:rsidRPr="00000000">
        <w:rPr>
          <w:rtl w:val="0"/>
        </w:rPr>
        <w:t xml:space="preserve">6.2 Rezilierea pentru neîndeplinirea obligațiilor contractuale de către Furnizor</w:t>
      </w:r>
    </w:p>
    <w:p w:rsidR="00000000" w:rsidDel="00000000" w:rsidP="00000000" w:rsidRDefault="00000000" w:rsidRPr="00000000" w14:paraId="00000137">
      <w:pPr>
        <w:spacing w:after="0" w:line="240" w:lineRule="auto"/>
        <w:ind w:left="1772" w:hanging="706"/>
        <w:jc w:val="both"/>
        <w:rPr/>
      </w:pPr>
      <w:r w:rsidDel="00000000" w:rsidR="00000000" w:rsidRPr="00000000">
        <w:rPr>
          <w:rtl w:val="0"/>
        </w:rPr>
        <w:t xml:space="preserve">a)  Cumpărătorul, fără a prejudicia și fără a aduce atingere oricărei alte căi de atac pentru încălcarea Contractului, printr-o notificare scrisă trimisă Furnizorului, poate rezilia Contractul în totalitate sau parțial:</w:t>
      </w:r>
    </w:p>
    <w:p w:rsidR="00000000" w:rsidDel="00000000" w:rsidP="00000000" w:rsidRDefault="00000000" w:rsidRPr="00000000" w14:paraId="00000138">
      <w:pPr>
        <w:pStyle w:val="Heading4"/>
        <w:keepNext w:val="0"/>
        <w:keepLines w:val="0"/>
        <w:numPr>
          <w:ilvl w:val="0"/>
          <w:numId w:val="14"/>
        </w:numPr>
        <w:spacing w:before="0" w:line="240" w:lineRule="auto"/>
        <w:ind w:left="2136" w:hanging="360"/>
        <w:jc w:val="both"/>
        <w:rPr>
          <w:rFonts w:ascii="Calibri" w:cs="Calibri" w:eastAsia="Calibri" w:hAnsi="Calibri"/>
          <w:b w:val="1"/>
          <w:bCs w:val="1"/>
          <w:i w:val="1"/>
          <w:iCs w:val="1"/>
          <w:color w:val="4f81bd"/>
        </w:rPr>
      </w:pPr>
      <w:r w:rsidDel="00000000" w:rsidR="00000000" w:rsidRPr="00000000">
        <w:rPr>
          <w:rFonts w:ascii="Times New Roman" w:cs="Times New Roman" w:eastAsia="Times New Roman" w:hAnsi="Times New Roman"/>
          <w:b w:val="0"/>
          <w:bCs w:val="0"/>
          <w:color w:val="000000"/>
          <w:rtl w:val="0"/>
        </w:rPr>
        <w:t xml:space="preserve">în cazul în care Furnizorul nu livrează o parte sau toate produsele în termenul specificat în Contract sau în cadrul oricărei prelungiri acordate; </w:t>
      </w:r>
    </w:p>
    <w:p w:rsidR="00000000" w:rsidDel="00000000" w:rsidP="00000000" w:rsidRDefault="00000000" w:rsidRPr="00000000" w14:paraId="00000139">
      <w:pPr>
        <w:pStyle w:val="Heading4"/>
        <w:keepNext w:val="0"/>
        <w:keepLines w:val="0"/>
        <w:numPr>
          <w:ilvl w:val="0"/>
          <w:numId w:val="14"/>
        </w:numPr>
        <w:spacing w:before="0" w:line="240" w:lineRule="auto"/>
        <w:ind w:left="2136" w:hanging="360"/>
        <w:jc w:val="both"/>
        <w:rPr>
          <w:rFonts w:ascii="Calibri" w:cs="Calibri" w:eastAsia="Calibri" w:hAnsi="Calibri"/>
          <w:b w:val="1"/>
          <w:bCs w:val="1"/>
          <w:i w:val="1"/>
          <w:iCs w:val="1"/>
          <w:color w:val="4f81bd"/>
        </w:rPr>
      </w:pPr>
      <w:r w:rsidDel="00000000" w:rsidR="00000000" w:rsidRPr="00000000">
        <w:rPr>
          <w:rFonts w:ascii="Times New Roman" w:cs="Times New Roman" w:eastAsia="Times New Roman" w:hAnsi="Times New Roman"/>
          <w:b w:val="0"/>
          <w:bCs w:val="0"/>
          <w:color w:val="000000"/>
          <w:rtl w:val="0"/>
        </w:rPr>
        <w:t xml:space="preserve">dacă Furnizorul nu îndeplinește oricare dintre obligațiile prevăzute din Contract; sau</w:t>
      </w:r>
    </w:p>
    <w:p w:rsidR="00000000" w:rsidDel="00000000" w:rsidP="00000000" w:rsidRDefault="00000000" w:rsidRPr="00000000" w14:paraId="0000013A">
      <w:pPr>
        <w:pStyle w:val="Heading4"/>
        <w:keepNext w:val="0"/>
        <w:keepLines w:val="0"/>
        <w:numPr>
          <w:ilvl w:val="0"/>
          <w:numId w:val="14"/>
        </w:numPr>
        <w:spacing w:before="0" w:line="240" w:lineRule="auto"/>
        <w:ind w:left="2136" w:hanging="360"/>
        <w:jc w:val="both"/>
        <w:rPr>
          <w:rFonts w:ascii="Calibri" w:cs="Calibri" w:eastAsia="Calibri" w:hAnsi="Calibri"/>
          <w:b w:val="1"/>
          <w:bCs w:val="1"/>
          <w:i w:val="1"/>
          <w:iCs w:val="1"/>
          <w:color w:val="4f81bd"/>
        </w:rPr>
      </w:pPr>
      <w:r w:rsidDel="00000000" w:rsidR="00000000" w:rsidRPr="00000000">
        <w:rPr>
          <w:rFonts w:ascii="Times New Roman" w:cs="Times New Roman" w:eastAsia="Times New Roman" w:hAnsi="Times New Roman"/>
          <w:b w:val="0"/>
          <w:bCs w:val="0"/>
          <w:color w:val="000000"/>
          <w:rtl w:val="0"/>
        </w:rPr>
        <w:t xml:space="preserve">dacă Furnizorul, în opinia Achizitorului, s-a angajat în acțiuni de fraudă și corupție, așa cum este menționat în art. 8 de mai jos și detaliat în Anexa 2 la Cererea de cotații, acesta participând ca parte la sau în executarea acestor acțiuni.</w:t>
      </w:r>
    </w:p>
    <w:p w:rsidR="00000000" w:rsidDel="00000000" w:rsidP="00000000" w:rsidRDefault="00000000" w:rsidRPr="00000000" w14:paraId="0000013B">
      <w:pPr>
        <w:pStyle w:val="Heading4"/>
        <w:keepNext w:val="0"/>
        <w:keepLines w:val="0"/>
        <w:spacing w:before="0" w:line="240" w:lineRule="auto"/>
        <w:ind w:left="1066" w:firstLine="0"/>
        <w:jc w:val="both"/>
        <w:rPr>
          <w:rFonts w:ascii="Times New Roman" w:cs="Times New Roman" w:eastAsia="Times New Roman" w:hAnsi="Times New Roman"/>
          <w:b w:val="0"/>
          <w:bCs w:val="0"/>
          <w:i w:val="0"/>
          <w:iCs w:val="0"/>
          <w:color w:val="000000"/>
        </w:rPr>
      </w:pPr>
      <w:r w:rsidDel="00000000" w:rsidR="00000000" w:rsidRPr="00000000">
        <w:rPr>
          <w:rFonts w:ascii="Times New Roman" w:cs="Times New Roman" w:eastAsia="Times New Roman" w:hAnsi="Times New Roman"/>
          <w:b w:val="0"/>
          <w:bCs w:val="0"/>
          <w:i w:val="0"/>
          <w:iCs w:val="0"/>
          <w:color w:val="000000"/>
          <w:rtl w:val="0"/>
        </w:rPr>
        <w:t xml:space="preserve">b)</w:t>
        <w:tab/>
        <w:t xml:space="preserve">În cazul în care Cumpărătorul reziliază contractul în totalitate sau în parte, acesta poate achiziționa, în termeni și condiții corespunzătoare, bunuri și servicii asociate similare cu cele nefurnizate. Furnizorul va datora Cumpărătorului acoperirea costurilor suplimentare pentru aceste bunuri. Totuși, dacă este cazul, Furnizorul va continua să execute partea din Contract ce nu a fost reziliată.</w:t>
      </w:r>
    </w:p>
    <w:p w:rsidR="00000000" w:rsidDel="00000000" w:rsidP="00000000" w:rsidRDefault="00000000" w:rsidRPr="00000000" w14:paraId="0000013C">
      <w:pPr>
        <w:spacing w:after="0" w:line="240" w:lineRule="auto"/>
        <w:rPr>
          <w:b w:val="1"/>
          <w:bCs w:val="1"/>
          <w:i w:val="1"/>
          <w:iCs w:val="1"/>
        </w:rPr>
      </w:pPr>
      <w:r w:rsidDel="00000000" w:rsidR="00000000" w:rsidRPr="00000000">
        <w:rPr>
          <w:rtl w:val="0"/>
        </w:rPr>
      </w:r>
    </w:p>
    <w:p w:rsidR="00000000" w:rsidDel="00000000" w:rsidP="00000000" w:rsidRDefault="00000000" w:rsidRPr="00000000" w14:paraId="0000013D">
      <w:pPr>
        <w:spacing w:after="0" w:line="240" w:lineRule="auto"/>
        <w:ind w:left="360" w:firstLine="360"/>
        <w:jc w:val="both"/>
        <w:rPr/>
      </w:pPr>
      <w:r w:rsidDel="00000000" w:rsidR="00000000" w:rsidRPr="00000000">
        <w:rPr>
          <w:rtl w:val="0"/>
        </w:rPr>
        <w:t xml:space="preserve">6.3 Denunțarea unilaterală</w:t>
      </w:r>
    </w:p>
    <w:p w:rsidR="00000000" w:rsidDel="00000000" w:rsidP="00000000" w:rsidRDefault="00000000" w:rsidRPr="00000000" w14:paraId="0000013E">
      <w:pPr>
        <w:spacing w:after="0" w:line="240" w:lineRule="auto"/>
        <w:ind w:left="1080" w:firstLine="0"/>
        <w:jc w:val="both"/>
        <w:rPr/>
      </w:pPr>
      <w:r w:rsidDel="00000000" w:rsidR="00000000" w:rsidRPr="00000000">
        <w:rPr>
          <w:rtl w:val="0"/>
        </w:rPr>
        <w:t xml:space="preserve">a) Cumpărătorul, printr-o notificare transmisă Furnizorului, poate denunța unilateral Contractul, în totalitate sau în parte, în orice moment. În notificare se va specifica faptul că denunțarea se face la dorința Cumpărătorului, măsura în care se denunță prestația Furnizorului în cadrul Contractului și data de la care Contractul se consideră denunțat.</w:t>
      </w:r>
    </w:p>
    <w:p w:rsidR="00000000" w:rsidDel="00000000" w:rsidP="00000000" w:rsidRDefault="00000000" w:rsidRPr="00000000" w14:paraId="0000013F">
      <w:pPr>
        <w:spacing w:after="0" w:line="240" w:lineRule="auto"/>
        <w:ind w:left="1080" w:firstLine="0"/>
        <w:jc w:val="both"/>
        <w:rPr/>
      </w:pPr>
      <w:r w:rsidDel="00000000" w:rsidR="00000000" w:rsidRPr="00000000">
        <w:rPr>
          <w:rtl w:val="0"/>
        </w:rPr>
        <w:t xml:space="preserve">Denunțarea Contractului de către Furnizor ca urmare a implicării Furnizorului în practici de fraudă și corupție este descrisă în art. 8 din prezentul Contract. </w:t>
      </w:r>
    </w:p>
    <w:p w:rsidR="00000000" w:rsidDel="00000000" w:rsidP="00000000" w:rsidRDefault="00000000" w:rsidRPr="00000000" w14:paraId="00000140">
      <w:pPr>
        <w:spacing w:after="0" w:line="240" w:lineRule="auto"/>
        <w:ind w:left="1080" w:firstLine="0"/>
        <w:jc w:val="both"/>
        <w:rPr/>
      </w:pPr>
      <w:r w:rsidDel="00000000" w:rsidR="00000000" w:rsidRPr="00000000">
        <w:rPr>
          <w:rtl w:val="0"/>
        </w:rPr>
      </w:r>
    </w:p>
    <w:p w:rsidR="00000000" w:rsidDel="00000000" w:rsidP="00000000" w:rsidRDefault="00000000" w:rsidRPr="00000000" w14:paraId="00000141">
      <w:pPr>
        <w:spacing w:after="0" w:line="240" w:lineRule="auto"/>
        <w:ind w:left="1080" w:firstLine="0"/>
        <w:jc w:val="both"/>
        <w:rPr/>
      </w:pPr>
      <w:r w:rsidDel="00000000" w:rsidR="00000000" w:rsidRPr="00000000">
        <w:rPr>
          <w:rtl w:val="0"/>
        </w:rPr>
        <w:t xml:space="preserve">b)    Rezilierea Contractului în caz de insolvență</w:t>
      </w:r>
    </w:p>
    <w:p w:rsidR="00000000" w:rsidDel="00000000" w:rsidP="00000000" w:rsidRDefault="00000000" w:rsidRPr="00000000" w14:paraId="00000142">
      <w:pPr>
        <w:spacing w:after="0" w:line="240" w:lineRule="auto"/>
        <w:ind w:left="1080" w:firstLine="0"/>
        <w:jc w:val="both"/>
        <w:rPr>
          <w:b w:val="1"/>
          <w:bCs w:val="1"/>
        </w:rPr>
      </w:pPr>
      <w:r w:rsidDel="00000000" w:rsidR="00000000" w:rsidRPr="00000000">
        <w:rPr>
          <w:rtl w:val="0"/>
        </w:rPr>
        <w:t xml:space="preserve">Cumpărătorul poate oricând să rezilieze Contractul prin notificarea Furnizorului în cazul în care Furnizorul intră în stare de faliment sau în caz de insolvabilitate. În acest caz, rezilierea va fi fără compensare pentru Furnizor, cu condiția ca această reziliere să nu prejudicieze sau să afecteze nici un drept de acțiune sau remediu al Achizitorului care a survenit sau va surveni ulterior.</w:t>
      </w:r>
      <w:r w:rsidDel="00000000" w:rsidR="00000000" w:rsidRPr="00000000">
        <w:rPr>
          <w:rtl w:val="0"/>
        </w:rPr>
      </w:r>
    </w:p>
    <w:p w:rsidR="00000000" w:rsidDel="00000000" w:rsidP="00000000" w:rsidRDefault="00000000" w:rsidRPr="00000000" w14:paraId="00000143">
      <w:pPr>
        <w:spacing w:after="0" w:line="240" w:lineRule="auto"/>
        <w:ind w:left="360" w:firstLine="0"/>
        <w:rPr/>
      </w:pPr>
      <w:r w:rsidDel="00000000" w:rsidR="00000000" w:rsidRPr="00000000">
        <w:rPr>
          <w:rtl w:val="0"/>
        </w:rPr>
      </w:r>
    </w:p>
    <w:p w:rsidR="00000000" w:rsidDel="00000000" w:rsidP="00000000" w:rsidRDefault="00000000" w:rsidRPr="00000000" w14:paraId="00000144">
      <w:pPr>
        <w:numPr>
          <w:ilvl w:val="0"/>
          <w:numId w:val="10"/>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Amendamente</w:t>
      </w:r>
    </w:p>
    <w:p w:rsidR="00000000" w:rsidDel="00000000" w:rsidP="00000000" w:rsidRDefault="00000000" w:rsidRPr="00000000" w14:paraId="00000145">
      <w:pPr>
        <w:spacing w:after="0" w:line="240" w:lineRule="auto"/>
        <w:ind w:left="720" w:firstLine="0"/>
        <w:jc w:val="both"/>
        <w:rPr/>
      </w:pPr>
      <w:r w:rsidDel="00000000" w:rsidR="00000000" w:rsidRPr="00000000">
        <w:rPr>
          <w:rtl w:val="0"/>
        </w:rPr>
        <w:t xml:space="preserve">Părţile contractante au dreptul, pe durata îndeplinirii Contractului, de a conveni modificarea clauzelor Contractului, prin act adiţional, numai în cazul apariţiei unor circumstanţe care lezează interesele legitime ale acestora şi care nu au putut fi prevăzute la data încheierii Contractului.</w:t>
      </w:r>
    </w:p>
    <w:p w:rsidR="00000000" w:rsidDel="00000000" w:rsidP="00000000" w:rsidRDefault="00000000" w:rsidRPr="00000000" w14:paraId="00000146">
      <w:pPr>
        <w:spacing w:after="0" w:line="240" w:lineRule="auto"/>
        <w:ind w:left="360" w:firstLine="0"/>
        <w:jc w:val="both"/>
        <w:rPr/>
      </w:pPr>
      <w:r w:rsidDel="00000000" w:rsidR="00000000" w:rsidRPr="00000000">
        <w:rPr>
          <w:rtl w:val="0"/>
        </w:rPr>
      </w:r>
    </w:p>
    <w:p w:rsidR="00000000" w:rsidDel="00000000" w:rsidP="00000000" w:rsidRDefault="00000000" w:rsidRPr="00000000" w14:paraId="00000147">
      <w:pPr>
        <w:numPr>
          <w:ilvl w:val="0"/>
          <w:numId w:val="10"/>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Fraudă și corupție</w:t>
      </w:r>
    </w:p>
    <w:p w:rsidR="00000000" w:rsidDel="00000000" w:rsidP="00000000" w:rsidRDefault="00000000" w:rsidRPr="00000000" w14:paraId="00000148">
      <w:pPr>
        <w:spacing w:after="0" w:line="240" w:lineRule="auto"/>
        <w:ind w:left="720" w:firstLine="0"/>
        <w:jc w:val="both"/>
        <w:rPr>
          <w:rFonts w:ascii="Trebuchet MS" w:cs="Trebuchet MS" w:eastAsia="Trebuchet MS" w:hAnsi="Trebuchet MS"/>
          <w:sz w:val="22"/>
          <w:szCs w:val="22"/>
        </w:rPr>
      </w:pPr>
      <w:r w:rsidDel="00000000" w:rsidR="00000000" w:rsidRPr="00000000">
        <w:rPr>
          <w:rtl w:val="0"/>
        </w:rPr>
        <w:t xml:space="preserve">Dacă Cumpărătorul descoperă că Furnizorul și/sau angajații, consultanții, subcontractorii acestuia s-au implicat în practici de corupţie, frauduloase, coluzive, coercitive sau obstructive (precum sunt definite în Procedurile Băncii cu privire la fraudă și corupție, a se consulta prevederile Anexei nr. 2 la Cererea de cotații) în procesul de licitaţie pentru atribuirea Contractului sau pe parcursul derulării Contractului, Cumpărătorul poate rezilia contractul după transmiterea în scris a unui preaviz de 14 (paisprezece) zile calendaristice</w:t>
      </w:r>
      <w:r w:rsidDel="00000000" w:rsidR="00000000" w:rsidRPr="00000000">
        <w:rPr>
          <w:rFonts w:ascii="Trebuchet MS" w:cs="Trebuchet MS" w:eastAsia="Trebuchet MS" w:hAnsi="Trebuchet MS"/>
          <w:sz w:val="22"/>
          <w:szCs w:val="22"/>
          <w:rtl w:val="0"/>
        </w:rPr>
        <w:t xml:space="preserve">.</w:t>
      </w:r>
    </w:p>
    <w:p w:rsidR="00000000" w:rsidDel="00000000" w:rsidP="00000000" w:rsidRDefault="00000000" w:rsidRPr="00000000" w14:paraId="00000149">
      <w:pPr>
        <w:spacing w:after="0" w:line="240" w:lineRule="auto"/>
        <w:ind w:left="36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4A">
      <w:pPr>
        <w:numPr>
          <w:ilvl w:val="0"/>
          <w:numId w:val="10"/>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Inspecție și Audit</w:t>
      </w:r>
    </w:p>
    <w:p w:rsidR="00000000" w:rsidDel="00000000" w:rsidP="00000000" w:rsidRDefault="00000000" w:rsidRPr="00000000" w14:paraId="0000014B">
      <w:pPr>
        <w:spacing w:after="0" w:line="240" w:lineRule="auto"/>
        <w:ind w:left="720" w:firstLine="0"/>
        <w:rPr/>
      </w:pPr>
      <w:r w:rsidDel="00000000" w:rsidR="00000000" w:rsidRPr="00000000">
        <w:rPr>
          <w:rtl w:val="0"/>
        </w:rPr>
        <w:t xml:space="preserve">9.1 Furnizorul trebuie să îndeplinească toate instrucțiunile Cumpărătorului în conformitate cu legile aplicabile destinației de furnizare.</w:t>
      </w:r>
    </w:p>
    <w:p w:rsidR="00000000" w:rsidDel="00000000" w:rsidP="00000000" w:rsidRDefault="00000000" w:rsidRPr="00000000" w14:paraId="0000014C">
      <w:pPr>
        <w:spacing w:after="0" w:line="240" w:lineRule="auto"/>
        <w:ind w:left="360" w:firstLine="0"/>
        <w:rPr/>
      </w:pPr>
      <w:r w:rsidDel="00000000" w:rsidR="00000000" w:rsidRPr="00000000">
        <w:rPr>
          <w:rtl w:val="0"/>
        </w:rPr>
      </w:r>
    </w:p>
    <w:p w:rsidR="00000000" w:rsidDel="00000000" w:rsidP="00000000" w:rsidRDefault="00000000" w:rsidRPr="00000000" w14:paraId="0000014D">
      <w:pPr>
        <w:spacing w:after="0" w:line="240" w:lineRule="auto"/>
        <w:ind w:left="720" w:firstLine="0"/>
        <w:jc w:val="both"/>
        <w:rPr/>
      </w:pPr>
      <w:r w:rsidDel="00000000" w:rsidR="00000000" w:rsidRPr="00000000">
        <w:rPr>
          <w:rtl w:val="0"/>
        </w:rPr>
        <w:t xml:space="preserve">Furnizorul va permite Băncii și îi va determina pe subcontractanții și consultanții săi să permită Băncii și/ sau persoanelor desemnate de Bancă să inspecteze birourile furnizorului și toate conturile și înregistrările aferente executării Contractului și depunerea ofertei și  să aibă astfel de conturi și să asigure auditarea acestor înregistrări de către auditori desemnați de către Bancă, în cazul în care Banca solicită astfel. Se atrage atenția Furnizorului, subcontractanților săi și consultanților acestuia asupra art. 8, Fraudă și corupție, care prevede, printre altele, că acțiunile care au ca scop neîndeplinirea acestor obligații (exercitarea drepturilor de verificare și de audit ale Băncii) constituie o practică interzisă care face obiectul încetării contractului (precum şi a stabilirii neeligibilității conform procedurilor de sancțiuni aplicabile ale Băncii).</w:t>
      </w:r>
    </w:p>
    <w:p w:rsidR="00000000" w:rsidDel="00000000" w:rsidP="00000000" w:rsidRDefault="00000000" w:rsidRPr="00000000" w14:paraId="0000014E">
      <w:pPr>
        <w:spacing w:after="0" w:line="240" w:lineRule="auto"/>
        <w:ind w:left="360" w:firstLine="0"/>
        <w:jc w:val="both"/>
        <w:rPr/>
      </w:pPr>
      <w:r w:rsidDel="00000000" w:rsidR="00000000" w:rsidRPr="00000000">
        <w:rPr>
          <w:rtl w:val="0"/>
        </w:rPr>
      </w:r>
    </w:p>
    <w:tbl>
      <w:tblPr>
        <w:tblStyle w:val="Table7"/>
        <w:tblW w:w="974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77"/>
        <w:gridCol w:w="4869"/>
        <w:tblGridChange w:id="0">
          <w:tblGrid>
            <w:gridCol w:w="4877"/>
            <w:gridCol w:w="4869"/>
          </w:tblGrid>
        </w:tblGridChange>
      </w:tblGrid>
      <w:tr>
        <w:trPr>
          <w:cantSplit w:val="0"/>
          <w:trHeight w:val="2367" w:hRule="atLeast"/>
          <w:tblHeader w:val="0"/>
        </w:trPr>
        <w:tc>
          <w:tcPr/>
          <w:p w:rsidR="00000000" w:rsidDel="00000000" w:rsidP="00000000" w:rsidRDefault="00000000" w:rsidRPr="00000000" w14:paraId="0000014F">
            <w:pPr>
              <w:spacing w:after="0" w:line="240" w:lineRule="auto"/>
              <w:jc w:val="center"/>
              <w:rPr>
                <w:b w:val="1"/>
                <w:bCs w:val="1"/>
              </w:rPr>
            </w:pPr>
            <w:r w:rsidDel="00000000" w:rsidR="00000000" w:rsidRPr="00000000">
              <w:rPr>
                <w:b w:val="1"/>
                <w:bCs w:val="1"/>
                <w:rtl w:val="0"/>
              </w:rPr>
              <w:t xml:space="preserve">CUMPĂRĂTOR,</w:t>
            </w:r>
          </w:p>
          <w:p w:rsidR="00000000" w:rsidDel="00000000" w:rsidP="00000000" w:rsidRDefault="00000000" w:rsidRPr="00000000" w14:paraId="00000150">
            <w:pPr>
              <w:spacing w:after="0" w:line="240" w:lineRule="auto"/>
              <w:jc w:val="center"/>
              <w:rPr>
                <w:b w:val="1"/>
                <w:bCs w:val="1"/>
              </w:rPr>
            </w:pPr>
            <w:r w:rsidDel="00000000" w:rsidR="00000000" w:rsidRPr="00000000">
              <w:rPr>
                <w:b w:val="1"/>
                <w:bCs w:val="1"/>
                <w:rtl w:val="0"/>
              </w:rPr>
              <w:t xml:space="preserve">AO „Gender-Centru”</w:t>
            </w:r>
          </w:p>
          <w:p w:rsidR="00000000" w:rsidDel="00000000" w:rsidP="00000000" w:rsidRDefault="00000000" w:rsidRPr="00000000" w14:paraId="00000151">
            <w:pPr>
              <w:spacing w:after="0" w:line="240" w:lineRule="auto"/>
              <w:jc w:val="center"/>
              <w:rPr>
                <w:b w:val="1"/>
                <w:bCs w:val="1"/>
              </w:rPr>
            </w:pPr>
            <w:r w:rsidDel="00000000" w:rsidR="00000000" w:rsidRPr="00000000">
              <w:rPr>
                <w:rtl w:val="0"/>
              </w:rPr>
            </w:r>
          </w:p>
          <w:p w:rsidR="00000000" w:rsidDel="00000000" w:rsidP="00000000" w:rsidRDefault="00000000" w:rsidRPr="00000000" w14:paraId="00000152">
            <w:pPr>
              <w:spacing w:after="0" w:line="240" w:lineRule="auto"/>
              <w:jc w:val="center"/>
              <w:rPr>
                <w:b w:val="1"/>
                <w:bCs w:val="1"/>
              </w:rPr>
            </w:pPr>
            <w:r w:rsidDel="00000000" w:rsidR="00000000" w:rsidRPr="00000000">
              <w:rPr>
                <w:rtl w:val="0"/>
              </w:rPr>
            </w:r>
          </w:p>
          <w:p w:rsidR="00000000" w:rsidDel="00000000" w:rsidP="00000000" w:rsidRDefault="00000000" w:rsidRPr="00000000" w14:paraId="00000153">
            <w:pPr>
              <w:spacing w:after="0" w:line="240" w:lineRule="auto"/>
              <w:jc w:val="center"/>
              <w:rPr>
                <w:b w:val="1"/>
                <w:bCs w:val="1"/>
              </w:rPr>
            </w:pPr>
            <w:r w:rsidDel="00000000" w:rsidR="00000000" w:rsidRPr="00000000">
              <w:rPr>
                <w:rtl w:val="0"/>
              </w:rPr>
            </w:r>
          </w:p>
          <w:p w:rsidR="00000000" w:rsidDel="00000000" w:rsidP="00000000" w:rsidRDefault="00000000" w:rsidRPr="00000000" w14:paraId="00000154">
            <w:pPr>
              <w:spacing w:after="0" w:line="240" w:lineRule="auto"/>
              <w:jc w:val="center"/>
              <w:rPr>
                <w:b w:val="1"/>
                <w:bCs w:val="1"/>
              </w:rPr>
            </w:pPr>
            <w:r w:rsidDel="00000000" w:rsidR="00000000" w:rsidRPr="00000000">
              <w:rPr>
                <w:rtl w:val="0"/>
              </w:rPr>
            </w:r>
          </w:p>
        </w:tc>
        <w:tc>
          <w:tcPr/>
          <w:p w:rsidR="00000000" w:rsidDel="00000000" w:rsidP="00000000" w:rsidRDefault="00000000" w:rsidRPr="00000000" w14:paraId="00000155">
            <w:pPr>
              <w:spacing w:after="0" w:line="240" w:lineRule="auto"/>
              <w:jc w:val="center"/>
              <w:rPr>
                <w:b w:val="1"/>
                <w:bCs w:val="1"/>
              </w:rPr>
            </w:pPr>
            <w:r w:rsidDel="00000000" w:rsidR="00000000" w:rsidRPr="00000000">
              <w:rPr>
                <w:b w:val="1"/>
                <w:bCs w:val="1"/>
                <w:rtl w:val="0"/>
              </w:rPr>
              <w:t xml:space="preserve">FURNIZOR,</w:t>
            </w:r>
          </w:p>
          <w:p w:rsidR="00000000" w:rsidDel="00000000" w:rsidP="00000000" w:rsidRDefault="00000000" w:rsidRPr="00000000" w14:paraId="00000156">
            <w:pPr>
              <w:spacing w:after="0" w:line="240" w:lineRule="auto"/>
              <w:jc w:val="both"/>
              <w:rPr>
                <w:b w:val="1"/>
                <w:bCs w:val="1"/>
              </w:rPr>
            </w:pPr>
            <w:r w:rsidDel="00000000" w:rsidR="00000000" w:rsidRPr="00000000">
              <w:rPr>
                <w:rtl w:val="0"/>
              </w:rPr>
            </w:r>
          </w:p>
        </w:tc>
      </w:tr>
    </w:tbl>
    <w:p w:rsidR="00000000" w:rsidDel="00000000" w:rsidP="00000000" w:rsidRDefault="00000000" w:rsidRPr="00000000" w14:paraId="00000157">
      <w:pPr>
        <w:ind w:left="360" w:firstLine="0"/>
        <w:rPr>
          <w:b w:val="1"/>
          <w:bCs w:val="1"/>
        </w:rPr>
      </w:pPr>
      <w:r w:rsidDel="00000000" w:rsidR="00000000" w:rsidRPr="00000000">
        <w:rPr>
          <w:rtl w:val="0"/>
        </w:rPr>
      </w:r>
    </w:p>
    <w:p w:rsidR="00000000" w:rsidDel="00000000" w:rsidP="00000000" w:rsidRDefault="00000000" w:rsidRPr="00000000" w14:paraId="00000158">
      <w:pPr>
        <w:ind w:left="360" w:firstLine="0"/>
        <w:rPr>
          <w:b w:val="1"/>
          <w:bCs w:val="1"/>
        </w:rPr>
      </w:pPr>
      <w:r w:rsidDel="00000000" w:rsidR="00000000" w:rsidRPr="00000000">
        <w:rPr>
          <w:rtl w:val="0"/>
        </w:rPr>
      </w:r>
    </w:p>
    <w:p w:rsidR="00000000" w:rsidDel="00000000" w:rsidP="00000000" w:rsidRDefault="00000000" w:rsidRPr="00000000" w14:paraId="00000159">
      <w:pPr>
        <w:ind w:left="360" w:firstLine="0"/>
        <w:rPr>
          <w:b w:val="1"/>
          <w:bCs w:val="1"/>
        </w:rPr>
      </w:pPr>
      <w:r w:rsidDel="00000000" w:rsidR="00000000" w:rsidRPr="00000000">
        <w:rPr>
          <w:rtl w:val="0"/>
        </w:rPr>
      </w:r>
    </w:p>
    <w:p w:rsidR="00000000" w:rsidDel="00000000" w:rsidP="00000000" w:rsidRDefault="00000000" w:rsidRPr="00000000" w14:paraId="0000015A">
      <w:pPr>
        <w:ind w:left="360" w:firstLine="0"/>
        <w:rPr>
          <w:b w:val="1"/>
          <w:bCs w:val="1"/>
        </w:rPr>
      </w:pPr>
      <w:r w:rsidDel="00000000" w:rsidR="00000000" w:rsidRPr="00000000">
        <w:rPr>
          <w:rtl w:val="0"/>
        </w:rPr>
      </w:r>
    </w:p>
    <w:p w:rsidR="00000000" w:rsidDel="00000000" w:rsidP="00000000" w:rsidRDefault="00000000" w:rsidRPr="00000000" w14:paraId="0000015B">
      <w:pPr>
        <w:ind w:left="360" w:firstLine="0"/>
        <w:rPr>
          <w:b w:val="1"/>
          <w:bCs w:val="1"/>
        </w:rPr>
      </w:pPr>
      <w:r w:rsidDel="00000000" w:rsidR="00000000" w:rsidRPr="00000000">
        <w:rPr>
          <w:rtl w:val="0"/>
        </w:rPr>
      </w:r>
    </w:p>
    <w:p w:rsidR="00000000" w:rsidDel="00000000" w:rsidP="00000000" w:rsidRDefault="00000000" w:rsidRPr="00000000" w14:paraId="0000015C">
      <w:pPr>
        <w:ind w:left="360" w:firstLine="0"/>
        <w:rPr>
          <w:b w:val="1"/>
          <w:bCs w:val="1"/>
        </w:rPr>
      </w:pPr>
      <w:r w:rsidDel="00000000" w:rsidR="00000000" w:rsidRPr="00000000">
        <w:rPr>
          <w:rtl w:val="0"/>
        </w:rPr>
      </w:r>
    </w:p>
    <w:p w:rsidR="00000000" w:rsidDel="00000000" w:rsidP="00000000" w:rsidRDefault="00000000" w:rsidRPr="00000000" w14:paraId="0000015D">
      <w:pPr>
        <w:ind w:left="360" w:firstLine="0"/>
        <w:rPr>
          <w:b w:val="1"/>
          <w:bCs w:val="1"/>
        </w:rPr>
      </w:pPr>
      <w:r w:rsidDel="00000000" w:rsidR="00000000" w:rsidRPr="00000000">
        <w:rPr>
          <w:rtl w:val="0"/>
        </w:rPr>
      </w:r>
    </w:p>
    <w:p w:rsidR="00000000" w:rsidDel="00000000" w:rsidP="00000000" w:rsidRDefault="00000000" w:rsidRPr="00000000" w14:paraId="0000015E">
      <w:pPr>
        <w:ind w:left="360" w:firstLine="0"/>
        <w:rPr>
          <w:b w:val="1"/>
          <w:bCs w:val="1"/>
        </w:rPr>
      </w:pPr>
      <w:r w:rsidDel="00000000" w:rsidR="00000000" w:rsidRPr="00000000">
        <w:rPr>
          <w:rtl w:val="0"/>
        </w:rPr>
      </w:r>
    </w:p>
    <w:p w:rsidR="00000000" w:rsidDel="00000000" w:rsidP="00000000" w:rsidRDefault="00000000" w:rsidRPr="00000000" w14:paraId="0000015F">
      <w:pPr>
        <w:ind w:left="360" w:firstLine="0"/>
        <w:rPr>
          <w:b w:val="1"/>
          <w:bCs w:val="1"/>
        </w:rPr>
      </w:pPr>
      <w:r w:rsidDel="00000000" w:rsidR="00000000" w:rsidRPr="00000000">
        <w:rPr>
          <w:rtl w:val="0"/>
        </w:rPr>
      </w:r>
    </w:p>
    <w:p w:rsidR="00000000" w:rsidDel="00000000" w:rsidP="00000000" w:rsidRDefault="00000000" w:rsidRPr="00000000" w14:paraId="00000160">
      <w:pPr>
        <w:ind w:left="360" w:firstLine="0"/>
        <w:rPr>
          <w:b w:val="1"/>
          <w:bCs w:val="1"/>
        </w:rPr>
      </w:pPr>
      <w:r w:rsidDel="00000000" w:rsidR="00000000" w:rsidRPr="00000000">
        <w:rPr>
          <w:rtl w:val="0"/>
        </w:rPr>
      </w:r>
    </w:p>
    <w:p w:rsidR="00000000" w:rsidDel="00000000" w:rsidP="00000000" w:rsidRDefault="00000000" w:rsidRPr="00000000" w14:paraId="00000161">
      <w:pPr>
        <w:ind w:left="360" w:firstLine="0"/>
        <w:rPr>
          <w:b w:val="1"/>
          <w:bCs w:val="1"/>
        </w:rPr>
      </w:pPr>
      <w:r w:rsidDel="00000000" w:rsidR="00000000" w:rsidRPr="00000000">
        <w:rPr>
          <w:rtl w:val="0"/>
        </w:rPr>
      </w:r>
    </w:p>
    <w:p w:rsidR="00000000" w:rsidDel="00000000" w:rsidP="00000000" w:rsidRDefault="00000000" w:rsidRPr="00000000" w14:paraId="00000162">
      <w:pPr>
        <w:ind w:left="360" w:firstLine="0"/>
        <w:rPr>
          <w:b w:val="1"/>
          <w:bCs w:val="1"/>
        </w:rPr>
      </w:pPr>
      <w:r w:rsidDel="00000000" w:rsidR="00000000" w:rsidRPr="00000000">
        <w:rPr>
          <w:rtl w:val="0"/>
        </w:rPr>
      </w:r>
    </w:p>
    <w:p w:rsidR="00000000" w:rsidDel="00000000" w:rsidP="00000000" w:rsidRDefault="00000000" w:rsidRPr="00000000" w14:paraId="00000163">
      <w:pPr>
        <w:ind w:left="360" w:firstLine="0"/>
        <w:rPr>
          <w:b w:val="1"/>
          <w:bCs w:val="1"/>
        </w:rPr>
      </w:pPr>
      <w:r w:rsidDel="00000000" w:rsidR="00000000" w:rsidRPr="00000000">
        <w:rPr>
          <w:rtl w:val="0"/>
        </w:rPr>
      </w:r>
    </w:p>
    <w:p w:rsidR="00000000" w:rsidDel="00000000" w:rsidP="00000000" w:rsidRDefault="00000000" w:rsidRPr="00000000" w14:paraId="00000164">
      <w:pPr>
        <w:spacing w:after="120" w:lineRule="auto"/>
        <w:ind w:left="360" w:firstLine="0"/>
        <w:rPr>
          <w:b w:val="1"/>
          <w:bCs w:val="1"/>
        </w:rPr>
      </w:pPr>
      <w:bookmarkStart w:colFirst="0" w:colLast="0" w:name="_heading=h.1r6q2cbskc7d" w:id="0"/>
      <w:bookmarkEnd w:id="0"/>
      <w:r w:rsidDel="00000000" w:rsidR="00000000" w:rsidRPr="00000000">
        <w:rPr>
          <w:b w:val="1"/>
          <w:bCs w:val="1"/>
          <w:rtl w:val="0"/>
        </w:rPr>
        <w:t xml:space="preserve">Anexa 2</w:t>
      </w:r>
    </w:p>
    <w:p w:rsidR="00000000" w:rsidDel="00000000" w:rsidP="00000000" w:rsidRDefault="00000000" w:rsidRPr="00000000" w14:paraId="00000165">
      <w:pPr>
        <w:spacing w:after="120" w:lineRule="auto"/>
        <w:ind w:left="360" w:firstLine="0"/>
        <w:jc w:val="center"/>
        <w:rPr>
          <w:b w:val="1"/>
          <w:bCs w:val="1"/>
        </w:rPr>
      </w:pPr>
      <w:r w:rsidDel="00000000" w:rsidR="00000000" w:rsidRPr="00000000">
        <w:rPr>
          <w:b w:val="1"/>
          <w:bCs w:val="1"/>
          <w:rtl w:val="0"/>
        </w:rPr>
        <w:t xml:space="preserve">Fraudă și Corupție</w:t>
      </w:r>
    </w:p>
    <w:p w:rsidR="00000000" w:rsidDel="00000000" w:rsidP="00000000" w:rsidRDefault="00000000" w:rsidRPr="00000000" w14:paraId="00000166">
      <w:pPr>
        <w:numPr>
          <w:ilvl w:val="0"/>
          <w:numId w:val="8"/>
        </w:numPr>
        <w:spacing w:after="120" w:lineRule="auto"/>
        <w:ind w:left="360" w:firstLine="0"/>
        <w:jc w:val="both"/>
        <w:rPr>
          <w:b w:val="1"/>
          <w:bCs w:val="1"/>
        </w:rPr>
      </w:pPr>
      <w:r w:rsidDel="00000000" w:rsidR="00000000" w:rsidRPr="00000000">
        <w:rPr>
          <w:b w:val="1"/>
          <w:bCs w:val="1"/>
          <w:rtl w:val="0"/>
        </w:rPr>
        <w:t xml:space="preserve">Scop </w:t>
      </w:r>
    </w:p>
    <w:p w:rsidR="00000000" w:rsidDel="00000000" w:rsidP="00000000" w:rsidRDefault="00000000" w:rsidRPr="00000000" w14:paraId="00000167">
      <w:pPr>
        <w:numPr>
          <w:ilvl w:val="1"/>
          <w:numId w:val="8"/>
        </w:numPr>
        <w:spacing w:after="120" w:lineRule="auto"/>
        <w:ind w:left="360" w:firstLine="0"/>
        <w:jc w:val="both"/>
      </w:pPr>
      <w:r w:rsidDel="00000000" w:rsidR="00000000" w:rsidRPr="00000000">
        <w:rPr>
          <w:rtl w:val="0"/>
        </w:rPr>
        <w:t xml:space="preserve">Instrucțiunile Băncii privind Anti-Corupția și prezenta anexă se aplică în ceea ce privește achizițiile în cadrul operațiunilor de finanțare a proiectelor de investiții ale Băncii.</w:t>
      </w:r>
    </w:p>
    <w:p w:rsidR="00000000" w:rsidDel="00000000" w:rsidP="00000000" w:rsidRDefault="00000000" w:rsidRPr="00000000" w14:paraId="00000168">
      <w:pPr>
        <w:numPr>
          <w:ilvl w:val="0"/>
          <w:numId w:val="8"/>
        </w:numPr>
        <w:spacing w:after="120" w:lineRule="auto"/>
        <w:ind w:left="360" w:firstLine="0"/>
        <w:jc w:val="both"/>
        <w:rPr>
          <w:b w:val="1"/>
          <w:bCs w:val="1"/>
        </w:rPr>
      </w:pPr>
      <w:r w:rsidDel="00000000" w:rsidR="00000000" w:rsidRPr="00000000">
        <w:rPr>
          <w:b w:val="1"/>
          <w:bCs w:val="1"/>
          <w:rtl w:val="0"/>
        </w:rPr>
        <w:t xml:space="preserve">Cerințe </w:t>
      </w:r>
    </w:p>
    <w:p w:rsidR="00000000" w:rsidDel="00000000" w:rsidP="00000000" w:rsidRDefault="00000000" w:rsidRPr="00000000" w14:paraId="00000169">
      <w:pPr>
        <w:numPr>
          <w:ilvl w:val="0"/>
          <w:numId w:val="3"/>
        </w:numPr>
        <w:spacing w:after="120" w:lineRule="auto"/>
        <w:ind w:left="360" w:firstLine="0"/>
        <w:jc w:val="both"/>
        <w:rPr>
          <w:sz w:val="22"/>
          <w:szCs w:val="22"/>
        </w:rPr>
      </w:pPr>
      <w:r w:rsidDel="00000000" w:rsidR="00000000" w:rsidRPr="00000000">
        <w:rPr>
          <w:rtl w:val="0"/>
        </w:rPr>
        <w:t xml:space="preserve">Banca cere împrumutaților (inclusiv beneficiarii finanțării Băncii); ofertanți (solicitant / autor al unei propuneri), consultanți, contractori și furnizori; orice subcontractanți, subconsultanți, furnizori de servicii sau furnizori; orice agenți (declarați sau nu); și orice membru al personalului acestora, să respecte cel mai înalt standard de etică în procesul de achiziție, selecție și executarea contractului/contractelor finanțat/e de Bancă și să se abțină de la implicarea în fapte de Fraudă și Corupție.</w:t>
      </w:r>
    </w:p>
    <w:p w:rsidR="00000000" w:rsidDel="00000000" w:rsidP="00000000" w:rsidRDefault="00000000" w:rsidRPr="00000000" w14:paraId="0000016A">
      <w:pPr>
        <w:numPr>
          <w:ilvl w:val="0"/>
          <w:numId w:val="3"/>
        </w:numPr>
        <w:spacing w:after="120" w:lineRule="auto"/>
        <w:ind w:left="360" w:firstLine="0"/>
        <w:jc w:val="both"/>
        <w:rPr>
          <w:sz w:val="22"/>
          <w:szCs w:val="22"/>
        </w:rPr>
      </w:pPr>
      <w:r w:rsidDel="00000000" w:rsidR="00000000" w:rsidRPr="00000000">
        <w:rPr>
          <w:rtl w:val="0"/>
        </w:rPr>
        <w:t xml:space="preserve">În acest scop, Banca:</w:t>
      </w:r>
    </w:p>
    <w:p w:rsidR="00000000" w:rsidDel="00000000" w:rsidP="00000000" w:rsidRDefault="00000000" w:rsidRPr="00000000" w14:paraId="0000016B">
      <w:pPr>
        <w:numPr>
          <w:ilvl w:val="0"/>
          <w:numId w:val="7"/>
        </w:numPr>
        <w:spacing w:after="0" w:lineRule="auto"/>
        <w:ind w:left="1080" w:hanging="360"/>
        <w:jc w:val="both"/>
      </w:pPr>
      <w:r w:rsidDel="00000000" w:rsidR="00000000" w:rsidRPr="00000000">
        <w:rPr>
          <w:rtl w:val="0"/>
        </w:rPr>
        <w:t xml:space="preserve">Definește, în sensul prezentei dispoziții, termenii prevăzuți mai jos, după cum urmează:</w:t>
      </w:r>
    </w:p>
    <w:p w:rsidR="00000000" w:rsidDel="00000000" w:rsidP="00000000" w:rsidRDefault="00000000" w:rsidRPr="00000000" w14:paraId="0000016C">
      <w:pPr>
        <w:numPr>
          <w:ilvl w:val="0"/>
          <w:numId w:val="5"/>
        </w:numPr>
        <w:spacing w:after="0" w:lineRule="auto"/>
        <w:ind w:left="1788" w:hanging="360"/>
        <w:jc w:val="both"/>
      </w:pPr>
      <w:r w:rsidDel="00000000" w:rsidR="00000000" w:rsidRPr="00000000">
        <w:rPr>
          <w:rtl w:val="0"/>
        </w:rPr>
        <w:t xml:space="preserve">"Practica coruptă" este oferirea, remiterea, primirea sau solicitarea, direct sau indirect, a oricărei valori pentru a influența în mod necorespunzător acțiunile unei alte părți;</w:t>
      </w:r>
    </w:p>
    <w:p w:rsidR="00000000" w:rsidDel="00000000" w:rsidP="00000000" w:rsidRDefault="00000000" w:rsidRPr="00000000" w14:paraId="0000016D">
      <w:pPr>
        <w:numPr>
          <w:ilvl w:val="0"/>
          <w:numId w:val="5"/>
        </w:numPr>
        <w:spacing w:after="0" w:lineRule="auto"/>
        <w:ind w:left="1788" w:hanging="360"/>
        <w:jc w:val="both"/>
      </w:pPr>
      <w:r w:rsidDel="00000000" w:rsidR="00000000" w:rsidRPr="00000000">
        <w:rPr>
          <w:rtl w:val="0"/>
        </w:rPr>
        <w:t xml:space="preserve">“Practica frauduloasă" este orice act sau omisiune, inclusiv denaturare, care cu bună știință sau în mod nechibzuit induce în eroare sau încearcă să inducă în eroare o parte pentru a obține beneficii financiare sau de altă natură sau pentru a evita o obligație;</w:t>
      </w:r>
    </w:p>
    <w:p w:rsidR="00000000" w:rsidDel="00000000" w:rsidP="00000000" w:rsidRDefault="00000000" w:rsidRPr="00000000" w14:paraId="0000016E">
      <w:pPr>
        <w:numPr>
          <w:ilvl w:val="0"/>
          <w:numId w:val="5"/>
        </w:numPr>
        <w:spacing w:after="0" w:lineRule="auto"/>
        <w:ind w:left="1788" w:hanging="360"/>
        <w:jc w:val="both"/>
      </w:pPr>
      <w:r w:rsidDel="00000000" w:rsidR="00000000" w:rsidRPr="00000000">
        <w:rPr>
          <w:rtl w:val="0"/>
        </w:rPr>
        <w:t xml:space="preserve">“ Practica coluzivă" este un aranjament între două sau mai multe părți, conceput pentru a atinge un scop nepotrivit, inclusiv pentru a influența în mod necorespunzător acțiunile unei alte părți;</w:t>
      </w:r>
    </w:p>
    <w:p w:rsidR="00000000" w:rsidDel="00000000" w:rsidP="00000000" w:rsidRDefault="00000000" w:rsidRPr="00000000" w14:paraId="0000016F">
      <w:pPr>
        <w:numPr>
          <w:ilvl w:val="0"/>
          <w:numId w:val="5"/>
        </w:numPr>
        <w:spacing w:after="0" w:lineRule="auto"/>
        <w:ind w:left="1788" w:hanging="360"/>
        <w:jc w:val="both"/>
      </w:pPr>
      <w:r w:rsidDel="00000000" w:rsidR="00000000" w:rsidRPr="00000000">
        <w:rPr>
          <w:rtl w:val="0"/>
        </w:rPr>
        <w:t xml:space="preserve">“ Practica coercitivă" prejudiciază sau dăunează, sau amenință să prejudicieze sau să dăuneze, direct sau indirect, oricărei părți sau proprietății părții pentru a influența în mod necorespunzător acțiunile unei părți;</w:t>
      </w:r>
    </w:p>
    <w:p w:rsidR="00000000" w:rsidDel="00000000" w:rsidP="00000000" w:rsidRDefault="00000000" w:rsidRPr="00000000" w14:paraId="00000170">
      <w:pPr>
        <w:numPr>
          <w:ilvl w:val="0"/>
          <w:numId w:val="5"/>
        </w:numPr>
        <w:spacing w:after="0" w:lineRule="auto"/>
        <w:ind w:left="1788" w:hanging="360"/>
        <w:jc w:val="both"/>
      </w:pPr>
      <w:r w:rsidDel="00000000" w:rsidR="00000000" w:rsidRPr="00000000">
        <w:rPr>
          <w:rtl w:val="0"/>
        </w:rPr>
        <w:t xml:space="preserve">“Practica obstructivă" este definită de următoarele acțiuni:</w:t>
      </w:r>
    </w:p>
    <w:p w:rsidR="00000000" w:rsidDel="00000000" w:rsidP="00000000" w:rsidRDefault="00000000" w:rsidRPr="00000000" w14:paraId="00000171">
      <w:pPr>
        <w:numPr>
          <w:ilvl w:val="0"/>
          <w:numId w:val="6"/>
        </w:numPr>
        <w:spacing w:after="0" w:lineRule="auto"/>
        <w:ind w:left="2496" w:hanging="360"/>
        <w:jc w:val="both"/>
      </w:pPr>
      <w:r w:rsidDel="00000000" w:rsidR="00000000" w:rsidRPr="00000000">
        <w:rPr>
          <w:rtl w:val="0"/>
        </w:rPr>
        <w:t xml:space="preserve">distrugerea deliberată, falsificarea, modificarea sau ascunderea probelor materiale pentru anchetă sau formularea de declarații false în fața anchetatorilor pentru a împiedica în mod semnificativ investigarea unei acuzații de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rsidR="00000000" w:rsidDel="00000000" w:rsidP="00000000" w:rsidRDefault="00000000" w:rsidRPr="00000000" w14:paraId="00000172">
      <w:pPr>
        <w:numPr>
          <w:ilvl w:val="0"/>
          <w:numId w:val="6"/>
        </w:numPr>
        <w:spacing w:after="0" w:lineRule="auto"/>
        <w:ind w:left="2496" w:hanging="360"/>
        <w:jc w:val="both"/>
      </w:pPr>
      <w:r w:rsidDel="00000000" w:rsidR="00000000" w:rsidRPr="00000000">
        <w:rPr>
          <w:rtl w:val="0"/>
        </w:rPr>
        <w:t xml:space="preserve">actele menite să împiedice în mod semnificativ exercitarea drepturilor de inspecție și de audit ale Băncii prevăzute la punctul 2.2 e. de mai jos.</w:t>
      </w:r>
    </w:p>
    <w:p w:rsidR="00000000" w:rsidDel="00000000" w:rsidP="00000000" w:rsidRDefault="00000000" w:rsidRPr="00000000" w14:paraId="00000173">
      <w:pPr>
        <w:numPr>
          <w:ilvl w:val="0"/>
          <w:numId w:val="7"/>
        </w:numPr>
        <w:spacing w:after="0" w:lineRule="auto"/>
        <w:ind w:left="1080" w:hanging="360"/>
        <w:jc w:val="both"/>
      </w:pPr>
      <w:r w:rsidDel="00000000" w:rsidR="00000000" w:rsidRPr="00000000">
        <w:rPr>
          <w:rtl w:val="0"/>
        </w:rPr>
        <w:t xml:space="preserve">Respinge o propunere de atribuire în cazul în care Banca stabilește că firma sau persoana fizică autorizată recomandată pentru atribuire, personalul său sau agenții săi sau subconsultanții, subcontractanții, prestatorii de servicii, furnizorii și / sau angajații acestora, direct sau indirect, s-au angajate în practici corupte, frauduloase, ilicite, coercitive sau obstructive în competiția pentru contractul în cauză;</w:t>
      </w:r>
    </w:p>
    <w:p w:rsidR="00000000" w:rsidDel="00000000" w:rsidP="00000000" w:rsidRDefault="00000000" w:rsidRPr="00000000" w14:paraId="00000174">
      <w:pPr>
        <w:numPr>
          <w:ilvl w:val="0"/>
          <w:numId w:val="7"/>
        </w:numPr>
        <w:spacing w:after="0" w:lineRule="auto"/>
        <w:ind w:left="1080" w:hanging="360"/>
        <w:jc w:val="both"/>
      </w:pPr>
      <w:r w:rsidDel="00000000" w:rsidR="00000000" w:rsidRPr="00000000">
        <w:rPr>
          <w:rtl w:val="0"/>
        </w:rPr>
        <w:t xml:space="preserve">Pe lângă căile de atac prevăzute în acordul juridic relevant, acesta poate lua alte măsuri adecvate, inclusiv declararea ca achiziție eșuată, în cazul în care Banca stabilește în orice moment că reprezentanții Împrumutatului sau ai unui beneficiar al oricărei părți din încasările împrumutului a fost angajat în practici corupte, frauduloase, coluzive,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 </w:t>
      </w:r>
    </w:p>
    <w:p w:rsidR="00000000" w:rsidDel="00000000" w:rsidP="00000000" w:rsidRDefault="00000000" w:rsidRPr="00000000" w14:paraId="00000175">
      <w:pPr>
        <w:numPr>
          <w:ilvl w:val="0"/>
          <w:numId w:val="7"/>
        </w:numPr>
        <w:tabs>
          <w:tab w:val="left" w:leader="none" w:pos="9180"/>
        </w:tabs>
        <w:spacing w:after="0" w:lineRule="auto"/>
        <w:ind w:left="1080" w:hanging="360"/>
        <w:jc w:val="both"/>
      </w:pPr>
      <w:r w:rsidDel="00000000" w:rsidR="00000000" w:rsidRPr="00000000">
        <w:rPr>
          <w:rtl w:val="0"/>
        </w:rPr>
        <w:t xml:space="preserve">În conformitate cu instrucțiunile Băncii privind Anti-Corupția și în conformitate cu politicile și procedurile de sancționare ale Băncii, aceasta poate sancționa o firmă sau o persoană fizică autorizată, fie pe durată nedeterminată fie pentru o perioadă determinată, inclusiv prin declararea publică a unei astfel de firme sau a unei persoane fizice autorizat (PFA) ca fiind neeligibile să îi fie atribuite sau să beneficieze în alt mod de un contract finanțat de Bancă, financiar sau în orice alt mod</w:t>
      </w:r>
      <w:r w:rsidDel="00000000" w:rsidR="00000000" w:rsidRPr="00000000">
        <w:rPr>
          <w:vertAlign w:val="superscript"/>
        </w:rPr>
        <w:footnoteReference w:customMarkFollows="0" w:id="0"/>
      </w:r>
      <w:r w:rsidDel="00000000" w:rsidR="00000000" w:rsidRPr="00000000">
        <w:rPr>
          <w:rtl w:val="0"/>
        </w:rPr>
        <w:t xml:space="preserve">; (ii) să fie un subcontractant, consultant, producător sau furnizor sau prestator de servicii al unei alte întreprinderi eligibile propus</w:t>
      </w:r>
      <w:r w:rsidDel="00000000" w:rsidR="00000000" w:rsidRPr="00000000">
        <w:rPr>
          <w:vertAlign w:val="superscript"/>
        </w:rPr>
        <w:footnoteReference w:customMarkFollows="0" w:id="1"/>
      </w:r>
      <w:r w:rsidDel="00000000" w:rsidR="00000000" w:rsidRPr="00000000">
        <w:rPr>
          <w:rtl w:val="0"/>
        </w:rPr>
        <w:t xml:space="preserve">, care să primească un contract finanțat de bancă; și (iii) să primească încasările din orice împrumut acordat de către Bancă sau să participe în continuare la pregătirea sau implementarea oricărui proiect finanțat de Bancă; </w:t>
      </w:r>
    </w:p>
    <w:p w:rsidR="00000000" w:rsidDel="00000000" w:rsidP="00000000" w:rsidRDefault="00000000" w:rsidRPr="00000000" w14:paraId="00000176">
      <w:pPr>
        <w:numPr>
          <w:ilvl w:val="0"/>
          <w:numId w:val="7"/>
        </w:numPr>
        <w:spacing w:after="120" w:lineRule="auto"/>
        <w:ind w:left="1080" w:hanging="360"/>
        <w:jc w:val="both"/>
      </w:pPr>
      <w:r w:rsidDel="00000000" w:rsidR="00000000" w:rsidRPr="00000000">
        <w:rPr>
          <w:rtl w:val="0"/>
        </w:rPr>
        <w:t xml:space="preserve">Subliniază necesitatea includerii unei clauze în documentele de licitație / cerere de propuneri și în contractele finanțate printr-un împrumut bancar, care impune (i) ofertanților (solicitanților / ofertanților), consultanților, contractanților și furnizorilor și subcontractanților acestora, subconsultanților acestora, prestatorilor de servicii, furnizorii, personalului agenților, să permită Băncii să inspecteze</w:t>
      </w:r>
      <w:r w:rsidDel="00000000" w:rsidR="00000000" w:rsidRPr="00000000">
        <w:rPr>
          <w:vertAlign w:val="superscript"/>
        </w:rPr>
        <w:footnoteReference w:customMarkFollows="0" w:id="2"/>
      </w:r>
      <w:r w:rsidDel="00000000" w:rsidR="00000000" w:rsidRPr="00000000">
        <w:rPr>
          <w:rtl w:val="0"/>
        </w:rPr>
        <w:t xml:space="preserve"> toate conturile, înregistrările și alte documente legate de procesul de achiziție, de selecție și / sau de executarea contractului și să le auditeze de către auditori numiți de Bancă.</w:t>
      </w:r>
    </w:p>
    <w:p w:rsidR="00000000" w:rsidDel="00000000" w:rsidP="00000000" w:rsidRDefault="00000000" w:rsidRPr="00000000" w14:paraId="00000177">
      <w:pPr>
        <w:spacing w:after="120" w:lineRule="auto"/>
        <w:ind w:left="720" w:firstLine="0"/>
        <w:jc w:val="both"/>
        <w:rPr/>
      </w:pPr>
      <w:r w:rsidDel="00000000" w:rsidR="00000000" w:rsidRPr="00000000">
        <w:rPr>
          <w:rtl w:val="0"/>
        </w:rPr>
      </w:r>
    </w:p>
    <w:p w:rsidR="00000000" w:rsidDel="00000000" w:rsidP="00000000" w:rsidRDefault="00000000" w:rsidRPr="00000000" w14:paraId="00000178">
      <w:pPr>
        <w:spacing w:after="0" w:line="240" w:lineRule="auto"/>
        <w:ind w:left="360" w:firstLine="0"/>
        <w:rPr>
          <w:i w:val="1"/>
          <w:iCs w:val="1"/>
        </w:rPr>
      </w:pPr>
      <w:r w:rsidDel="00000000" w:rsidR="00000000" w:rsidRPr="00000000">
        <w:rPr>
          <w:i w:val="1"/>
          <w:iCs w:val="1"/>
          <w:rtl w:val="0"/>
        </w:rPr>
        <w:t xml:space="preserve">[Am luat la cunoștință Instrucțiunile menționate]</w:t>
      </w:r>
    </w:p>
    <w:p w:rsidR="00000000" w:rsidDel="00000000" w:rsidP="00000000" w:rsidRDefault="00000000" w:rsidRPr="00000000" w14:paraId="00000179">
      <w:pPr>
        <w:spacing w:after="0" w:line="240" w:lineRule="auto"/>
        <w:ind w:left="360" w:firstLine="0"/>
        <w:rPr>
          <w:i w:val="1"/>
          <w:iCs w:val="1"/>
        </w:rPr>
      </w:pPr>
      <w:r w:rsidDel="00000000" w:rsidR="00000000" w:rsidRPr="00000000">
        <w:rPr>
          <w:rtl w:val="0"/>
        </w:rPr>
      </w:r>
    </w:p>
    <w:p w:rsidR="00000000" w:rsidDel="00000000" w:rsidP="00000000" w:rsidRDefault="00000000" w:rsidRPr="00000000" w14:paraId="0000017A">
      <w:pPr>
        <w:spacing w:after="0" w:line="240" w:lineRule="auto"/>
        <w:ind w:left="360" w:firstLine="0"/>
        <w:rPr>
          <w:i w:val="1"/>
          <w:iCs w:val="1"/>
        </w:rPr>
      </w:pPr>
      <w:r w:rsidDel="00000000" w:rsidR="00000000" w:rsidRPr="00000000">
        <w:rPr>
          <w:rtl w:val="0"/>
        </w:rPr>
      </w:r>
    </w:p>
    <w:p w:rsidR="00000000" w:rsidDel="00000000" w:rsidP="00000000" w:rsidRDefault="00000000" w:rsidRPr="00000000" w14:paraId="0000017B">
      <w:pPr>
        <w:spacing w:after="0" w:line="240" w:lineRule="auto"/>
        <w:ind w:left="360" w:firstLine="0"/>
        <w:rPr>
          <w:i w:val="1"/>
          <w:iCs w:val="1"/>
        </w:rPr>
      </w:pPr>
      <w:r w:rsidDel="00000000" w:rsidR="00000000" w:rsidRPr="00000000">
        <w:rPr>
          <w:rtl w:val="0"/>
        </w:rPr>
      </w:r>
    </w:p>
    <w:p w:rsidR="00000000" w:rsidDel="00000000" w:rsidP="00000000" w:rsidRDefault="00000000" w:rsidRPr="00000000" w14:paraId="0000017C">
      <w:pPr>
        <w:spacing w:after="0" w:line="240" w:lineRule="auto"/>
        <w:ind w:left="360" w:firstLine="0"/>
        <w:rPr/>
      </w:pPr>
      <w:r w:rsidDel="00000000" w:rsidR="00000000" w:rsidRPr="00000000">
        <w:rPr>
          <w:rtl w:val="0"/>
        </w:rPr>
        <w:t xml:space="preserve">________________________[Nume Ofertant]</w:t>
        <w:tab/>
        <w:tab/>
        <w:tab/>
        <w:t xml:space="preserve"> Data ...................... </w:t>
      </w:r>
    </w:p>
    <w:p w:rsidR="00000000" w:rsidDel="00000000" w:rsidP="00000000" w:rsidRDefault="00000000" w:rsidRPr="00000000" w14:paraId="0000017D">
      <w:pPr>
        <w:spacing w:after="0" w:line="240" w:lineRule="auto"/>
        <w:ind w:left="360" w:firstLine="0"/>
        <w:rPr/>
      </w:pPr>
      <w:r w:rsidDel="00000000" w:rsidR="00000000" w:rsidRPr="00000000">
        <w:rPr>
          <w:rtl w:val="0"/>
        </w:rPr>
      </w:r>
    </w:p>
    <w:p w:rsidR="00000000" w:rsidDel="00000000" w:rsidP="00000000" w:rsidRDefault="00000000" w:rsidRPr="00000000" w14:paraId="0000017E">
      <w:pPr>
        <w:spacing w:after="0" w:line="240" w:lineRule="auto"/>
        <w:ind w:left="360" w:firstLine="0"/>
        <w:rPr/>
      </w:pPr>
      <w:r w:rsidDel="00000000" w:rsidR="00000000" w:rsidRPr="00000000">
        <w:rPr>
          <w:rtl w:val="0"/>
        </w:rPr>
        <w:t xml:space="preserve">________________________ [Nume semnatar autorizat și </w:t>
      </w:r>
      <w:r w:rsidDel="00000000" w:rsidR="00000000" w:rsidRPr="00000000">
        <w:rPr>
          <w:i w:val="1"/>
          <w:iCs w:val="1"/>
          <w:rtl w:val="0"/>
        </w:rPr>
        <w:t xml:space="preserve">semnătura, ștampila</w:t>
      </w:r>
      <w:r w:rsidDel="00000000" w:rsidR="00000000" w:rsidRPr="00000000">
        <w:rPr>
          <w:rtl w:val="0"/>
        </w:rPr>
        <w:t xml:space="preserve">]</w:t>
      </w:r>
    </w:p>
    <w:p w:rsidR="00000000" w:rsidDel="00000000" w:rsidP="00000000" w:rsidRDefault="00000000" w:rsidRPr="00000000" w14:paraId="0000017F">
      <w:pPr>
        <w:spacing w:after="0" w:line="240" w:lineRule="auto"/>
        <w:ind w:left="360" w:firstLine="0"/>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spacing w:after="120" w:before="0" w:lineRule="auto"/>
        <w:jc w:val="both"/>
        <w:rPr>
          <w:b w:val="1"/>
          <w:bCs w:val="1"/>
        </w:rPr>
      </w:pPr>
      <w:r w:rsidDel="00000000" w:rsidR="00000000" w:rsidRPr="00000000">
        <w:rPr>
          <w:b w:val="1"/>
          <w:bCs w:val="1"/>
          <w:i w:val="0"/>
          <w:iCs w:val="0"/>
          <w:sz w:val="24"/>
          <w:szCs w:val="24"/>
          <w:u w:val="none"/>
          <w:rtl w:val="0"/>
        </w:rPr>
        <w:t xml:space="preserve">Anexa 3</w:t>
      </w:r>
      <w:r w:rsidDel="00000000" w:rsidR="00000000" w:rsidRPr="00000000">
        <w:rPr>
          <w:rtl w:val="0"/>
        </w:rPr>
      </w:r>
    </w:p>
    <w:p w:rsidR="00000000" w:rsidDel="00000000" w:rsidP="00000000" w:rsidRDefault="00000000" w:rsidRPr="00000000" w14:paraId="00000183">
      <w:pPr>
        <w:spacing w:after="32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FORMULAR DE OFERTĂ</w:t>
      </w:r>
      <w:r w:rsidDel="00000000" w:rsidR="00000000" w:rsidRPr="00000000">
        <w:rPr>
          <w:rtl w:val="0"/>
        </w:rPr>
      </w:r>
    </w:p>
    <w:p w:rsidR="00000000" w:rsidDel="00000000" w:rsidP="00000000" w:rsidRDefault="00000000" w:rsidRPr="00000000" w14:paraId="00000184">
      <w:pPr>
        <w:spacing w:after="3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_________ (Data)</w:t>
      </w:r>
      <w:r w:rsidDel="00000000" w:rsidR="00000000" w:rsidRPr="00000000">
        <w:rPr>
          <w:rtl w:val="0"/>
        </w:rPr>
      </w:r>
    </w:p>
    <w:p w:rsidR="00000000" w:rsidDel="00000000" w:rsidP="00000000" w:rsidRDefault="00000000" w:rsidRPr="00000000" w14:paraId="00000185">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Către:</w:t>
      </w:r>
      <w:r w:rsidDel="00000000" w:rsidR="00000000" w:rsidRPr="00000000">
        <w:rPr>
          <w:rtl w:val="0"/>
        </w:rPr>
      </w:r>
    </w:p>
    <w:p w:rsidR="00000000" w:rsidDel="00000000" w:rsidP="00000000" w:rsidRDefault="00000000" w:rsidRPr="00000000" w14:paraId="00000186">
      <w:pPr>
        <w:spacing w:after="40" w:before="0" w:lineRule="auto"/>
        <w:jc w:val="both"/>
        <w:rPr>
          <w:b w:val="1"/>
          <w:bCs w:val="1"/>
        </w:rPr>
      </w:pPr>
      <w:r w:rsidDel="00000000" w:rsidR="00000000" w:rsidRPr="00000000">
        <w:rPr>
          <w:b w:val="1"/>
          <w:bCs w:val="1"/>
          <w:i w:val="0"/>
          <w:iCs w:val="0"/>
          <w:sz w:val="24"/>
          <w:szCs w:val="24"/>
          <w:u w:val="none"/>
          <w:rtl w:val="0"/>
        </w:rPr>
        <w:t xml:space="preserve">AO „Gender-Centru”</w:t>
      </w:r>
      <w:r w:rsidDel="00000000" w:rsidR="00000000" w:rsidRPr="00000000">
        <w:rPr>
          <w:rtl w:val="0"/>
        </w:rPr>
      </w:r>
    </w:p>
    <w:p w:rsidR="00000000" w:rsidDel="00000000" w:rsidP="00000000" w:rsidRDefault="00000000" w:rsidRPr="00000000" w14:paraId="00000187">
      <w:pPr>
        <w:spacing w:after="2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mun. Chișinău, Republica Moldova</w:t>
      </w:r>
      <w:r w:rsidDel="00000000" w:rsidR="00000000" w:rsidRPr="00000000">
        <w:rPr>
          <w:rtl w:val="0"/>
        </w:rPr>
      </w:r>
    </w:p>
    <w:p w:rsidR="00000000" w:rsidDel="00000000" w:rsidP="00000000" w:rsidRDefault="00000000" w:rsidRPr="00000000" w14:paraId="00000188">
      <w:pPr>
        <w:spacing w:after="240" w:before="0" w:lineRule="auto"/>
        <w:jc w:val="both"/>
        <w:rPr/>
      </w:pPr>
      <w:r w:rsidDel="00000000" w:rsidR="00000000" w:rsidRPr="00000000">
        <w:rPr>
          <w:rFonts w:ascii="Times New Roman" w:cs="Times New Roman" w:eastAsia="Times New Roman" w:hAnsi="Times New Roman"/>
          <w:b w:val="0"/>
          <w:bCs w:val="0"/>
          <w:i w:val="1"/>
          <w:iCs w:val="1"/>
          <w:sz w:val="24"/>
          <w:szCs w:val="24"/>
          <w:u w:val="single"/>
          <w:rtl w:val="0"/>
        </w:rPr>
        <w:t xml:space="preserve">Ref: Utilaje, echipamente și materiale pentru producție agricolă, zootehnică și alimentară (LOT 1 – LOT 6)</w:t>
      </w:r>
      <w:r w:rsidDel="00000000" w:rsidR="00000000" w:rsidRPr="00000000">
        <w:rPr>
          <w:rtl w:val="0"/>
        </w:rPr>
      </w:r>
    </w:p>
    <w:p w:rsidR="00000000" w:rsidDel="00000000" w:rsidP="00000000" w:rsidRDefault="00000000" w:rsidRPr="00000000" w14:paraId="00000189">
      <w:pPr>
        <w:numPr>
          <w:ilvl w:val="0"/>
          <w:numId w:val="16"/>
        </w:numPr>
        <w:spacing w:after="240" w:before="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Examinând Cererea de Cotații cu privire la procedura de procurare a utilajelor, echipamentelor și materialelor pentru producție agricolă, zootehnică și alimentară, subsemnații, reprezentanți ai ofertantului ___________________ (denumirea/numele ofertantului), vă înaintăm astfel oferta noastră în conformitate cu prevederile și cerințele cuprinse în documentația mai sus menționată, cu privire la furnizarea și livrarea bunului, după cum urmează:</w:t>
      </w:r>
      <w:r w:rsidDel="00000000" w:rsidR="00000000" w:rsidRPr="00000000">
        <w:rPr>
          <w:rtl w:val="0"/>
        </w:rPr>
      </w:r>
    </w:p>
    <w:p w:rsidR="00000000" w:rsidDel="00000000" w:rsidP="00000000" w:rsidRDefault="00000000" w:rsidRPr="00000000" w14:paraId="0000018A">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1</w:t>
      </w:r>
      <w:r w:rsidDel="00000000" w:rsidR="00000000" w:rsidRPr="00000000">
        <w:rPr>
          <w:rtl w:val="0"/>
        </w:rPr>
      </w:r>
    </w:p>
    <w:tbl>
      <w:tblPr>
        <w:tblStyle w:val="Table8"/>
        <w:tblW w:w="974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49"/>
        <w:gridCol w:w="1949"/>
        <w:gridCol w:w="1949"/>
        <w:gridCol w:w="1949"/>
        <w:gridCol w:w="1949"/>
        <w:tblGridChange w:id="0">
          <w:tblGrid>
            <w:gridCol w:w="1949"/>
            <w:gridCol w:w="1949"/>
            <w:gridCol w:w="1949"/>
            <w:gridCol w:w="1949"/>
            <w:gridCol w:w="1949"/>
          </w:tblGrid>
        </w:tblGridChange>
      </w:tblGrid>
      <w:tr>
        <w:trPr>
          <w:cantSplit w:val="0"/>
          <w:tblHeader w:val="0"/>
        </w:trPr>
        <w:tc>
          <w:tcPr>
            <w:shd w:fill="f2f2f2" w:val="clear"/>
          </w:tcPr>
          <w:p w:rsidR="00000000" w:rsidDel="00000000" w:rsidP="00000000" w:rsidRDefault="00000000" w:rsidRPr="00000000" w14:paraId="0000018B">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18C">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c>
          <w:tcPr>
            <w:shd w:fill="f2f2f2" w:val="clear"/>
          </w:tcPr>
          <w:p w:rsidR="00000000" w:rsidDel="00000000" w:rsidP="00000000" w:rsidRDefault="00000000" w:rsidRPr="00000000" w14:paraId="0000018D">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produs</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8E">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Cost livrare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8F">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19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Utilaje agricole mecanizate</w:t>
            </w:r>
            <w:r w:rsidDel="00000000" w:rsidR="00000000" w:rsidRPr="00000000">
              <w:rPr>
                <w:rtl w:val="0"/>
              </w:rPr>
            </w:r>
          </w:p>
        </w:tc>
        <w:tc>
          <w:tcPr/>
          <w:p w:rsidR="00000000" w:rsidDel="00000000" w:rsidP="00000000" w:rsidRDefault="00000000" w:rsidRPr="00000000" w14:paraId="00000191">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2 buc.</w:t>
            </w:r>
            <w:r w:rsidDel="00000000" w:rsidR="00000000" w:rsidRPr="00000000">
              <w:rPr>
                <w:rtl w:val="0"/>
              </w:rPr>
            </w:r>
          </w:p>
        </w:tc>
        <w:tc>
          <w:tcPr/>
          <w:p w:rsidR="00000000" w:rsidDel="00000000" w:rsidP="00000000" w:rsidRDefault="00000000" w:rsidRPr="00000000" w14:paraId="00000192">
            <w:pPr>
              <w:jc w:val="center"/>
              <w:rPr/>
            </w:pPr>
            <w:r w:rsidDel="00000000" w:rsidR="00000000" w:rsidRPr="00000000">
              <w:rPr>
                <w:rtl w:val="0"/>
              </w:rPr>
            </w:r>
          </w:p>
        </w:tc>
        <w:tc>
          <w:tcPr/>
          <w:p w:rsidR="00000000" w:rsidDel="00000000" w:rsidP="00000000" w:rsidRDefault="00000000" w:rsidRPr="00000000" w14:paraId="00000193">
            <w:pPr>
              <w:jc w:val="center"/>
              <w:rPr/>
            </w:pPr>
            <w:r w:rsidDel="00000000" w:rsidR="00000000" w:rsidRPr="00000000">
              <w:rPr>
                <w:rtl w:val="0"/>
              </w:rPr>
            </w:r>
          </w:p>
        </w:tc>
        <w:tc>
          <w:tcPr/>
          <w:p w:rsidR="00000000" w:rsidDel="00000000" w:rsidP="00000000" w:rsidRDefault="00000000" w:rsidRPr="00000000" w14:paraId="00000194">
            <w:pPr>
              <w:jc w:val="center"/>
              <w:rPr/>
            </w:pPr>
            <w:r w:rsidDel="00000000" w:rsidR="00000000" w:rsidRPr="00000000">
              <w:rPr>
                <w:rtl w:val="0"/>
              </w:rPr>
            </w:r>
          </w:p>
        </w:tc>
      </w:tr>
    </w:tbl>
    <w:p w:rsidR="00000000" w:rsidDel="00000000" w:rsidP="00000000" w:rsidRDefault="00000000" w:rsidRPr="00000000" w14:paraId="00000195">
      <w:pPr>
        <w:spacing w:after="200" w:before="0" w:lineRule="auto"/>
        <w:jc w:val="both"/>
        <w:rPr/>
      </w:pPr>
      <w:r w:rsidDel="00000000" w:rsidR="00000000" w:rsidRPr="00000000">
        <w:rPr>
          <w:rtl w:val="0"/>
        </w:rPr>
      </w:r>
    </w:p>
    <w:p w:rsidR="00000000" w:rsidDel="00000000" w:rsidP="00000000" w:rsidRDefault="00000000" w:rsidRPr="00000000" w14:paraId="00000196">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2</w:t>
      </w:r>
      <w:r w:rsidDel="00000000" w:rsidR="00000000" w:rsidRPr="00000000">
        <w:rPr>
          <w:rtl w:val="0"/>
        </w:rPr>
      </w:r>
    </w:p>
    <w:tbl>
      <w:tblPr>
        <w:tblStyle w:val="Table9"/>
        <w:tblW w:w="974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49"/>
        <w:gridCol w:w="1949"/>
        <w:gridCol w:w="1949"/>
        <w:gridCol w:w="1949"/>
        <w:gridCol w:w="1949"/>
        <w:tblGridChange w:id="0">
          <w:tblGrid>
            <w:gridCol w:w="1949"/>
            <w:gridCol w:w="1949"/>
            <w:gridCol w:w="1949"/>
            <w:gridCol w:w="1949"/>
            <w:gridCol w:w="1949"/>
          </w:tblGrid>
        </w:tblGridChange>
      </w:tblGrid>
      <w:tr>
        <w:trPr>
          <w:cantSplit w:val="0"/>
          <w:tblHeader w:val="0"/>
        </w:trPr>
        <w:tc>
          <w:tcPr>
            <w:shd w:fill="f2f2f2" w:val="clear"/>
          </w:tcPr>
          <w:p w:rsidR="00000000" w:rsidDel="00000000" w:rsidP="00000000" w:rsidRDefault="00000000" w:rsidRPr="00000000" w14:paraId="00000197">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198">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c>
          <w:tcPr>
            <w:shd w:fill="f2f2f2" w:val="clear"/>
          </w:tcPr>
          <w:p w:rsidR="00000000" w:rsidDel="00000000" w:rsidP="00000000" w:rsidRDefault="00000000" w:rsidRPr="00000000" w14:paraId="00000199">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produs</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9A">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Cost livrare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9B">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19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Echipament pentru seră, irigare și încălzire</w:t>
            </w:r>
            <w:r w:rsidDel="00000000" w:rsidR="00000000" w:rsidRPr="00000000">
              <w:rPr>
                <w:rtl w:val="0"/>
              </w:rPr>
            </w:r>
          </w:p>
        </w:tc>
        <w:tc>
          <w:tcPr/>
          <w:p w:rsidR="00000000" w:rsidDel="00000000" w:rsidP="00000000" w:rsidRDefault="00000000" w:rsidRPr="00000000" w14:paraId="0000019D">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9 buc./seturi</w:t>
            </w:r>
            <w:r w:rsidDel="00000000" w:rsidR="00000000" w:rsidRPr="00000000">
              <w:rPr>
                <w:rtl w:val="0"/>
              </w:rPr>
            </w:r>
          </w:p>
        </w:tc>
        <w:tc>
          <w:tcPr/>
          <w:p w:rsidR="00000000" w:rsidDel="00000000" w:rsidP="00000000" w:rsidRDefault="00000000" w:rsidRPr="00000000" w14:paraId="0000019E">
            <w:pPr>
              <w:jc w:val="center"/>
              <w:rPr/>
            </w:pPr>
            <w:r w:rsidDel="00000000" w:rsidR="00000000" w:rsidRPr="00000000">
              <w:rPr>
                <w:rtl w:val="0"/>
              </w:rPr>
            </w:r>
          </w:p>
        </w:tc>
        <w:tc>
          <w:tcPr/>
          <w:p w:rsidR="00000000" w:rsidDel="00000000" w:rsidP="00000000" w:rsidRDefault="00000000" w:rsidRPr="00000000" w14:paraId="0000019F">
            <w:pPr>
              <w:jc w:val="center"/>
              <w:rPr/>
            </w:pPr>
            <w:r w:rsidDel="00000000" w:rsidR="00000000" w:rsidRPr="00000000">
              <w:rPr>
                <w:rtl w:val="0"/>
              </w:rPr>
            </w:r>
          </w:p>
        </w:tc>
        <w:tc>
          <w:tcPr/>
          <w:p w:rsidR="00000000" w:rsidDel="00000000" w:rsidP="00000000" w:rsidRDefault="00000000" w:rsidRPr="00000000" w14:paraId="000001A0">
            <w:pPr>
              <w:jc w:val="center"/>
              <w:rPr/>
            </w:pPr>
            <w:r w:rsidDel="00000000" w:rsidR="00000000" w:rsidRPr="00000000">
              <w:rPr>
                <w:rtl w:val="0"/>
              </w:rPr>
            </w:r>
          </w:p>
        </w:tc>
      </w:tr>
    </w:tbl>
    <w:p w:rsidR="00000000" w:rsidDel="00000000" w:rsidP="00000000" w:rsidRDefault="00000000" w:rsidRPr="00000000" w14:paraId="000001A1">
      <w:pPr>
        <w:spacing w:after="200" w:before="0" w:lineRule="auto"/>
        <w:jc w:val="both"/>
        <w:rPr/>
      </w:pPr>
      <w:r w:rsidDel="00000000" w:rsidR="00000000" w:rsidRPr="00000000">
        <w:rPr>
          <w:rtl w:val="0"/>
        </w:rPr>
      </w:r>
    </w:p>
    <w:p w:rsidR="00000000" w:rsidDel="00000000" w:rsidP="00000000" w:rsidRDefault="00000000" w:rsidRPr="00000000" w14:paraId="000001A2">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3</w:t>
      </w:r>
      <w:r w:rsidDel="00000000" w:rsidR="00000000" w:rsidRPr="00000000">
        <w:rPr>
          <w:rtl w:val="0"/>
        </w:rPr>
      </w:r>
    </w:p>
    <w:tbl>
      <w:tblPr>
        <w:tblStyle w:val="Table10"/>
        <w:tblW w:w="974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49"/>
        <w:gridCol w:w="1949"/>
        <w:gridCol w:w="1949"/>
        <w:gridCol w:w="1949"/>
        <w:gridCol w:w="1949"/>
        <w:tblGridChange w:id="0">
          <w:tblGrid>
            <w:gridCol w:w="1949"/>
            <w:gridCol w:w="1949"/>
            <w:gridCol w:w="1949"/>
            <w:gridCol w:w="1949"/>
            <w:gridCol w:w="1949"/>
          </w:tblGrid>
        </w:tblGridChange>
      </w:tblGrid>
      <w:tr>
        <w:trPr>
          <w:cantSplit w:val="0"/>
          <w:tblHeader w:val="0"/>
        </w:trPr>
        <w:tc>
          <w:tcPr>
            <w:shd w:fill="f2f2f2" w:val="clear"/>
          </w:tcPr>
          <w:p w:rsidR="00000000" w:rsidDel="00000000" w:rsidP="00000000" w:rsidRDefault="00000000" w:rsidRPr="00000000" w14:paraId="000001A3">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1A4">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c>
          <w:tcPr>
            <w:shd w:fill="f2f2f2" w:val="clear"/>
          </w:tcPr>
          <w:p w:rsidR="00000000" w:rsidDel="00000000" w:rsidP="00000000" w:rsidRDefault="00000000" w:rsidRPr="00000000" w14:paraId="000001A5">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produs</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A6">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Cost livrare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A7">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1A8">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Echipament și inventar zootehnic</w:t>
            </w:r>
            <w:r w:rsidDel="00000000" w:rsidR="00000000" w:rsidRPr="00000000">
              <w:rPr>
                <w:rtl w:val="0"/>
              </w:rPr>
            </w:r>
          </w:p>
        </w:tc>
        <w:tc>
          <w:tcPr/>
          <w:p w:rsidR="00000000" w:rsidDel="00000000" w:rsidP="00000000" w:rsidRDefault="00000000" w:rsidRPr="00000000" w14:paraId="000001A9">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14 buc.</w:t>
            </w:r>
            <w:r w:rsidDel="00000000" w:rsidR="00000000" w:rsidRPr="00000000">
              <w:rPr>
                <w:rtl w:val="0"/>
              </w:rPr>
            </w:r>
          </w:p>
        </w:tc>
        <w:tc>
          <w:tcPr/>
          <w:p w:rsidR="00000000" w:rsidDel="00000000" w:rsidP="00000000" w:rsidRDefault="00000000" w:rsidRPr="00000000" w14:paraId="000001AA">
            <w:pPr>
              <w:jc w:val="center"/>
              <w:rPr/>
            </w:pPr>
            <w:r w:rsidDel="00000000" w:rsidR="00000000" w:rsidRPr="00000000">
              <w:rPr>
                <w:rtl w:val="0"/>
              </w:rPr>
            </w:r>
          </w:p>
        </w:tc>
        <w:tc>
          <w:tcPr/>
          <w:p w:rsidR="00000000" w:rsidDel="00000000" w:rsidP="00000000" w:rsidRDefault="00000000" w:rsidRPr="00000000" w14:paraId="000001AB">
            <w:pPr>
              <w:jc w:val="center"/>
              <w:rPr/>
            </w:pPr>
            <w:r w:rsidDel="00000000" w:rsidR="00000000" w:rsidRPr="00000000">
              <w:rPr>
                <w:rtl w:val="0"/>
              </w:rPr>
            </w:r>
          </w:p>
        </w:tc>
        <w:tc>
          <w:tcPr/>
          <w:p w:rsidR="00000000" w:rsidDel="00000000" w:rsidP="00000000" w:rsidRDefault="00000000" w:rsidRPr="00000000" w14:paraId="000001AC">
            <w:pPr>
              <w:jc w:val="center"/>
              <w:rPr/>
            </w:pPr>
            <w:r w:rsidDel="00000000" w:rsidR="00000000" w:rsidRPr="00000000">
              <w:rPr>
                <w:rtl w:val="0"/>
              </w:rPr>
            </w:r>
          </w:p>
        </w:tc>
      </w:tr>
    </w:tbl>
    <w:p w:rsidR="00000000" w:rsidDel="00000000" w:rsidP="00000000" w:rsidRDefault="00000000" w:rsidRPr="00000000" w14:paraId="000001AD">
      <w:pPr>
        <w:spacing w:after="200" w:before="0" w:lineRule="auto"/>
        <w:jc w:val="both"/>
        <w:rPr/>
      </w:pPr>
      <w:r w:rsidDel="00000000" w:rsidR="00000000" w:rsidRPr="00000000">
        <w:rPr>
          <w:rtl w:val="0"/>
        </w:rPr>
      </w:r>
    </w:p>
    <w:p w:rsidR="00000000" w:rsidDel="00000000" w:rsidP="00000000" w:rsidRDefault="00000000" w:rsidRPr="00000000" w14:paraId="000001AE">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4</w:t>
      </w:r>
      <w:r w:rsidDel="00000000" w:rsidR="00000000" w:rsidRPr="00000000">
        <w:rPr>
          <w:rtl w:val="0"/>
        </w:rPr>
      </w:r>
    </w:p>
    <w:tbl>
      <w:tblPr>
        <w:tblStyle w:val="Table11"/>
        <w:tblW w:w="974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49"/>
        <w:gridCol w:w="1949"/>
        <w:gridCol w:w="1949"/>
        <w:gridCol w:w="1949"/>
        <w:gridCol w:w="1949"/>
        <w:tblGridChange w:id="0">
          <w:tblGrid>
            <w:gridCol w:w="1949"/>
            <w:gridCol w:w="1949"/>
            <w:gridCol w:w="1949"/>
            <w:gridCol w:w="1949"/>
            <w:gridCol w:w="1949"/>
          </w:tblGrid>
        </w:tblGridChange>
      </w:tblGrid>
      <w:tr>
        <w:trPr>
          <w:cantSplit w:val="0"/>
          <w:tblHeader w:val="0"/>
        </w:trPr>
        <w:tc>
          <w:tcPr>
            <w:shd w:fill="f2f2f2" w:val="clear"/>
          </w:tcPr>
          <w:p w:rsidR="00000000" w:rsidDel="00000000" w:rsidP="00000000" w:rsidRDefault="00000000" w:rsidRPr="00000000" w14:paraId="000001AF">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1B0">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c>
          <w:tcPr>
            <w:shd w:fill="f2f2f2" w:val="clear"/>
          </w:tcPr>
          <w:p w:rsidR="00000000" w:rsidDel="00000000" w:rsidP="00000000" w:rsidRDefault="00000000" w:rsidRPr="00000000" w14:paraId="000001B1">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produs</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B2">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Cost livrare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B3">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1B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Echipament pentru producere de panificație</w:t>
            </w:r>
            <w:r w:rsidDel="00000000" w:rsidR="00000000" w:rsidRPr="00000000">
              <w:rPr>
                <w:rtl w:val="0"/>
              </w:rPr>
            </w:r>
          </w:p>
        </w:tc>
        <w:tc>
          <w:tcPr/>
          <w:p w:rsidR="00000000" w:rsidDel="00000000" w:rsidP="00000000" w:rsidRDefault="00000000" w:rsidRPr="00000000" w14:paraId="000001B5">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2 buc.</w:t>
            </w:r>
            <w:r w:rsidDel="00000000" w:rsidR="00000000" w:rsidRPr="00000000">
              <w:rPr>
                <w:rtl w:val="0"/>
              </w:rPr>
            </w:r>
          </w:p>
        </w:tc>
        <w:tc>
          <w:tcPr/>
          <w:p w:rsidR="00000000" w:rsidDel="00000000" w:rsidP="00000000" w:rsidRDefault="00000000" w:rsidRPr="00000000" w14:paraId="000001B6">
            <w:pPr>
              <w:jc w:val="center"/>
              <w:rPr/>
            </w:pPr>
            <w:r w:rsidDel="00000000" w:rsidR="00000000" w:rsidRPr="00000000">
              <w:rPr>
                <w:rtl w:val="0"/>
              </w:rPr>
            </w:r>
          </w:p>
        </w:tc>
        <w:tc>
          <w:tcPr/>
          <w:p w:rsidR="00000000" w:rsidDel="00000000" w:rsidP="00000000" w:rsidRDefault="00000000" w:rsidRPr="00000000" w14:paraId="000001B7">
            <w:pPr>
              <w:jc w:val="center"/>
              <w:rPr/>
            </w:pPr>
            <w:r w:rsidDel="00000000" w:rsidR="00000000" w:rsidRPr="00000000">
              <w:rPr>
                <w:rtl w:val="0"/>
              </w:rPr>
            </w:r>
          </w:p>
        </w:tc>
        <w:tc>
          <w:tcPr/>
          <w:p w:rsidR="00000000" w:rsidDel="00000000" w:rsidP="00000000" w:rsidRDefault="00000000" w:rsidRPr="00000000" w14:paraId="000001B8">
            <w:pPr>
              <w:jc w:val="center"/>
              <w:rPr/>
            </w:pPr>
            <w:r w:rsidDel="00000000" w:rsidR="00000000" w:rsidRPr="00000000">
              <w:rPr>
                <w:rtl w:val="0"/>
              </w:rPr>
            </w:r>
          </w:p>
        </w:tc>
      </w:tr>
    </w:tbl>
    <w:p w:rsidR="00000000" w:rsidDel="00000000" w:rsidP="00000000" w:rsidRDefault="00000000" w:rsidRPr="00000000" w14:paraId="000001B9">
      <w:pPr>
        <w:spacing w:after="200" w:before="0" w:lineRule="auto"/>
        <w:jc w:val="both"/>
        <w:rPr/>
      </w:pPr>
      <w:r w:rsidDel="00000000" w:rsidR="00000000" w:rsidRPr="00000000">
        <w:rPr>
          <w:rtl w:val="0"/>
        </w:rPr>
      </w:r>
    </w:p>
    <w:p w:rsidR="00000000" w:rsidDel="00000000" w:rsidP="00000000" w:rsidRDefault="00000000" w:rsidRPr="00000000" w14:paraId="000001BA">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5</w:t>
      </w:r>
      <w:r w:rsidDel="00000000" w:rsidR="00000000" w:rsidRPr="00000000">
        <w:rPr>
          <w:rtl w:val="0"/>
        </w:rPr>
      </w:r>
    </w:p>
    <w:tbl>
      <w:tblPr>
        <w:tblStyle w:val="Table12"/>
        <w:tblW w:w="974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49"/>
        <w:gridCol w:w="1949"/>
        <w:gridCol w:w="1949"/>
        <w:gridCol w:w="1949"/>
        <w:gridCol w:w="1949"/>
        <w:tblGridChange w:id="0">
          <w:tblGrid>
            <w:gridCol w:w="1949"/>
            <w:gridCol w:w="1949"/>
            <w:gridCol w:w="1949"/>
            <w:gridCol w:w="1949"/>
            <w:gridCol w:w="1949"/>
          </w:tblGrid>
        </w:tblGridChange>
      </w:tblGrid>
      <w:tr>
        <w:trPr>
          <w:cantSplit w:val="0"/>
          <w:tblHeader w:val="0"/>
        </w:trPr>
        <w:tc>
          <w:tcPr>
            <w:shd w:fill="f2f2f2" w:val="clear"/>
          </w:tcPr>
          <w:p w:rsidR="00000000" w:rsidDel="00000000" w:rsidP="00000000" w:rsidRDefault="00000000" w:rsidRPr="00000000" w14:paraId="000001BB">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1BC">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c>
          <w:tcPr>
            <w:shd w:fill="f2f2f2" w:val="clear"/>
          </w:tcPr>
          <w:p w:rsidR="00000000" w:rsidDel="00000000" w:rsidP="00000000" w:rsidRDefault="00000000" w:rsidRPr="00000000" w14:paraId="000001BD">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produs</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BE">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Cost livrare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BF">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1C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Materiale de construcție pentru adăposturi zootehnice</w:t>
            </w:r>
            <w:r w:rsidDel="00000000" w:rsidR="00000000" w:rsidRPr="00000000">
              <w:rPr>
                <w:rtl w:val="0"/>
              </w:rPr>
            </w:r>
          </w:p>
        </w:tc>
        <w:tc>
          <w:tcPr/>
          <w:p w:rsidR="00000000" w:rsidDel="00000000" w:rsidP="00000000" w:rsidRDefault="00000000" w:rsidRPr="00000000" w14:paraId="000001C1">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conform Anexei nr. 4</w:t>
            </w:r>
            <w:r w:rsidDel="00000000" w:rsidR="00000000" w:rsidRPr="00000000">
              <w:rPr>
                <w:rtl w:val="0"/>
              </w:rPr>
            </w:r>
          </w:p>
        </w:tc>
        <w:tc>
          <w:tcPr/>
          <w:p w:rsidR="00000000" w:rsidDel="00000000" w:rsidP="00000000" w:rsidRDefault="00000000" w:rsidRPr="00000000" w14:paraId="000001C2">
            <w:pPr>
              <w:jc w:val="center"/>
              <w:rPr/>
            </w:pPr>
            <w:r w:rsidDel="00000000" w:rsidR="00000000" w:rsidRPr="00000000">
              <w:rPr>
                <w:rtl w:val="0"/>
              </w:rPr>
            </w:r>
          </w:p>
        </w:tc>
        <w:tc>
          <w:tcPr/>
          <w:p w:rsidR="00000000" w:rsidDel="00000000" w:rsidP="00000000" w:rsidRDefault="00000000" w:rsidRPr="00000000" w14:paraId="000001C3">
            <w:pPr>
              <w:jc w:val="center"/>
              <w:rPr/>
            </w:pPr>
            <w:r w:rsidDel="00000000" w:rsidR="00000000" w:rsidRPr="00000000">
              <w:rPr>
                <w:rtl w:val="0"/>
              </w:rPr>
            </w:r>
          </w:p>
        </w:tc>
        <w:tc>
          <w:tcPr/>
          <w:p w:rsidR="00000000" w:rsidDel="00000000" w:rsidP="00000000" w:rsidRDefault="00000000" w:rsidRPr="00000000" w14:paraId="000001C4">
            <w:pPr>
              <w:jc w:val="center"/>
              <w:rPr/>
            </w:pPr>
            <w:r w:rsidDel="00000000" w:rsidR="00000000" w:rsidRPr="00000000">
              <w:rPr>
                <w:rtl w:val="0"/>
              </w:rPr>
            </w:r>
          </w:p>
        </w:tc>
      </w:tr>
    </w:tbl>
    <w:p w:rsidR="00000000" w:rsidDel="00000000" w:rsidP="00000000" w:rsidRDefault="00000000" w:rsidRPr="00000000" w14:paraId="000001C5">
      <w:pPr>
        <w:spacing w:after="200" w:before="0" w:lineRule="auto"/>
        <w:jc w:val="both"/>
        <w:rPr/>
      </w:pPr>
      <w:r w:rsidDel="00000000" w:rsidR="00000000" w:rsidRPr="00000000">
        <w:rPr>
          <w:rtl w:val="0"/>
        </w:rPr>
      </w:r>
    </w:p>
    <w:p w:rsidR="00000000" w:rsidDel="00000000" w:rsidP="00000000" w:rsidRDefault="00000000" w:rsidRPr="00000000" w14:paraId="000001C6">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6</w:t>
      </w:r>
      <w:r w:rsidDel="00000000" w:rsidR="00000000" w:rsidRPr="00000000">
        <w:rPr>
          <w:rtl w:val="0"/>
        </w:rPr>
      </w:r>
    </w:p>
    <w:tbl>
      <w:tblPr>
        <w:tblStyle w:val="Table13"/>
        <w:tblW w:w="974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49"/>
        <w:gridCol w:w="1949"/>
        <w:gridCol w:w="1949"/>
        <w:gridCol w:w="1949"/>
        <w:gridCol w:w="1949"/>
        <w:tblGridChange w:id="0">
          <w:tblGrid>
            <w:gridCol w:w="1949"/>
            <w:gridCol w:w="1949"/>
            <w:gridCol w:w="1949"/>
            <w:gridCol w:w="1949"/>
            <w:gridCol w:w="1949"/>
          </w:tblGrid>
        </w:tblGridChange>
      </w:tblGrid>
      <w:tr>
        <w:trPr>
          <w:cantSplit w:val="0"/>
          <w:tblHeader w:val="0"/>
        </w:trPr>
        <w:tc>
          <w:tcPr>
            <w:shd w:fill="f2f2f2" w:val="clear"/>
          </w:tcPr>
          <w:p w:rsidR="00000000" w:rsidDel="00000000" w:rsidP="00000000" w:rsidRDefault="00000000" w:rsidRPr="00000000" w14:paraId="000001C7">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1C8">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c>
          <w:tcPr>
            <w:shd w:fill="f2f2f2" w:val="clear"/>
          </w:tcPr>
          <w:p w:rsidR="00000000" w:rsidDel="00000000" w:rsidP="00000000" w:rsidRDefault="00000000" w:rsidRPr="00000000" w14:paraId="000001C9">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produs</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CA">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Cost livrare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CB">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1C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Substrat, semințe și fertilizanți pentru horticultură</w:t>
            </w:r>
            <w:r w:rsidDel="00000000" w:rsidR="00000000" w:rsidRPr="00000000">
              <w:rPr>
                <w:rtl w:val="0"/>
              </w:rPr>
            </w:r>
          </w:p>
        </w:tc>
        <w:tc>
          <w:tcPr/>
          <w:p w:rsidR="00000000" w:rsidDel="00000000" w:rsidP="00000000" w:rsidRDefault="00000000" w:rsidRPr="00000000" w14:paraId="000001CD">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36 buc./saci</w:t>
            </w:r>
            <w:r w:rsidDel="00000000" w:rsidR="00000000" w:rsidRPr="00000000">
              <w:rPr>
                <w:rtl w:val="0"/>
              </w:rPr>
            </w:r>
          </w:p>
        </w:tc>
        <w:tc>
          <w:tcPr/>
          <w:p w:rsidR="00000000" w:rsidDel="00000000" w:rsidP="00000000" w:rsidRDefault="00000000" w:rsidRPr="00000000" w14:paraId="000001CE">
            <w:pPr>
              <w:jc w:val="center"/>
              <w:rPr/>
            </w:pPr>
            <w:r w:rsidDel="00000000" w:rsidR="00000000" w:rsidRPr="00000000">
              <w:rPr>
                <w:rtl w:val="0"/>
              </w:rPr>
            </w:r>
          </w:p>
        </w:tc>
        <w:tc>
          <w:tcPr/>
          <w:p w:rsidR="00000000" w:rsidDel="00000000" w:rsidP="00000000" w:rsidRDefault="00000000" w:rsidRPr="00000000" w14:paraId="000001CF">
            <w:pPr>
              <w:jc w:val="center"/>
              <w:rPr/>
            </w:pPr>
            <w:r w:rsidDel="00000000" w:rsidR="00000000" w:rsidRPr="00000000">
              <w:rPr>
                <w:rtl w:val="0"/>
              </w:rPr>
            </w:r>
          </w:p>
        </w:tc>
        <w:tc>
          <w:tcPr/>
          <w:p w:rsidR="00000000" w:rsidDel="00000000" w:rsidP="00000000" w:rsidRDefault="00000000" w:rsidRPr="00000000" w14:paraId="000001D0">
            <w:pPr>
              <w:jc w:val="center"/>
              <w:rPr/>
            </w:pPr>
            <w:r w:rsidDel="00000000" w:rsidR="00000000" w:rsidRPr="00000000">
              <w:rPr>
                <w:rtl w:val="0"/>
              </w:rPr>
            </w:r>
          </w:p>
        </w:tc>
      </w:tr>
    </w:tbl>
    <w:p w:rsidR="00000000" w:rsidDel="00000000" w:rsidP="00000000" w:rsidRDefault="00000000" w:rsidRPr="00000000" w14:paraId="000001D1">
      <w:pPr>
        <w:spacing w:after="200" w:before="0" w:lineRule="auto"/>
        <w:jc w:val="both"/>
        <w:rPr/>
      </w:pPr>
      <w:r w:rsidDel="00000000" w:rsidR="00000000" w:rsidRPr="00000000">
        <w:rPr>
          <w:rtl w:val="0"/>
        </w:rPr>
      </w:r>
    </w:p>
    <w:p w:rsidR="00000000" w:rsidDel="00000000" w:rsidP="00000000" w:rsidRDefault="00000000" w:rsidRPr="00000000" w14:paraId="000001D2">
      <w:pPr>
        <w:jc w:val="both"/>
        <w:rPr/>
      </w:pPr>
      <w:r w:rsidDel="00000000" w:rsidR="00000000" w:rsidRPr="00000000">
        <w:rPr>
          <w:rtl w:val="0"/>
        </w:rPr>
        <w:t xml:space="preserve">pentru suma de _________ (cifre și litere) ____ MDL, fără TVA (indicați suma pentru fiecare lot, inclusiv costul de livrare, și suma ofertei totale), plătibilă după recepția cantitativă la locațiile finale de destinație.</w:t>
      </w:r>
    </w:p>
    <w:p w:rsidR="00000000" w:rsidDel="00000000" w:rsidP="00000000" w:rsidRDefault="00000000" w:rsidRPr="00000000" w14:paraId="000001D3">
      <w:pPr>
        <w:spacing w:after="0" w:lineRule="auto"/>
        <w:ind w:left="360" w:firstLine="708"/>
        <w:jc w:val="both"/>
        <w:rPr>
          <w:b w:val="1"/>
          <w:bCs w:val="1"/>
          <w:color w:val="ff0000"/>
        </w:rPr>
      </w:pPr>
      <w:r w:rsidDel="00000000" w:rsidR="00000000" w:rsidRPr="00000000">
        <w:rPr>
          <w:b w:val="1"/>
          <w:bCs w:val="1"/>
          <w:color w:val="ff0000"/>
          <w:rtl w:val="0"/>
        </w:rPr>
        <w:t xml:space="preserve">Notă: O companie poate depune oferta de preț pentru unul sau ambele loturi. Vă rugăm să selectați lotul/loturile pentru care transmiteți oferta financiară și să ștergeți tabelele corespunzătoare celorlalte loturi.</w:t>
      </w:r>
    </w:p>
    <w:p w:rsidR="00000000" w:rsidDel="00000000" w:rsidP="00000000" w:rsidRDefault="00000000" w:rsidRPr="00000000" w14:paraId="000001D4">
      <w:pPr>
        <w:spacing w:after="0" w:lineRule="auto"/>
        <w:ind w:left="360" w:firstLine="708"/>
        <w:jc w:val="both"/>
        <w:rPr>
          <w:b w:val="1"/>
          <w:bCs w:val="1"/>
          <w:color w:val="ff0000"/>
        </w:rPr>
      </w:pPr>
      <w:r w:rsidDel="00000000" w:rsidR="00000000" w:rsidRPr="00000000">
        <w:rPr>
          <w:rtl w:val="0"/>
        </w:rPr>
      </w:r>
    </w:p>
    <w:p w:rsidR="00000000" w:rsidDel="00000000" w:rsidP="00000000" w:rsidRDefault="00000000" w:rsidRPr="00000000" w14:paraId="000001D5">
      <w:pPr>
        <w:numPr>
          <w:ilvl w:val="0"/>
          <w:numId w:val="16"/>
        </w:numPr>
        <w:spacing w:after="200" w:before="20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Ne angajăm ca, în cazul în care oferta noastră este stabilită câștigătoare, să furnizăm bunul și să asigurăm livrarea acestuia la locațiile beneficiarelor, în graficul de timp și la destinațiile indicate în Anexa nr. 4 Termenii și condițiile de livrare și plată.</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z w:val="24"/>
          <w:szCs w:val="24"/>
          <w:u w:val="none"/>
          <w:rtl w:val="0"/>
        </w:rPr>
        <w:t xml:space="preserve">Ne angajăm să realizăm executarea Contractului, în conformitate cu clauzele și condițiile Contractului care însoțește această Cerere de cotații.</w:t>
      </w:r>
      <w:r w:rsidDel="00000000" w:rsidR="00000000" w:rsidRPr="00000000">
        <w:rPr>
          <w:rtl w:val="0"/>
        </w:rPr>
      </w:r>
    </w:p>
    <w:p w:rsidR="00000000" w:rsidDel="00000000" w:rsidP="00000000" w:rsidRDefault="00000000" w:rsidRPr="00000000" w14:paraId="000001D6">
      <w:pPr>
        <w:numPr>
          <w:ilvl w:val="0"/>
          <w:numId w:val="16"/>
        </w:numPr>
        <w:spacing w:after="0" w:before="20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Ne angajăm să menținem această ofertă valabilă pentru o durată de </w:t>
      </w:r>
      <w:r w:rsidDel="00000000" w:rsidR="00000000" w:rsidRPr="00000000">
        <w:rPr>
          <w:b w:val="1"/>
          <w:bCs w:val="1"/>
          <w:i w:val="0"/>
          <w:iCs w:val="0"/>
          <w:sz w:val="24"/>
          <w:szCs w:val="24"/>
          <w:u w:val="none"/>
          <w:rtl w:val="0"/>
        </w:rPr>
        <w:t xml:space="preserve">30 (treizeci) zile calendaristice</w:t>
      </w:r>
      <w:r w:rsidDel="00000000" w:rsidR="00000000" w:rsidRPr="00000000">
        <w:rPr>
          <w:rFonts w:ascii="Times New Roman" w:cs="Times New Roman" w:eastAsia="Times New Roman" w:hAnsi="Times New Roman"/>
          <w:b w:val="0"/>
          <w:bCs w:val="0"/>
          <w:i w:val="0"/>
          <w:iCs w:val="0"/>
          <w:sz w:val="24"/>
          <w:szCs w:val="24"/>
          <w:u w:val="none"/>
          <w:rtl w:val="0"/>
        </w:rPr>
        <w:t xml:space="preserve"> de la data limită de depunere a ofertelor, respectiv până la data de </w:t>
      </w:r>
      <w:r w:rsidDel="00000000" w:rsidR="00000000" w:rsidRPr="00000000">
        <w:rPr>
          <w:b w:val="1"/>
          <w:bCs w:val="1"/>
          <w:rtl w:val="0"/>
        </w:rPr>
        <w:t xml:space="preserve">23</w:t>
      </w:r>
      <w:r w:rsidDel="00000000" w:rsidR="00000000" w:rsidRPr="00000000">
        <w:rPr>
          <w:b w:val="1"/>
          <w:bCs w:val="1"/>
          <w:i w:val="0"/>
          <w:iCs w:val="0"/>
          <w:sz w:val="24"/>
          <w:szCs w:val="24"/>
          <w:u w:val="none"/>
          <w:rtl w:val="0"/>
        </w:rPr>
        <w:t xml:space="preserve"> octombrie 2026</w:t>
      </w:r>
      <w:r w:rsidDel="00000000" w:rsidR="00000000" w:rsidRPr="00000000">
        <w:rPr>
          <w:rFonts w:ascii="Times New Roman" w:cs="Times New Roman" w:eastAsia="Times New Roman" w:hAnsi="Times New Roman"/>
          <w:b w:val="0"/>
          <w:bCs w:val="0"/>
          <w:i w:val="0"/>
          <w:iCs w:val="0"/>
          <w:sz w:val="24"/>
          <w:szCs w:val="24"/>
          <w:u w:val="none"/>
          <w:rtl w:val="0"/>
        </w:rPr>
        <w:t xml:space="preserve">, și ea va rămâne obligatorie pentru noi și poate fi acceptată oricând înainte de expirarea perioadei de valabilitate.</w:t>
      </w:r>
      <w:r w:rsidDel="00000000" w:rsidR="00000000" w:rsidRPr="00000000">
        <w:rPr>
          <w:rtl w:val="0"/>
        </w:rPr>
      </w:r>
    </w:p>
    <w:p w:rsidR="00000000" w:rsidDel="00000000" w:rsidP="00000000" w:rsidRDefault="00000000" w:rsidRPr="00000000" w14:paraId="000001D7">
      <w:pPr>
        <w:numPr>
          <w:ilvl w:val="0"/>
          <w:numId w:val="16"/>
        </w:numPr>
        <w:spacing w:after="0" w:before="20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Până la încheierea și semnarea Contractului de furnizare, această ofertă, împreună cu comunicarea transmisă de către dumneavoastră, în scris, prin care oferta noastră este stabilită câștigătoare, vor constitui un contract angajant pentru noi.</w:t>
      </w:r>
      <w:r w:rsidDel="00000000" w:rsidR="00000000" w:rsidRPr="00000000">
        <w:rPr>
          <w:rtl w:val="0"/>
        </w:rPr>
      </w:r>
    </w:p>
    <w:p w:rsidR="00000000" w:rsidDel="00000000" w:rsidP="00000000" w:rsidRDefault="00000000" w:rsidRPr="00000000" w14:paraId="000001D8">
      <w:pPr>
        <w:numPr>
          <w:ilvl w:val="0"/>
          <w:numId w:val="16"/>
        </w:numPr>
        <w:spacing w:after="400" w:before="20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Înțelegem că nu sunteți obligați să acceptați oferta cu cel mai scăzut preț sau orice altă ofertă pe care o puteți primi.</w:t>
      </w:r>
      <w:r w:rsidDel="00000000" w:rsidR="00000000" w:rsidRPr="00000000">
        <w:rPr>
          <w:rtl w:val="0"/>
        </w:rPr>
      </w:r>
    </w:p>
    <w:p w:rsidR="00000000" w:rsidDel="00000000" w:rsidP="00000000" w:rsidRDefault="00000000" w:rsidRPr="00000000" w14:paraId="000001D9">
      <w:pPr>
        <w:spacing w:after="20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Data _____/_____/_____</w:t>
      </w:r>
      <w:r w:rsidDel="00000000" w:rsidR="00000000" w:rsidRPr="00000000">
        <w:rPr>
          <w:rtl w:val="0"/>
        </w:rPr>
      </w:r>
    </w:p>
    <w:p w:rsidR="00000000" w:rsidDel="00000000" w:rsidP="00000000" w:rsidRDefault="00000000" w:rsidRPr="00000000" w14:paraId="000001DA">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(Numele, semnătura), în calitate de _______________, legal autorizat să semnez</w:t>
      </w:r>
      <w:r w:rsidDel="00000000" w:rsidR="00000000" w:rsidRPr="00000000">
        <w:rPr>
          <w:rtl w:val="0"/>
        </w:rPr>
      </w:r>
    </w:p>
    <w:p w:rsidR="00000000" w:rsidDel="00000000" w:rsidP="00000000" w:rsidRDefault="00000000" w:rsidRPr="00000000" w14:paraId="000001DB">
      <w:pPr>
        <w:spacing w:after="3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oferta pentru și în numele __________________________ (numele ofertantului, ștampila).</w:t>
      </w:r>
      <w:r w:rsidDel="00000000" w:rsidR="00000000" w:rsidRPr="00000000">
        <w:rPr>
          <w:rtl w:val="0"/>
        </w:rPr>
      </w:r>
    </w:p>
    <w:p w:rsidR="00000000" w:rsidDel="00000000" w:rsidP="00000000" w:rsidRDefault="00000000" w:rsidRPr="00000000" w14:paraId="000001DC">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Adresa:</w:t>
        <w:tab/>
        <w:tab/>
        <w:tab/>
        <w:t xml:space="preserve">_______________________________________</w:t>
      </w:r>
      <w:r w:rsidDel="00000000" w:rsidR="00000000" w:rsidRPr="00000000">
        <w:rPr>
          <w:rtl w:val="0"/>
        </w:rPr>
      </w:r>
    </w:p>
    <w:p w:rsidR="00000000" w:rsidDel="00000000" w:rsidP="00000000" w:rsidRDefault="00000000" w:rsidRPr="00000000" w14:paraId="000001DD">
      <w:pPr>
        <w:spacing w:after="16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ab/>
        <w:tab/>
        <w:tab/>
        <w:tab/>
        <w:t xml:space="preserve">_______________________________________</w:t>
      </w:r>
      <w:r w:rsidDel="00000000" w:rsidR="00000000" w:rsidRPr="00000000">
        <w:rPr>
          <w:rtl w:val="0"/>
        </w:rPr>
      </w:r>
    </w:p>
    <w:p w:rsidR="00000000" w:rsidDel="00000000" w:rsidP="00000000" w:rsidRDefault="00000000" w:rsidRPr="00000000" w14:paraId="000001DE">
      <w:pPr>
        <w:spacing w:after="16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Telefon</w:t>
        <w:tab/>
        <w:tab/>
        <w:t xml:space="preserve">            ___________________</w:t>
      </w:r>
      <w:r w:rsidDel="00000000" w:rsidR="00000000" w:rsidRPr="00000000">
        <w:rPr>
          <w:rtl w:val="0"/>
        </w:rPr>
      </w:r>
    </w:p>
    <w:p w:rsidR="00000000" w:rsidDel="00000000" w:rsidP="00000000" w:rsidRDefault="00000000" w:rsidRPr="00000000" w14:paraId="000001DF">
      <w:pPr>
        <w:spacing w:after="8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E-Mail: </w:t>
        <w:tab/>
        <w:tab/>
        <w:tab/>
        <w:t xml:space="preserve">____________________________</w:t>
      </w:r>
      <w:r w:rsidDel="00000000" w:rsidR="00000000" w:rsidRPr="00000000">
        <w:rPr>
          <w:rtl w:val="0"/>
        </w:rPr>
      </w:r>
    </w:p>
    <w:p w:rsidR="00000000" w:rsidDel="00000000" w:rsidP="00000000" w:rsidRDefault="00000000" w:rsidRPr="00000000" w14:paraId="000001E0">
      <w:pPr>
        <w:rPr/>
      </w:pPr>
      <w:r w:rsidDel="00000000" w:rsidR="00000000" w:rsidRPr="00000000">
        <w:br w:type="page"/>
      </w:r>
      <w:r w:rsidDel="00000000" w:rsidR="00000000" w:rsidRPr="00000000">
        <w:rPr>
          <w:rtl w:val="0"/>
        </w:rPr>
      </w:r>
    </w:p>
    <w:p w:rsidR="00000000" w:rsidDel="00000000" w:rsidP="00000000" w:rsidRDefault="00000000" w:rsidRPr="00000000" w14:paraId="000001E1">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Anexa nr. 4</w:t>
      </w:r>
      <w:r w:rsidDel="00000000" w:rsidR="00000000" w:rsidRPr="00000000">
        <w:rPr>
          <w:rtl w:val="0"/>
        </w:rPr>
      </w:r>
    </w:p>
    <w:p w:rsidR="00000000" w:rsidDel="00000000" w:rsidP="00000000" w:rsidRDefault="00000000" w:rsidRPr="00000000" w14:paraId="000001E2">
      <w:pPr>
        <w:spacing w:after="32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Termeni și Condiții de furnizare și plată</w:t>
      </w:r>
      <w:r w:rsidDel="00000000" w:rsidR="00000000" w:rsidRPr="00000000">
        <w:rPr>
          <w:rtl w:val="0"/>
        </w:rPr>
      </w:r>
    </w:p>
    <w:p w:rsidR="00000000" w:rsidDel="00000000" w:rsidP="00000000" w:rsidRDefault="00000000" w:rsidRPr="00000000" w14:paraId="000001E3">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Titlul Proiectului: </w:t>
      </w:r>
      <w:r w:rsidDel="00000000" w:rsidR="00000000" w:rsidRPr="00000000">
        <w:rPr>
          <w:rFonts w:ascii="Times New Roman" w:cs="Times New Roman" w:eastAsia="Times New Roman" w:hAnsi="Times New Roman"/>
          <w:b w:val="1"/>
          <w:bCs w:val="1"/>
          <w:i w:val="0"/>
          <w:iCs w:val="0"/>
          <w:sz w:val="24"/>
          <w:szCs w:val="24"/>
          <w:u w:val="none"/>
          <w:rtl w:val="0"/>
        </w:rPr>
        <w:t xml:space="preserve">Proiect de granturi pentru dezvoltarea antreprenoriatului</w:t>
      </w:r>
      <w:r w:rsidDel="00000000" w:rsidR="00000000" w:rsidRPr="00000000">
        <w:rPr>
          <w:rtl w:val="0"/>
        </w:rPr>
      </w:r>
    </w:p>
    <w:p w:rsidR="00000000" w:rsidDel="00000000" w:rsidP="00000000" w:rsidRDefault="00000000" w:rsidRPr="00000000" w14:paraId="000001E4">
      <w:pPr>
        <w:spacing w:after="20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Cumpărător: </w:t>
      </w:r>
      <w:r w:rsidDel="00000000" w:rsidR="00000000" w:rsidRPr="00000000">
        <w:rPr>
          <w:rFonts w:ascii="Times New Roman" w:cs="Times New Roman" w:eastAsia="Times New Roman" w:hAnsi="Times New Roman"/>
          <w:b w:val="1"/>
          <w:bCs w:val="1"/>
          <w:i w:val="0"/>
          <w:iCs w:val="0"/>
          <w:sz w:val="24"/>
          <w:szCs w:val="24"/>
          <w:u w:val="none"/>
          <w:rtl w:val="0"/>
        </w:rPr>
        <w:t xml:space="preserve">AO „Gender-Centru”</w:t>
      </w:r>
      <w:r w:rsidDel="00000000" w:rsidR="00000000" w:rsidRPr="00000000">
        <w:rPr>
          <w:rtl w:val="0"/>
        </w:rPr>
      </w:r>
    </w:p>
    <w:p w:rsidR="00000000" w:rsidDel="00000000" w:rsidP="00000000" w:rsidRDefault="00000000" w:rsidRPr="00000000" w14:paraId="000001E5">
      <w:pPr>
        <w:spacing w:after="28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Referință: Procurarea utilajelor, echipamentelor și materialelor pentru producție agricolă, zootehnică și alimentară (LOT 1 – LOT 6)</w:t>
      </w:r>
      <w:r w:rsidDel="00000000" w:rsidR="00000000" w:rsidRPr="00000000">
        <w:rPr>
          <w:rtl w:val="0"/>
        </w:rPr>
      </w:r>
    </w:p>
    <w:p w:rsidR="00000000" w:rsidDel="00000000" w:rsidP="00000000" w:rsidRDefault="00000000" w:rsidRPr="00000000" w14:paraId="000001E6">
      <w:pPr>
        <w:spacing w:after="200" w:before="0" w:lineRule="auto"/>
        <w:jc w:val="both"/>
        <w:rPr/>
      </w:pPr>
      <w:r w:rsidDel="00000000" w:rsidR="00000000" w:rsidRPr="00000000">
        <w:rPr>
          <w:rFonts w:ascii="Times New Roman" w:cs="Times New Roman" w:eastAsia="Times New Roman" w:hAnsi="Times New Roman"/>
          <w:b w:val="1"/>
          <w:bCs w:val="1"/>
          <w:i w:val="0"/>
          <w:iCs w:val="0"/>
          <w:sz w:val="24"/>
          <w:szCs w:val="24"/>
          <w:u w:val="single"/>
          <w:rtl w:val="0"/>
        </w:rPr>
        <w:t xml:space="preserve">1. Specificații tehnice, cantități și prețul</w:t>
      </w:r>
      <w:r w:rsidDel="00000000" w:rsidR="00000000" w:rsidRPr="00000000">
        <w:rPr>
          <w:rtl w:val="0"/>
        </w:rPr>
      </w:r>
    </w:p>
    <w:p w:rsidR="00000000" w:rsidDel="00000000" w:rsidP="00000000" w:rsidRDefault="00000000" w:rsidRPr="00000000" w14:paraId="000001E7">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1. Utilaje agricole mecanizate</w:t>
      </w:r>
      <w:r w:rsidDel="00000000" w:rsidR="00000000" w:rsidRPr="00000000">
        <w:rPr>
          <w:rtl w:val="0"/>
        </w:rPr>
      </w:r>
    </w:p>
    <w:tbl>
      <w:tblPr>
        <w:tblStyle w:val="Table14"/>
        <w:tblW w:w="103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0"/>
        <w:gridCol w:w="4575"/>
        <w:gridCol w:w="1320"/>
        <w:gridCol w:w="1905"/>
        <w:gridCol w:w="1845"/>
        <w:tblGridChange w:id="0">
          <w:tblGrid>
            <w:gridCol w:w="720"/>
            <w:gridCol w:w="4575"/>
            <w:gridCol w:w="1320"/>
            <w:gridCol w:w="1905"/>
            <w:gridCol w:w="1845"/>
          </w:tblGrid>
        </w:tblGridChange>
      </w:tblGrid>
      <w:tr>
        <w:trPr>
          <w:cantSplit w:val="0"/>
          <w:tblHeader w:val="0"/>
        </w:trPr>
        <w:tc>
          <w:tcPr>
            <w:shd w:fill="f2f2f2" w:val="clear"/>
          </w:tcPr>
          <w:p w:rsidR="00000000" w:rsidDel="00000000" w:rsidP="00000000" w:rsidRDefault="00000000" w:rsidRPr="00000000" w14:paraId="000001E8">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w:t>
              <w:br w:type="textWrapping"/>
              <w:t xml:space="preserve">crt.</w:t>
            </w:r>
            <w:r w:rsidDel="00000000" w:rsidR="00000000" w:rsidRPr="00000000">
              <w:rPr>
                <w:rtl w:val="0"/>
              </w:rPr>
            </w:r>
          </w:p>
        </w:tc>
        <w:tc>
          <w:tcPr>
            <w:shd w:fill="f2f2f2" w:val="clear"/>
          </w:tcPr>
          <w:p w:rsidR="00000000" w:rsidDel="00000000" w:rsidP="00000000" w:rsidRDefault="00000000" w:rsidRPr="00000000" w14:paraId="000001E9">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 pachet</w:t>
            </w:r>
            <w:r w:rsidDel="00000000" w:rsidR="00000000" w:rsidRPr="00000000">
              <w:rPr>
                <w:rtl w:val="0"/>
              </w:rPr>
            </w:r>
          </w:p>
        </w:tc>
        <w:tc>
          <w:tcPr>
            <w:shd w:fill="f2f2f2" w:val="clear"/>
          </w:tcPr>
          <w:p w:rsidR="00000000" w:rsidDel="00000000" w:rsidP="00000000" w:rsidRDefault="00000000" w:rsidRPr="00000000" w14:paraId="000001EA">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w:t>
              <w:br w:type="textWrapping"/>
              <w:t xml:space="preserve">(complet)</w:t>
            </w:r>
            <w:r w:rsidDel="00000000" w:rsidR="00000000" w:rsidRPr="00000000">
              <w:rPr>
                <w:rtl w:val="0"/>
              </w:rPr>
            </w:r>
          </w:p>
        </w:tc>
        <w:tc>
          <w:tcPr>
            <w:shd w:fill="f2f2f2" w:val="clear"/>
          </w:tcPr>
          <w:p w:rsidR="00000000" w:rsidDel="00000000" w:rsidP="00000000" w:rsidRDefault="00000000" w:rsidRPr="00000000" w14:paraId="000001EB">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unitar</w:t>
              <w:br w:type="textWrapping"/>
              <w:t xml:space="preserve">(compus din costurile directe și indirecte)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EC">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 la</w:t>
              <w:br w:type="textWrapping"/>
              <w:t xml:space="preserve">destinația finală</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1ED">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1EE">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1EF">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1F0">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1F1">
            <w:pPr>
              <w:jc w:val="center"/>
              <w:rPr/>
            </w:pPr>
            <w:r w:rsidDel="00000000" w:rsidR="00000000" w:rsidRPr="00000000">
              <w:rPr>
                <w:b w:val="1"/>
                <w:bCs w:val="1"/>
                <w:rtl w:val="0"/>
              </w:rPr>
              <w:t xml:space="preserve">5=3x4</w:t>
            </w:r>
            <w:r w:rsidDel="00000000" w:rsidR="00000000" w:rsidRPr="00000000">
              <w:rPr>
                <w:rtl w:val="0"/>
              </w:rPr>
            </w:r>
          </w:p>
        </w:tc>
      </w:tr>
      <w:tr>
        <w:trPr>
          <w:cantSplit w:val="0"/>
          <w:tblHeader w:val="0"/>
        </w:trPr>
        <w:tc>
          <w:tcPr/>
          <w:p w:rsidR="00000000" w:rsidDel="00000000" w:rsidP="00000000" w:rsidRDefault="00000000" w:rsidRPr="00000000" w14:paraId="000001F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Motocultor cu freză de lucru</w:t>
            </w:r>
            <w:r w:rsidDel="00000000" w:rsidR="00000000" w:rsidRPr="00000000">
              <w:rPr>
                <w:rtl w:val="0"/>
              </w:rPr>
            </w:r>
          </w:p>
          <w:p w:rsidR="00000000" w:rsidDel="00000000" w:rsidP="00000000" w:rsidRDefault="00000000" w:rsidRPr="00000000" w14:paraId="000001F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F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Motor termic cu putere minimum 6 CP;</w:t>
            </w:r>
            <w:r w:rsidDel="00000000" w:rsidR="00000000" w:rsidRPr="00000000">
              <w:rPr>
                <w:rtl w:val="0"/>
              </w:rPr>
            </w:r>
          </w:p>
          <w:p w:rsidR="00000000" w:rsidDel="00000000" w:rsidP="00000000" w:rsidRDefault="00000000" w:rsidRPr="00000000" w14:paraId="000001F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lățime de lucru a frezei minimum 80 cm;</w:t>
            </w:r>
            <w:r w:rsidDel="00000000" w:rsidR="00000000" w:rsidRPr="00000000">
              <w:rPr>
                <w:rtl w:val="0"/>
              </w:rPr>
            </w:r>
          </w:p>
          <w:p w:rsidR="00000000" w:rsidDel="00000000" w:rsidP="00000000" w:rsidRDefault="00000000" w:rsidRPr="00000000" w14:paraId="000001F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transmisie cu marșarier;</w:t>
            </w:r>
            <w:r w:rsidDel="00000000" w:rsidR="00000000" w:rsidRPr="00000000">
              <w:rPr>
                <w:rtl w:val="0"/>
              </w:rPr>
            </w:r>
          </w:p>
          <w:p w:rsidR="00000000" w:rsidDel="00000000" w:rsidP="00000000" w:rsidRDefault="00000000" w:rsidRPr="00000000" w14:paraId="000001F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roți cu anvelope adecvate lucrului agricol.</w:t>
            </w:r>
            <w:r w:rsidDel="00000000" w:rsidR="00000000" w:rsidRPr="00000000">
              <w:rPr>
                <w:rtl w:val="0"/>
              </w:rPr>
            </w:r>
          </w:p>
          <w:p w:rsidR="00000000" w:rsidDel="00000000" w:rsidP="00000000" w:rsidRDefault="00000000" w:rsidRPr="00000000" w14:paraId="000001F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1F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1FC">
            <w:pPr>
              <w:rPr/>
            </w:pPr>
            <w:r w:rsidDel="00000000" w:rsidR="00000000" w:rsidRPr="00000000">
              <w:rPr>
                <w:rtl w:val="0"/>
              </w:rPr>
            </w:r>
          </w:p>
        </w:tc>
        <w:tc>
          <w:tcPr/>
          <w:p w:rsidR="00000000" w:rsidDel="00000000" w:rsidP="00000000" w:rsidRDefault="00000000" w:rsidRPr="00000000" w14:paraId="000001F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1FE">
            <w:pPr>
              <w:jc w:val="center"/>
              <w:rPr/>
            </w:pPr>
            <w:r w:rsidDel="00000000" w:rsidR="00000000" w:rsidRPr="00000000">
              <w:rPr>
                <w:rtl w:val="0"/>
              </w:rPr>
            </w:r>
          </w:p>
        </w:tc>
        <w:tc>
          <w:tcPr/>
          <w:p w:rsidR="00000000" w:rsidDel="00000000" w:rsidP="00000000" w:rsidRDefault="00000000" w:rsidRPr="00000000" w14:paraId="000001FF">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00">
            <w:pPr>
              <w:jc w:val="center"/>
              <w:rPr/>
            </w:pPr>
            <w:r w:rsidDel="00000000" w:rsidR="00000000" w:rsidRPr="00000000">
              <w:rPr>
                <w:rtl w:val="0"/>
              </w:rPr>
              <w:t xml:space="preserve">2</w:t>
            </w:r>
          </w:p>
        </w:tc>
        <w:tc>
          <w:tcPr/>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Remorcă atașabilă pentru motocultor</w:t>
            </w:r>
            <w:r w:rsidDel="00000000" w:rsidR="00000000" w:rsidRPr="00000000">
              <w:rPr>
                <w:rtl w:val="0"/>
              </w:rPr>
            </w:r>
          </w:p>
          <w:p w:rsidR="00000000" w:rsidDel="00000000" w:rsidP="00000000" w:rsidRDefault="00000000" w:rsidRPr="00000000" w14:paraId="0000020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0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Capacitate de încărcare minimum 300 kg;</w:t>
            </w:r>
            <w:r w:rsidDel="00000000" w:rsidR="00000000" w:rsidRPr="00000000">
              <w:rPr>
                <w:rtl w:val="0"/>
              </w:rPr>
            </w:r>
          </w:p>
          <w:p w:rsidR="00000000" w:rsidDel="00000000" w:rsidP="00000000" w:rsidRDefault="00000000" w:rsidRPr="00000000" w14:paraId="0000020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basculare manuală sau hidraulică;</w:t>
            </w:r>
            <w:r w:rsidDel="00000000" w:rsidR="00000000" w:rsidRPr="00000000">
              <w:rPr>
                <w:rtl w:val="0"/>
              </w:rPr>
            </w:r>
          </w:p>
          <w:p w:rsidR="00000000" w:rsidDel="00000000" w:rsidP="00000000" w:rsidRDefault="00000000" w:rsidRPr="00000000" w14:paraId="0000020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compatibilă cu cuplajul standard al motocultoarelor;</w:t>
            </w:r>
            <w:r w:rsidDel="00000000" w:rsidR="00000000" w:rsidRPr="00000000">
              <w:rPr>
                <w:rtl w:val="0"/>
              </w:rPr>
            </w:r>
          </w:p>
          <w:p w:rsidR="00000000" w:rsidDel="00000000" w:rsidP="00000000" w:rsidRDefault="00000000" w:rsidRPr="00000000" w14:paraId="0000020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roți pneumatice.</w:t>
            </w:r>
            <w:r w:rsidDel="00000000" w:rsidR="00000000" w:rsidRPr="00000000">
              <w:rPr>
                <w:rtl w:val="0"/>
              </w:rPr>
            </w:r>
          </w:p>
          <w:p w:rsidR="00000000" w:rsidDel="00000000" w:rsidP="00000000" w:rsidRDefault="00000000" w:rsidRPr="00000000" w14:paraId="0000020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0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0A">
            <w:pPr>
              <w:rPr/>
            </w:pPr>
            <w:r w:rsidDel="00000000" w:rsidR="00000000" w:rsidRPr="00000000">
              <w:rPr>
                <w:rtl w:val="0"/>
              </w:rPr>
            </w:r>
          </w:p>
        </w:tc>
        <w:tc>
          <w:tcPr/>
          <w:p w:rsidR="00000000" w:rsidDel="00000000" w:rsidP="00000000" w:rsidRDefault="00000000" w:rsidRPr="00000000" w14:paraId="0000020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0C">
            <w:pPr>
              <w:jc w:val="center"/>
              <w:rPr/>
            </w:pPr>
            <w:r w:rsidDel="00000000" w:rsidR="00000000" w:rsidRPr="00000000">
              <w:rPr>
                <w:rtl w:val="0"/>
              </w:rPr>
            </w:r>
          </w:p>
        </w:tc>
        <w:tc>
          <w:tcPr/>
          <w:p w:rsidR="00000000" w:rsidDel="00000000" w:rsidP="00000000" w:rsidRDefault="00000000" w:rsidRPr="00000000" w14:paraId="0000020D">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0E">
            <w:pPr>
              <w:jc w:val="center"/>
              <w:rPr/>
            </w:pPr>
            <w:r w:rsidDel="00000000" w:rsidR="00000000" w:rsidRPr="00000000">
              <w:rPr>
                <w:rtl w:val="0"/>
              </w:rPr>
              <w:t xml:space="preserve">5</w:t>
            </w:r>
          </w:p>
        </w:tc>
        <w:tc>
          <w:tcPr/>
          <w:p w:rsidR="00000000" w:rsidDel="00000000" w:rsidP="00000000" w:rsidRDefault="00000000" w:rsidRPr="00000000" w14:paraId="0000020F">
            <w:pPr>
              <w:rPr/>
            </w:pPr>
            <w:r w:rsidDel="00000000" w:rsidR="00000000" w:rsidRPr="00000000">
              <w:rPr>
                <w:rtl w:val="0"/>
              </w:rPr>
              <w:t xml:space="preserve">Livrare în raza Chișinăului</w:t>
            </w:r>
          </w:p>
        </w:tc>
        <w:tc>
          <w:tcPr/>
          <w:p w:rsidR="00000000" w:rsidDel="00000000" w:rsidP="00000000" w:rsidRDefault="00000000" w:rsidRPr="00000000" w14:paraId="00000210">
            <w:pPr>
              <w:jc w:val="center"/>
              <w:rPr/>
            </w:pPr>
            <w:r w:rsidDel="00000000" w:rsidR="00000000" w:rsidRPr="00000000">
              <w:rPr>
                <w:rtl w:val="0"/>
              </w:rPr>
              <w:t xml:space="preserve">lei/km</w:t>
            </w:r>
          </w:p>
        </w:tc>
        <w:tc>
          <w:tcPr/>
          <w:p w:rsidR="00000000" w:rsidDel="00000000" w:rsidP="00000000" w:rsidRDefault="00000000" w:rsidRPr="00000000" w14:paraId="00000211">
            <w:pPr>
              <w:jc w:val="center"/>
              <w:rPr/>
            </w:pPr>
            <w:r w:rsidDel="00000000" w:rsidR="00000000" w:rsidRPr="00000000">
              <w:rPr>
                <w:rtl w:val="0"/>
              </w:rPr>
            </w:r>
          </w:p>
        </w:tc>
        <w:tc>
          <w:tcPr/>
          <w:p w:rsidR="00000000" w:rsidDel="00000000" w:rsidP="00000000" w:rsidRDefault="00000000" w:rsidRPr="00000000" w14:paraId="00000212">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13">
            <w:pPr>
              <w:jc w:val="center"/>
              <w:rPr/>
            </w:pPr>
            <w:r w:rsidDel="00000000" w:rsidR="00000000" w:rsidRPr="00000000">
              <w:rPr>
                <w:rtl w:val="0"/>
              </w:rPr>
              <w:t xml:space="preserve">6</w:t>
            </w:r>
          </w:p>
        </w:tc>
        <w:tc>
          <w:tcPr/>
          <w:p w:rsidR="00000000" w:rsidDel="00000000" w:rsidP="00000000" w:rsidRDefault="00000000" w:rsidRPr="00000000" w14:paraId="00000214">
            <w:pPr>
              <w:rPr/>
            </w:pPr>
            <w:r w:rsidDel="00000000" w:rsidR="00000000" w:rsidRPr="00000000">
              <w:rPr>
                <w:rtl w:val="0"/>
              </w:rPr>
              <w:t xml:space="preserve">Livrare în afara Chișinăului </w:t>
            </w:r>
          </w:p>
        </w:tc>
        <w:tc>
          <w:tcPr/>
          <w:p w:rsidR="00000000" w:rsidDel="00000000" w:rsidP="00000000" w:rsidRDefault="00000000" w:rsidRPr="00000000" w14:paraId="00000215">
            <w:pPr>
              <w:jc w:val="center"/>
              <w:rPr/>
            </w:pPr>
            <w:r w:rsidDel="00000000" w:rsidR="00000000" w:rsidRPr="00000000">
              <w:rPr>
                <w:rtl w:val="0"/>
              </w:rPr>
              <w:t xml:space="preserve">lei/km</w:t>
            </w:r>
          </w:p>
        </w:tc>
        <w:tc>
          <w:tcPr/>
          <w:p w:rsidR="00000000" w:rsidDel="00000000" w:rsidP="00000000" w:rsidRDefault="00000000" w:rsidRPr="00000000" w14:paraId="00000216">
            <w:pPr>
              <w:jc w:val="center"/>
              <w:rPr/>
            </w:pPr>
            <w:r w:rsidDel="00000000" w:rsidR="00000000" w:rsidRPr="00000000">
              <w:rPr>
                <w:rtl w:val="0"/>
              </w:rPr>
            </w:r>
          </w:p>
        </w:tc>
        <w:tc>
          <w:tcPr/>
          <w:p w:rsidR="00000000" w:rsidDel="00000000" w:rsidP="00000000" w:rsidRDefault="00000000" w:rsidRPr="00000000" w14:paraId="00000217">
            <w:pPr>
              <w:jc w:val="center"/>
              <w:rPr/>
            </w:pPr>
            <w:r w:rsidDel="00000000" w:rsidR="00000000" w:rsidRPr="00000000">
              <w:rPr>
                <w:rtl w:val="0"/>
              </w:rPr>
            </w:r>
          </w:p>
        </w:tc>
      </w:tr>
    </w:tbl>
    <w:p w:rsidR="00000000" w:rsidDel="00000000" w:rsidP="00000000" w:rsidRDefault="00000000" w:rsidRPr="00000000" w14:paraId="00000218">
      <w:pPr>
        <w:spacing w:after="200" w:before="0" w:lineRule="auto"/>
        <w:jc w:val="both"/>
        <w:rPr/>
      </w:pPr>
      <w:r w:rsidDel="00000000" w:rsidR="00000000" w:rsidRPr="00000000">
        <w:rPr>
          <w:rtl w:val="0"/>
        </w:rPr>
      </w:r>
    </w:p>
    <w:p w:rsidR="00000000" w:rsidDel="00000000" w:rsidP="00000000" w:rsidRDefault="00000000" w:rsidRPr="00000000" w14:paraId="00000219">
      <w:pPr>
        <w:spacing w:after="320" w:lineRule="auto"/>
        <w:jc w:val="both"/>
        <w:rPr/>
      </w:pPr>
      <w:r w:rsidDel="00000000" w:rsidR="00000000" w:rsidRPr="00000000">
        <w:rPr>
          <w:i w:val="1"/>
          <w:iCs w:val="1"/>
          <w:rtl w:val="0"/>
        </w:rPr>
        <w:t xml:space="preserve">Specificațiile de mai sus reprezintă cerințe tehnice minime; ofertanții pot propune produse cu parametri egali sau superiori.</w:t>
      </w:r>
      <w:r w:rsidDel="00000000" w:rsidR="00000000" w:rsidRPr="00000000">
        <w:rPr>
          <w:rtl w:val="0"/>
        </w:rPr>
      </w:r>
    </w:p>
    <w:p w:rsidR="00000000" w:rsidDel="00000000" w:rsidP="00000000" w:rsidRDefault="00000000" w:rsidRPr="00000000" w14:paraId="0000021A">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2. Echipament pentru seră, irigare și încălzire</w:t>
      </w:r>
      <w:r w:rsidDel="00000000" w:rsidR="00000000" w:rsidRPr="00000000">
        <w:rPr>
          <w:rtl w:val="0"/>
        </w:rPr>
      </w:r>
    </w:p>
    <w:tbl>
      <w:tblPr>
        <w:tblStyle w:val="Table15"/>
        <w:tblW w:w="1029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0"/>
        <w:gridCol w:w="4485"/>
        <w:gridCol w:w="1230"/>
        <w:gridCol w:w="1860"/>
        <w:gridCol w:w="1995"/>
        <w:tblGridChange w:id="0">
          <w:tblGrid>
            <w:gridCol w:w="720"/>
            <w:gridCol w:w="4485"/>
            <w:gridCol w:w="1230"/>
            <w:gridCol w:w="1860"/>
            <w:gridCol w:w="1995"/>
          </w:tblGrid>
        </w:tblGridChange>
      </w:tblGrid>
      <w:tr>
        <w:trPr>
          <w:cantSplit w:val="0"/>
          <w:tblHeader w:val="0"/>
        </w:trPr>
        <w:tc>
          <w:tcPr>
            <w:shd w:fill="f2f2f2" w:val="clear"/>
          </w:tcPr>
          <w:p w:rsidR="00000000" w:rsidDel="00000000" w:rsidP="00000000" w:rsidRDefault="00000000" w:rsidRPr="00000000" w14:paraId="0000021B">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w:t>
              <w:br w:type="textWrapping"/>
              <w:t xml:space="preserve">crt.</w:t>
            </w:r>
            <w:r w:rsidDel="00000000" w:rsidR="00000000" w:rsidRPr="00000000">
              <w:rPr>
                <w:rtl w:val="0"/>
              </w:rPr>
            </w:r>
          </w:p>
        </w:tc>
        <w:tc>
          <w:tcPr>
            <w:shd w:fill="f2f2f2" w:val="clear"/>
          </w:tcPr>
          <w:p w:rsidR="00000000" w:rsidDel="00000000" w:rsidP="00000000" w:rsidRDefault="00000000" w:rsidRPr="00000000" w14:paraId="0000021C">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 pachet</w:t>
            </w:r>
            <w:r w:rsidDel="00000000" w:rsidR="00000000" w:rsidRPr="00000000">
              <w:rPr>
                <w:rtl w:val="0"/>
              </w:rPr>
            </w:r>
          </w:p>
        </w:tc>
        <w:tc>
          <w:tcPr>
            <w:shd w:fill="f2f2f2" w:val="clear"/>
          </w:tcPr>
          <w:p w:rsidR="00000000" w:rsidDel="00000000" w:rsidP="00000000" w:rsidRDefault="00000000" w:rsidRPr="00000000" w14:paraId="0000021D">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w:t>
              <w:br w:type="textWrapping"/>
              <w:t xml:space="preserve">(complet)</w:t>
            </w:r>
            <w:r w:rsidDel="00000000" w:rsidR="00000000" w:rsidRPr="00000000">
              <w:rPr>
                <w:rtl w:val="0"/>
              </w:rPr>
            </w:r>
          </w:p>
        </w:tc>
        <w:tc>
          <w:tcPr>
            <w:shd w:fill="f2f2f2" w:val="clear"/>
          </w:tcPr>
          <w:p w:rsidR="00000000" w:rsidDel="00000000" w:rsidP="00000000" w:rsidRDefault="00000000" w:rsidRPr="00000000" w14:paraId="0000021E">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unitar</w:t>
              <w:br w:type="textWrapping"/>
              <w:t xml:space="preserve">(compus din costurile directe și indirecte)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21F">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 la</w:t>
              <w:br w:type="textWrapping"/>
              <w:t xml:space="preserve">destinația finală</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220">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221">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222">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223">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224">
            <w:pPr>
              <w:jc w:val="center"/>
              <w:rPr/>
            </w:pPr>
            <w:r w:rsidDel="00000000" w:rsidR="00000000" w:rsidRPr="00000000">
              <w:rPr>
                <w:b w:val="1"/>
                <w:bCs w:val="1"/>
                <w:rtl w:val="0"/>
              </w:rPr>
              <w:t xml:space="preserve">5=3x4</w:t>
            </w:r>
            <w:r w:rsidDel="00000000" w:rsidR="00000000" w:rsidRPr="00000000">
              <w:rPr>
                <w:rtl w:val="0"/>
              </w:rPr>
            </w:r>
          </w:p>
        </w:tc>
      </w:tr>
      <w:tr>
        <w:trPr>
          <w:cantSplit w:val="0"/>
          <w:tblHeader w:val="0"/>
        </w:trPr>
        <w:tc>
          <w:tcPr/>
          <w:p w:rsidR="00000000" w:rsidDel="00000000" w:rsidP="00000000" w:rsidRDefault="00000000" w:rsidRPr="00000000" w14:paraId="0000022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Structură de seră (tunel agricol)</w:t>
            </w:r>
            <w:r w:rsidDel="00000000" w:rsidR="00000000" w:rsidRPr="00000000">
              <w:rPr>
                <w:rtl w:val="0"/>
              </w:rPr>
            </w:r>
          </w:p>
          <w:p w:rsidR="00000000" w:rsidDel="00000000" w:rsidP="00000000" w:rsidRDefault="00000000" w:rsidRPr="00000000" w14:paraId="0000022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2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Cadru metalic zincat rezistent la coroziune;</w:t>
            </w:r>
            <w:r w:rsidDel="00000000" w:rsidR="00000000" w:rsidRPr="00000000">
              <w:rPr>
                <w:rtl w:val="0"/>
              </w:rPr>
            </w:r>
          </w:p>
          <w:p w:rsidR="00000000" w:rsidDel="00000000" w:rsidP="00000000" w:rsidRDefault="00000000" w:rsidRPr="00000000" w14:paraId="0000022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acoperire cu folie de polietilenă tratată UV sau policarbonat;</w:t>
            </w:r>
            <w:r w:rsidDel="00000000" w:rsidR="00000000" w:rsidRPr="00000000">
              <w:rPr>
                <w:rtl w:val="0"/>
              </w:rPr>
            </w:r>
          </w:p>
          <w:p w:rsidR="00000000" w:rsidDel="00000000" w:rsidP="00000000" w:rsidRDefault="00000000" w:rsidRPr="00000000" w14:paraId="0000022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suprafață orientativă minimum 30–40 m²;</w:t>
            </w:r>
            <w:r w:rsidDel="00000000" w:rsidR="00000000" w:rsidRPr="00000000">
              <w:rPr>
                <w:rtl w:val="0"/>
              </w:rPr>
            </w:r>
          </w:p>
          <w:p w:rsidR="00000000" w:rsidDel="00000000" w:rsidP="00000000" w:rsidRDefault="00000000" w:rsidRPr="00000000" w14:paraId="0000022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sistem de ventilație;</w:t>
            </w:r>
            <w:r w:rsidDel="00000000" w:rsidR="00000000" w:rsidRPr="00000000">
              <w:rPr>
                <w:rtl w:val="0"/>
              </w:rPr>
            </w:r>
          </w:p>
          <w:p w:rsidR="00000000" w:rsidDel="00000000" w:rsidP="00000000" w:rsidRDefault="00000000" w:rsidRPr="00000000" w14:paraId="0000022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rezistență la sarcini de vânt/zăpadă conform normativelor locale.</w:t>
            </w:r>
            <w:r w:rsidDel="00000000" w:rsidR="00000000" w:rsidRPr="00000000">
              <w:rPr>
                <w:rtl w:val="0"/>
              </w:rPr>
            </w:r>
          </w:p>
          <w:p w:rsidR="00000000" w:rsidDel="00000000" w:rsidP="00000000" w:rsidRDefault="00000000" w:rsidRPr="00000000" w14:paraId="0000022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2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24 luni</w:t>
            </w:r>
            <w:r w:rsidDel="00000000" w:rsidR="00000000" w:rsidRPr="00000000">
              <w:rPr>
                <w:rtl w:val="0"/>
              </w:rPr>
            </w:r>
          </w:p>
          <w:p w:rsidR="00000000" w:rsidDel="00000000" w:rsidP="00000000" w:rsidRDefault="00000000" w:rsidRPr="00000000" w14:paraId="00000230">
            <w:pPr>
              <w:rPr/>
            </w:pPr>
            <w:r w:rsidDel="00000000" w:rsidR="00000000" w:rsidRPr="00000000">
              <w:rPr>
                <w:rtl w:val="0"/>
              </w:rPr>
            </w:r>
          </w:p>
        </w:tc>
        <w:tc>
          <w:tcPr/>
          <w:p w:rsidR="00000000" w:rsidDel="00000000" w:rsidP="00000000" w:rsidRDefault="00000000" w:rsidRPr="00000000" w14:paraId="0000023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br w:type="textWrapping"/>
              <w:t xml:space="preserve">buc.</w:t>
            </w:r>
            <w:r w:rsidDel="00000000" w:rsidR="00000000" w:rsidRPr="00000000">
              <w:rPr>
                <w:rtl w:val="0"/>
              </w:rPr>
            </w:r>
          </w:p>
        </w:tc>
        <w:tc>
          <w:tcPr/>
          <w:p w:rsidR="00000000" w:rsidDel="00000000" w:rsidP="00000000" w:rsidRDefault="00000000" w:rsidRPr="00000000" w14:paraId="00000232">
            <w:pPr>
              <w:jc w:val="center"/>
              <w:rPr/>
            </w:pPr>
            <w:r w:rsidDel="00000000" w:rsidR="00000000" w:rsidRPr="00000000">
              <w:rPr>
                <w:rtl w:val="0"/>
              </w:rPr>
            </w:r>
          </w:p>
        </w:tc>
        <w:tc>
          <w:tcPr/>
          <w:p w:rsidR="00000000" w:rsidDel="00000000" w:rsidP="00000000" w:rsidRDefault="00000000" w:rsidRPr="00000000" w14:paraId="00000233">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34">
            <w:pPr>
              <w:jc w:val="center"/>
              <w:rPr/>
            </w:pPr>
            <w:r w:rsidDel="00000000" w:rsidR="00000000" w:rsidRPr="00000000">
              <w:rPr>
                <w:rtl w:val="0"/>
              </w:rPr>
              <w:t xml:space="preserve">2</w:t>
            </w:r>
          </w:p>
        </w:tc>
        <w:tc>
          <w:tcPr/>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Sistem de irigare prin picurare</w:t>
            </w:r>
            <w:r w:rsidDel="00000000" w:rsidR="00000000" w:rsidRPr="00000000">
              <w:rPr>
                <w:rtl w:val="0"/>
              </w:rPr>
            </w:r>
          </w:p>
          <w:p w:rsidR="00000000" w:rsidDel="00000000" w:rsidP="00000000" w:rsidRDefault="00000000" w:rsidRPr="00000000" w14:paraId="0000023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3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Furtun/bandă de picurare cu debit reglabil;</w:t>
            </w:r>
            <w:r w:rsidDel="00000000" w:rsidR="00000000" w:rsidRPr="00000000">
              <w:rPr>
                <w:rtl w:val="0"/>
              </w:rPr>
            </w:r>
          </w:p>
          <w:p w:rsidR="00000000" w:rsidDel="00000000" w:rsidP="00000000" w:rsidRDefault="00000000" w:rsidRPr="00000000" w14:paraId="0000023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conectori și robineți incluși;</w:t>
            </w:r>
            <w:r w:rsidDel="00000000" w:rsidR="00000000" w:rsidRPr="00000000">
              <w:rPr>
                <w:rtl w:val="0"/>
              </w:rPr>
            </w:r>
          </w:p>
          <w:p w:rsidR="00000000" w:rsidDel="00000000" w:rsidP="00000000" w:rsidRDefault="00000000" w:rsidRPr="00000000" w14:paraId="0000023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adaptat pentru suprafața de seră deservită;</w:t>
            </w:r>
            <w:r w:rsidDel="00000000" w:rsidR="00000000" w:rsidRPr="00000000">
              <w:rPr>
                <w:rtl w:val="0"/>
              </w:rPr>
            </w:r>
          </w:p>
          <w:p w:rsidR="00000000" w:rsidDel="00000000" w:rsidP="00000000" w:rsidRDefault="00000000" w:rsidRPr="00000000" w14:paraId="0000023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rezistență la presiune de lucru standard.</w:t>
            </w:r>
            <w:r w:rsidDel="00000000" w:rsidR="00000000" w:rsidRPr="00000000">
              <w:rPr>
                <w:rtl w:val="0"/>
              </w:rPr>
            </w:r>
          </w:p>
          <w:p w:rsidR="00000000" w:rsidDel="00000000" w:rsidP="00000000" w:rsidRDefault="00000000" w:rsidRPr="00000000" w14:paraId="0000023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3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3E">
            <w:pPr>
              <w:rPr/>
            </w:pPr>
            <w:r w:rsidDel="00000000" w:rsidR="00000000" w:rsidRPr="00000000">
              <w:rPr>
                <w:rtl w:val="0"/>
              </w:rPr>
            </w:r>
          </w:p>
        </w:tc>
        <w:tc>
          <w:tcPr/>
          <w:p w:rsidR="00000000" w:rsidDel="00000000" w:rsidP="00000000" w:rsidRDefault="00000000" w:rsidRPr="00000000" w14:paraId="0000023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br w:type="textWrapping"/>
              <w:t xml:space="preserve">seturi</w:t>
            </w:r>
            <w:r w:rsidDel="00000000" w:rsidR="00000000" w:rsidRPr="00000000">
              <w:rPr>
                <w:rtl w:val="0"/>
              </w:rPr>
            </w:r>
          </w:p>
        </w:tc>
        <w:tc>
          <w:tcPr/>
          <w:p w:rsidR="00000000" w:rsidDel="00000000" w:rsidP="00000000" w:rsidRDefault="00000000" w:rsidRPr="00000000" w14:paraId="00000240">
            <w:pPr>
              <w:jc w:val="center"/>
              <w:rPr/>
            </w:pPr>
            <w:r w:rsidDel="00000000" w:rsidR="00000000" w:rsidRPr="00000000">
              <w:rPr>
                <w:rtl w:val="0"/>
              </w:rPr>
            </w:r>
          </w:p>
        </w:tc>
        <w:tc>
          <w:tcPr/>
          <w:p w:rsidR="00000000" w:rsidDel="00000000" w:rsidP="00000000" w:rsidRDefault="00000000" w:rsidRPr="00000000" w14:paraId="00000241">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42">
            <w:pPr>
              <w:jc w:val="center"/>
              <w:rPr/>
            </w:pPr>
            <w:r w:rsidDel="00000000" w:rsidR="00000000" w:rsidRPr="00000000">
              <w:rPr>
                <w:rtl w:val="0"/>
              </w:rPr>
              <w:t xml:space="preserve">3</w:t>
            </w:r>
          </w:p>
        </w:tc>
        <w:tc>
          <w:tcPr/>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Rezervor de apă</w:t>
            </w:r>
            <w:r w:rsidDel="00000000" w:rsidR="00000000" w:rsidRPr="00000000">
              <w:rPr>
                <w:rtl w:val="0"/>
              </w:rPr>
            </w:r>
          </w:p>
          <w:p w:rsidR="00000000" w:rsidDel="00000000" w:rsidP="00000000" w:rsidRDefault="00000000" w:rsidRPr="00000000" w14:paraId="0000024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4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 plastic alimentar rezistent la radiații UV;</w:t>
            </w:r>
            <w:r w:rsidDel="00000000" w:rsidR="00000000" w:rsidRPr="00000000">
              <w:rPr>
                <w:rtl w:val="0"/>
              </w:rPr>
            </w:r>
          </w:p>
          <w:p w:rsidR="00000000" w:rsidDel="00000000" w:rsidP="00000000" w:rsidRDefault="00000000" w:rsidRPr="00000000" w14:paraId="0000024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capacitate minimum 1.000 litri;</w:t>
            </w:r>
            <w:r w:rsidDel="00000000" w:rsidR="00000000" w:rsidRPr="00000000">
              <w:rPr>
                <w:rtl w:val="0"/>
              </w:rPr>
            </w:r>
          </w:p>
          <w:p w:rsidR="00000000" w:rsidDel="00000000" w:rsidP="00000000" w:rsidRDefault="00000000" w:rsidRPr="00000000" w14:paraId="0000024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capac de vizitare;</w:t>
            </w:r>
            <w:r w:rsidDel="00000000" w:rsidR="00000000" w:rsidRPr="00000000">
              <w:rPr>
                <w:rtl w:val="0"/>
              </w:rPr>
            </w:r>
          </w:p>
          <w:p w:rsidR="00000000" w:rsidDel="00000000" w:rsidP="00000000" w:rsidRDefault="00000000" w:rsidRPr="00000000" w14:paraId="0000024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racorduri de admisie/evacuare.</w:t>
            </w:r>
            <w:r w:rsidDel="00000000" w:rsidR="00000000" w:rsidRPr="00000000">
              <w:rPr>
                <w:rtl w:val="0"/>
              </w:rPr>
            </w:r>
          </w:p>
          <w:p w:rsidR="00000000" w:rsidDel="00000000" w:rsidP="00000000" w:rsidRDefault="00000000" w:rsidRPr="00000000" w14:paraId="0000024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4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24 luni</w:t>
            </w:r>
            <w:r w:rsidDel="00000000" w:rsidR="00000000" w:rsidRPr="00000000">
              <w:rPr>
                <w:rtl w:val="0"/>
              </w:rPr>
            </w:r>
          </w:p>
          <w:p w:rsidR="00000000" w:rsidDel="00000000" w:rsidP="00000000" w:rsidRDefault="00000000" w:rsidRPr="00000000" w14:paraId="0000024C">
            <w:pPr>
              <w:rPr/>
            </w:pPr>
            <w:r w:rsidDel="00000000" w:rsidR="00000000" w:rsidRPr="00000000">
              <w:rPr>
                <w:rtl w:val="0"/>
              </w:rPr>
            </w:r>
          </w:p>
        </w:tc>
        <w:tc>
          <w:tcPr/>
          <w:p w:rsidR="00000000" w:rsidDel="00000000" w:rsidP="00000000" w:rsidRDefault="00000000" w:rsidRPr="00000000" w14:paraId="0000024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4E">
            <w:pPr>
              <w:jc w:val="center"/>
              <w:rPr/>
            </w:pPr>
            <w:r w:rsidDel="00000000" w:rsidR="00000000" w:rsidRPr="00000000">
              <w:rPr>
                <w:rtl w:val="0"/>
              </w:rPr>
            </w:r>
          </w:p>
        </w:tc>
        <w:tc>
          <w:tcPr/>
          <w:p w:rsidR="00000000" w:rsidDel="00000000" w:rsidP="00000000" w:rsidRDefault="00000000" w:rsidRPr="00000000" w14:paraId="0000024F">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50">
            <w:pPr>
              <w:jc w:val="center"/>
              <w:rPr/>
            </w:pPr>
            <w:r w:rsidDel="00000000" w:rsidR="00000000" w:rsidRPr="00000000">
              <w:rPr>
                <w:rtl w:val="0"/>
              </w:rPr>
              <w:t xml:space="preserve">4</w:t>
            </w:r>
          </w:p>
        </w:tc>
        <w:tc>
          <w:tcPr/>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Stropitoare cu pompă manuală</w:t>
            </w:r>
            <w:r w:rsidDel="00000000" w:rsidR="00000000" w:rsidRPr="00000000">
              <w:rPr>
                <w:rtl w:val="0"/>
              </w:rPr>
            </w:r>
          </w:p>
          <w:p w:rsidR="00000000" w:rsidDel="00000000" w:rsidP="00000000" w:rsidRDefault="00000000" w:rsidRPr="00000000" w14:paraId="0000025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5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Rezervor cu capacitate minimum 5 litri;</w:t>
            </w:r>
            <w:r w:rsidDel="00000000" w:rsidR="00000000" w:rsidRPr="00000000">
              <w:rPr>
                <w:rtl w:val="0"/>
              </w:rPr>
            </w:r>
          </w:p>
          <w:p w:rsidR="00000000" w:rsidDel="00000000" w:rsidP="00000000" w:rsidRDefault="00000000" w:rsidRPr="00000000" w14:paraId="0000025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pompă manuală de presurizare;</w:t>
            </w:r>
            <w:r w:rsidDel="00000000" w:rsidR="00000000" w:rsidRPr="00000000">
              <w:rPr>
                <w:rtl w:val="0"/>
              </w:rPr>
            </w:r>
          </w:p>
          <w:p w:rsidR="00000000" w:rsidDel="00000000" w:rsidP="00000000" w:rsidRDefault="00000000" w:rsidRPr="00000000" w14:paraId="0000025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duză reglabilă;</w:t>
            </w:r>
            <w:r w:rsidDel="00000000" w:rsidR="00000000" w:rsidRPr="00000000">
              <w:rPr>
                <w:rtl w:val="0"/>
              </w:rPr>
            </w:r>
          </w:p>
          <w:p w:rsidR="00000000" w:rsidDel="00000000" w:rsidP="00000000" w:rsidRDefault="00000000" w:rsidRPr="00000000" w14:paraId="0000025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curea de transport.</w:t>
            </w:r>
            <w:r w:rsidDel="00000000" w:rsidR="00000000" w:rsidRPr="00000000">
              <w:rPr>
                <w:rtl w:val="0"/>
              </w:rPr>
            </w:r>
          </w:p>
          <w:p w:rsidR="00000000" w:rsidDel="00000000" w:rsidP="00000000" w:rsidRDefault="00000000" w:rsidRPr="00000000" w14:paraId="0000025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5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5A">
            <w:pPr>
              <w:rPr/>
            </w:pPr>
            <w:r w:rsidDel="00000000" w:rsidR="00000000" w:rsidRPr="00000000">
              <w:rPr>
                <w:rtl w:val="0"/>
              </w:rPr>
            </w:r>
          </w:p>
        </w:tc>
        <w:tc>
          <w:tcPr/>
          <w:p w:rsidR="00000000" w:rsidDel="00000000" w:rsidP="00000000" w:rsidRDefault="00000000" w:rsidRPr="00000000" w14:paraId="0000025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5C">
            <w:pPr>
              <w:jc w:val="center"/>
              <w:rPr/>
            </w:pPr>
            <w:r w:rsidDel="00000000" w:rsidR="00000000" w:rsidRPr="00000000">
              <w:rPr>
                <w:rtl w:val="0"/>
              </w:rPr>
            </w:r>
          </w:p>
        </w:tc>
        <w:tc>
          <w:tcPr/>
          <w:p w:rsidR="00000000" w:rsidDel="00000000" w:rsidP="00000000" w:rsidRDefault="00000000" w:rsidRPr="00000000" w14:paraId="0000025D">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5E">
            <w:pPr>
              <w:jc w:val="center"/>
              <w:rPr/>
            </w:pPr>
            <w:r w:rsidDel="00000000" w:rsidR="00000000" w:rsidRPr="00000000">
              <w:rPr>
                <w:rtl w:val="0"/>
              </w:rPr>
              <w:t xml:space="preserve">5</w:t>
            </w:r>
          </w:p>
        </w:tc>
        <w:tc>
          <w:tcPr/>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Cazan/centrală termică pentru încălzirea serei</w:t>
            </w:r>
            <w:r w:rsidDel="00000000" w:rsidR="00000000" w:rsidRPr="00000000">
              <w:rPr>
                <w:rtl w:val="0"/>
              </w:rPr>
            </w:r>
          </w:p>
          <w:p w:rsidR="00000000" w:rsidDel="00000000" w:rsidP="00000000" w:rsidRDefault="00000000" w:rsidRPr="00000000" w14:paraId="0000026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6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Putere termică minimum 20 kW;</w:t>
            </w:r>
            <w:r w:rsidDel="00000000" w:rsidR="00000000" w:rsidRPr="00000000">
              <w:rPr>
                <w:rtl w:val="0"/>
              </w:rPr>
            </w:r>
          </w:p>
          <w:p w:rsidR="00000000" w:rsidDel="00000000" w:rsidP="00000000" w:rsidRDefault="00000000" w:rsidRPr="00000000" w14:paraId="0000026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randament energetic ridicat;</w:t>
            </w:r>
            <w:r w:rsidDel="00000000" w:rsidR="00000000" w:rsidRPr="00000000">
              <w:rPr>
                <w:rtl w:val="0"/>
              </w:rPr>
            </w:r>
          </w:p>
          <w:p w:rsidR="00000000" w:rsidDel="00000000" w:rsidP="00000000" w:rsidRDefault="00000000" w:rsidRPr="00000000" w14:paraId="0000026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sistem de siguranță (supapă, termostat);</w:t>
            </w:r>
            <w:r w:rsidDel="00000000" w:rsidR="00000000" w:rsidRPr="00000000">
              <w:rPr>
                <w:rtl w:val="0"/>
              </w:rPr>
            </w:r>
          </w:p>
          <w:p w:rsidR="00000000" w:rsidDel="00000000" w:rsidP="00000000" w:rsidRDefault="00000000" w:rsidRPr="00000000" w14:paraId="0000026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compatibil cu instalație de distribuție prin colectoare.</w:t>
            </w:r>
            <w:r w:rsidDel="00000000" w:rsidR="00000000" w:rsidRPr="00000000">
              <w:rPr>
                <w:rtl w:val="0"/>
              </w:rPr>
            </w:r>
          </w:p>
          <w:p w:rsidR="00000000" w:rsidDel="00000000" w:rsidP="00000000" w:rsidRDefault="00000000" w:rsidRPr="00000000" w14:paraId="0000026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6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24 luni</w:t>
            </w:r>
            <w:r w:rsidDel="00000000" w:rsidR="00000000" w:rsidRPr="00000000">
              <w:rPr>
                <w:rtl w:val="0"/>
              </w:rPr>
            </w:r>
          </w:p>
          <w:p w:rsidR="00000000" w:rsidDel="00000000" w:rsidP="00000000" w:rsidRDefault="00000000" w:rsidRPr="00000000" w14:paraId="00000268">
            <w:pPr>
              <w:rPr/>
            </w:pPr>
            <w:r w:rsidDel="00000000" w:rsidR="00000000" w:rsidRPr="00000000">
              <w:rPr>
                <w:rtl w:val="0"/>
              </w:rPr>
            </w:r>
          </w:p>
        </w:tc>
        <w:tc>
          <w:tcPr/>
          <w:p w:rsidR="00000000" w:rsidDel="00000000" w:rsidP="00000000" w:rsidRDefault="00000000" w:rsidRPr="00000000" w14:paraId="0000026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6A">
            <w:pPr>
              <w:jc w:val="center"/>
              <w:rPr/>
            </w:pPr>
            <w:r w:rsidDel="00000000" w:rsidR="00000000" w:rsidRPr="00000000">
              <w:rPr>
                <w:rtl w:val="0"/>
              </w:rPr>
            </w:r>
          </w:p>
        </w:tc>
        <w:tc>
          <w:tcPr/>
          <w:p w:rsidR="00000000" w:rsidDel="00000000" w:rsidP="00000000" w:rsidRDefault="00000000" w:rsidRPr="00000000" w14:paraId="0000026B">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6C">
            <w:pPr>
              <w:jc w:val="center"/>
              <w:rPr/>
            </w:pPr>
            <w:r w:rsidDel="00000000" w:rsidR="00000000" w:rsidRPr="00000000">
              <w:rPr>
                <w:rtl w:val="0"/>
              </w:rPr>
              <w:t xml:space="preserve">6</w:t>
            </w:r>
          </w:p>
        </w:tc>
        <w:tc>
          <w:tcPr/>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Colector din inox pentru distribuția agentului termic, cu debitmetre</w:t>
            </w:r>
            <w:r w:rsidDel="00000000" w:rsidR="00000000" w:rsidRPr="00000000">
              <w:rPr>
                <w:rtl w:val="0"/>
              </w:rPr>
            </w:r>
          </w:p>
          <w:p w:rsidR="00000000" w:rsidDel="00000000" w:rsidP="00000000" w:rsidRDefault="00000000" w:rsidRPr="00000000" w14:paraId="0000026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7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 inoxidabil rezistent la coroziune;</w:t>
            </w:r>
            <w:r w:rsidDel="00000000" w:rsidR="00000000" w:rsidRPr="00000000">
              <w:rPr>
                <w:rtl w:val="0"/>
              </w:rPr>
            </w:r>
          </w:p>
          <w:p w:rsidR="00000000" w:rsidDel="00000000" w:rsidP="00000000" w:rsidRDefault="00000000" w:rsidRPr="00000000" w14:paraId="0000027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2 circuite;</w:t>
            </w:r>
            <w:r w:rsidDel="00000000" w:rsidR="00000000" w:rsidRPr="00000000">
              <w:rPr>
                <w:rtl w:val="0"/>
              </w:rPr>
            </w:r>
          </w:p>
          <w:p w:rsidR="00000000" w:rsidDel="00000000" w:rsidP="00000000" w:rsidRDefault="00000000" w:rsidRPr="00000000" w14:paraId="0000027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debitmetre pentru reglarea fluxului pe fiecare circuit;</w:t>
            </w:r>
            <w:r w:rsidDel="00000000" w:rsidR="00000000" w:rsidRPr="00000000">
              <w:rPr>
                <w:rtl w:val="0"/>
              </w:rPr>
            </w:r>
          </w:p>
          <w:p w:rsidR="00000000" w:rsidDel="00000000" w:rsidP="00000000" w:rsidRDefault="00000000" w:rsidRPr="00000000" w14:paraId="0000027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racorduri standardizate.</w:t>
            </w:r>
            <w:r w:rsidDel="00000000" w:rsidR="00000000" w:rsidRPr="00000000">
              <w:rPr>
                <w:rtl w:val="0"/>
              </w:rPr>
            </w:r>
          </w:p>
          <w:p w:rsidR="00000000" w:rsidDel="00000000" w:rsidP="00000000" w:rsidRDefault="00000000" w:rsidRPr="00000000" w14:paraId="0000027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7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76">
            <w:pPr>
              <w:rPr/>
            </w:pPr>
            <w:r w:rsidDel="00000000" w:rsidR="00000000" w:rsidRPr="00000000">
              <w:rPr>
                <w:rtl w:val="0"/>
              </w:rPr>
            </w:r>
          </w:p>
        </w:tc>
        <w:tc>
          <w:tcPr/>
          <w:p w:rsidR="00000000" w:rsidDel="00000000" w:rsidP="00000000" w:rsidRDefault="00000000" w:rsidRPr="00000000" w14:paraId="0000027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78">
            <w:pPr>
              <w:jc w:val="center"/>
              <w:rPr/>
            </w:pPr>
            <w:r w:rsidDel="00000000" w:rsidR="00000000" w:rsidRPr="00000000">
              <w:rPr>
                <w:rtl w:val="0"/>
              </w:rPr>
            </w:r>
          </w:p>
        </w:tc>
        <w:tc>
          <w:tcPr/>
          <w:p w:rsidR="00000000" w:rsidDel="00000000" w:rsidP="00000000" w:rsidRDefault="00000000" w:rsidRPr="00000000" w14:paraId="00000279">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7A">
            <w:pPr>
              <w:jc w:val="center"/>
              <w:rPr/>
            </w:pPr>
            <w:r w:rsidDel="00000000" w:rsidR="00000000" w:rsidRPr="00000000">
              <w:rPr>
                <w:rtl w:val="0"/>
              </w:rPr>
              <w:t xml:space="preserve">7</w:t>
            </w:r>
          </w:p>
        </w:tc>
        <w:tc>
          <w:tcPr/>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Teu de colector, pentru distribuția agentului termic</w:t>
            </w:r>
            <w:r w:rsidDel="00000000" w:rsidR="00000000" w:rsidRPr="00000000">
              <w:rPr>
                <w:rtl w:val="0"/>
              </w:rPr>
            </w:r>
          </w:p>
          <w:p w:rsidR="00000000" w:rsidDel="00000000" w:rsidP="00000000" w:rsidRDefault="00000000" w:rsidRPr="00000000" w14:paraId="0000027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7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Piesă de racordare din material rezistent la coroziune (inox/alamă);</w:t>
            </w:r>
            <w:r w:rsidDel="00000000" w:rsidR="00000000" w:rsidRPr="00000000">
              <w:rPr>
                <w:rtl w:val="0"/>
              </w:rPr>
            </w:r>
          </w:p>
          <w:p w:rsidR="00000000" w:rsidDel="00000000" w:rsidP="00000000" w:rsidRDefault="00000000" w:rsidRPr="00000000" w14:paraId="0000027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compatibilă cu colectorul de distribuție a agentului termic;</w:t>
            </w:r>
            <w:r w:rsidDel="00000000" w:rsidR="00000000" w:rsidRPr="00000000">
              <w:rPr>
                <w:rtl w:val="0"/>
              </w:rPr>
            </w:r>
          </w:p>
          <w:p w:rsidR="00000000" w:rsidDel="00000000" w:rsidP="00000000" w:rsidRDefault="00000000" w:rsidRPr="00000000" w14:paraId="0000028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filet standardizat.</w:t>
            </w:r>
            <w:r w:rsidDel="00000000" w:rsidR="00000000" w:rsidRPr="00000000">
              <w:rPr>
                <w:rtl w:val="0"/>
              </w:rPr>
            </w:r>
          </w:p>
          <w:p w:rsidR="00000000" w:rsidDel="00000000" w:rsidP="00000000" w:rsidRDefault="00000000" w:rsidRPr="00000000" w14:paraId="0000028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8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83">
            <w:pPr>
              <w:rPr/>
            </w:pPr>
            <w:r w:rsidDel="00000000" w:rsidR="00000000" w:rsidRPr="00000000">
              <w:rPr>
                <w:rtl w:val="0"/>
              </w:rPr>
            </w:r>
          </w:p>
        </w:tc>
        <w:tc>
          <w:tcPr/>
          <w:p w:rsidR="00000000" w:rsidDel="00000000" w:rsidP="00000000" w:rsidRDefault="00000000" w:rsidRPr="00000000" w14:paraId="0000028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br w:type="textWrapping"/>
              <w:t xml:space="preserve">buc.</w:t>
            </w:r>
            <w:r w:rsidDel="00000000" w:rsidR="00000000" w:rsidRPr="00000000">
              <w:rPr>
                <w:rtl w:val="0"/>
              </w:rPr>
            </w:r>
          </w:p>
        </w:tc>
        <w:tc>
          <w:tcPr/>
          <w:p w:rsidR="00000000" w:rsidDel="00000000" w:rsidP="00000000" w:rsidRDefault="00000000" w:rsidRPr="00000000" w14:paraId="00000285">
            <w:pPr>
              <w:jc w:val="center"/>
              <w:rPr/>
            </w:pPr>
            <w:r w:rsidDel="00000000" w:rsidR="00000000" w:rsidRPr="00000000">
              <w:rPr>
                <w:rtl w:val="0"/>
              </w:rPr>
            </w:r>
          </w:p>
        </w:tc>
        <w:tc>
          <w:tcPr/>
          <w:p w:rsidR="00000000" w:rsidDel="00000000" w:rsidP="00000000" w:rsidRDefault="00000000" w:rsidRPr="00000000" w14:paraId="00000286">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87">
            <w:pPr>
              <w:jc w:val="center"/>
              <w:rPr/>
            </w:pPr>
            <w:r w:rsidDel="00000000" w:rsidR="00000000" w:rsidRPr="00000000">
              <w:rPr>
                <w:rtl w:val="0"/>
              </w:rPr>
              <w:t xml:space="preserve">5</w:t>
            </w:r>
          </w:p>
        </w:tc>
        <w:tc>
          <w:tcPr/>
          <w:p w:rsidR="00000000" w:rsidDel="00000000" w:rsidP="00000000" w:rsidRDefault="00000000" w:rsidRPr="00000000" w14:paraId="00000288">
            <w:pPr>
              <w:rPr/>
            </w:pPr>
            <w:r w:rsidDel="00000000" w:rsidR="00000000" w:rsidRPr="00000000">
              <w:rPr>
                <w:rtl w:val="0"/>
              </w:rPr>
              <w:t xml:space="preserve">Livrare în raza Chișinăului</w:t>
            </w:r>
          </w:p>
        </w:tc>
        <w:tc>
          <w:tcPr/>
          <w:p w:rsidR="00000000" w:rsidDel="00000000" w:rsidP="00000000" w:rsidRDefault="00000000" w:rsidRPr="00000000" w14:paraId="00000289">
            <w:pPr>
              <w:jc w:val="center"/>
              <w:rPr/>
            </w:pPr>
            <w:r w:rsidDel="00000000" w:rsidR="00000000" w:rsidRPr="00000000">
              <w:rPr>
                <w:rtl w:val="0"/>
              </w:rPr>
              <w:t xml:space="preserve">lei/km</w:t>
            </w:r>
          </w:p>
        </w:tc>
        <w:tc>
          <w:tcPr/>
          <w:p w:rsidR="00000000" w:rsidDel="00000000" w:rsidP="00000000" w:rsidRDefault="00000000" w:rsidRPr="00000000" w14:paraId="0000028A">
            <w:pPr>
              <w:jc w:val="center"/>
              <w:rPr/>
            </w:pPr>
            <w:r w:rsidDel="00000000" w:rsidR="00000000" w:rsidRPr="00000000">
              <w:rPr>
                <w:rtl w:val="0"/>
              </w:rPr>
            </w:r>
          </w:p>
        </w:tc>
        <w:tc>
          <w:tcPr/>
          <w:p w:rsidR="00000000" w:rsidDel="00000000" w:rsidP="00000000" w:rsidRDefault="00000000" w:rsidRPr="00000000" w14:paraId="0000028B">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8C">
            <w:pPr>
              <w:jc w:val="center"/>
              <w:rPr/>
            </w:pPr>
            <w:r w:rsidDel="00000000" w:rsidR="00000000" w:rsidRPr="00000000">
              <w:rPr>
                <w:rtl w:val="0"/>
              </w:rPr>
              <w:t xml:space="preserve">6</w:t>
            </w:r>
          </w:p>
        </w:tc>
        <w:tc>
          <w:tcPr/>
          <w:p w:rsidR="00000000" w:rsidDel="00000000" w:rsidP="00000000" w:rsidRDefault="00000000" w:rsidRPr="00000000" w14:paraId="0000028D">
            <w:pPr>
              <w:rPr/>
            </w:pPr>
            <w:r w:rsidDel="00000000" w:rsidR="00000000" w:rsidRPr="00000000">
              <w:rPr>
                <w:rtl w:val="0"/>
              </w:rPr>
              <w:t xml:space="preserve">Livrare în afara Chișinăului </w:t>
            </w:r>
          </w:p>
        </w:tc>
        <w:tc>
          <w:tcPr/>
          <w:p w:rsidR="00000000" w:rsidDel="00000000" w:rsidP="00000000" w:rsidRDefault="00000000" w:rsidRPr="00000000" w14:paraId="0000028E">
            <w:pPr>
              <w:jc w:val="center"/>
              <w:rPr/>
            </w:pPr>
            <w:r w:rsidDel="00000000" w:rsidR="00000000" w:rsidRPr="00000000">
              <w:rPr>
                <w:rtl w:val="0"/>
              </w:rPr>
              <w:t xml:space="preserve">lei/km</w:t>
            </w:r>
          </w:p>
        </w:tc>
        <w:tc>
          <w:tcPr/>
          <w:p w:rsidR="00000000" w:rsidDel="00000000" w:rsidP="00000000" w:rsidRDefault="00000000" w:rsidRPr="00000000" w14:paraId="0000028F">
            <w:pPr>
              <w:jc w:val="center"/>
              <w:rPr/>
            </w:pPr>
            <w:r w:rsidDel="00000000" w:rsidR="00000000" w:rsidRPr="00000000">
              <w:rPr>
                <w:rtl w:val="0"/>
              </w:rPr>
            </w:r>
          </w:p>
        </w:tc>
        <w:tc>
          <w:tcPr/>
          <w:p w:rsidR="00000000" w:rsidDel="00000000" w:rsidP="00000000" w:rsidRDefault="00000000" w:rsidRPr="00000000" w14:paraId="00000290">
            <w:pPr>
              <w:jc w:val="center"/>
              <w:rPr/>
            </w:pPr>
            <w:r w:rsidDel="00000000" w:rsidR="00000000" w:rsidRPr="00000000">
              <w:rPr>
                <w:rtl w:val="0"/>
              </w:rPr>
            </w:r>
          </w:p>
        </w:tc>
      </w:tr>
    </w:tbl>
    <w:p w:rsidR="00000000" w:rsidDel="00000000" w:rsidP="00000000" w:rsidRDefault="00000000" w:rsidRPr="00000000" w14:paraId="00000291">
      <w:pPr>
        <w:spacing w:after="200" w:before="0" w:lineRule="auto"/>
        <w:jc w:val="both"/>
        <w:rPr/>
      </w:pPr>
      <w:r w:rsidDel="00000000" w:rsidR="00000000" w:rsidRPr="00000000">
        <w:rPr>
          <w:rtl w:val="0"/>
        </w:rPr>
      </w:r>
    </w:p>
    <w:p w:rsidR="00000000" w:rsidDel="00000000" w:rsidP="00000000" w:rsidRDefault="00000000" w:rsidRPr="00000000" w14:paraId="00000292">
      <w:pPr>
        <w:spacing w:after="320" w:lineRule="auto"/>
        <w:jc w:val="both"/>
        <w:rPr/>
      </w:pPr>
      <w:r w:rsidDel="00000000" w:rsidR="00000000" w:rsidRPr="00000000">
        <w:rPr>
          <w:i w:val="1"/>
          <w:iCs w:val="1"/>
          <w:rtl w:val="0"/>
        </w:rPr>
        <w:t xml:space="preserve">Specificațiile de mai sus reprezintă cerințe tehnice minime; ofertanții pot propune produse cu parametri egali sau superiori.</w:t>
      </w:r>
      <w:r w:rsidDel="00000000" w:rsidR="00000000" w:rsidRPr="00000000">
        <w:rPr>
          <w:rtl w:val="0"/>
        </w:rPr>
      </w:r>
    </w:p>
    <w:p w:rsidR="00000000" w:rsidDel="00000000" w:rsidP="00000000" w:rsidRDefault="00000000" w:rsidRPr="00000000" w14:paraId="00000293">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3. Echipament și inventar zootehnic</w:t>
      </w:r>
      <w:r w:rsidDel="00000000" w:rsidR="00000000" w:rsidRPr="00000000">
        <w:rPr>
          <w:rtl w:val="0"/>
        </w:rPr>
      </w:r>
    </w:p>
    <w:tbl>
      <w:tblPr>
        <w:tblStyle w:val="Table16"/>
        <w:tblW w:w="99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5"/>
        <w:gridCol w:w="4350"/>
        <w:gridCol w:w="1230"/>
        <w:gridCol w:w="2085"/>
        <w:gridCol w:w="1560"/>
        <w:tblGridChange w:id="0">
          <w:tblGrid>
            <w:gridCol w:w="705"/>
            <w:gridCol w:w="4350"/>
            <w:gridCol w:w="1230"/>
            <w:gridCol w:w="2085"/>
            <w:gridCol w:w="1560"/>
          </w:tblGrid>
        </w:tblGridChange>
      </w:tblGrid>
      <w:tr>
        <w:trPr>
          <w:cantSplit w:val="0"/>
          <w:tblHeader w:val="0"/>
        </w:trPr>
        <w:tc>
          <w:tcPr>
            <w:shd w:fill="f2f2f2" w:val="clear"/>
          </w:tcPr>
          <w:p w:rsidR="00000000" w:rsidDel="00000000" w:rsidP="00000000" w:rsidRDefault="00000000" w:rsidRPr="00000000" w14:paraId="00000294">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w:t>
              <w:br w:type="textWrapping"/>
              <w:t xml:space="preserve">crt.</w:t>
            </w:r>
            <w:r w:rsidDel="00000000" w:rsidR="00000000" w:rsidRPr="00000000">
              <w:rPr>
                <w:rtl w:val="0"/>
              </w:rPr>
            </w:r>
          </w:p>
        </w:tc>
        <w:tc>
          <w:tcPr>
            <w:shd w:fill="f2f2f2" w:val="clear"/>
          </w:tcPr>
          <w:p w:rsidR="00000000" w:rsidDel="00000000" w:rsidP="00000000" w:rsidRDefault="00000000" w:rsidRPr="00000000" w14:paraId="00000295">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 pachet</w:t>
            </w:r>
            <w:r w:rsidDel="00000000" w:rsidR="00000000" w:rsidRPr="00000000">
              <w:rPr>
                <w:rtl w:val="0"/>
              </w:rPr>
            </w:r>
          </w:p>
        </w:tc>
        <w:tc>
          <w:tcPr>
            <w:shd w:fill="f2f2f2" w:val="clear"/>
          </w:tcPr>
          <w:p w:rsidR="00000000" w:rsidDel="00000000" w:rsidP="00000000" w:rsidRDefault="00000000" w:rsidRPr="00000000" w14:paraId="00000296">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w:t>
              <w:br w:type="textWrapping"/>
              <w:t xml:space="preserve">(complet)</w:t>
            </w:r>
            <w:r w:rsidDel="00000000" w:rsidR="00000000" w:rsidRPr="00000000">
              <w:rPr>
                <w:rtl w:val="0"/>
              </w:rPr>
            </w:r>
          </w:p>
        </w:tc>
        <w:tc>
          <w:tcPr>
            <w:shd w:fill="f2f2f2" w:val="clear"/>
          </w:tcPr>
          <w:p w:rsidR="00000000" w:rsidDel="00000000" w:rsidP="00000000" w:rsidRDefault="00000000" w:rsidRPr="00000000" w14:paraId="00000297">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unitar</w:t>
              <w:br w:type="textWrapping"/>
              <w:t xml:space="preserve">(compus din costurile directe și indirecte)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298">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 la</w:t>
              <w:br w:type="textWrapping"/>
              <w:t xml:space="preserve">destinația finală</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299">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29A">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29B">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29C">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29D">
            <w:pPr>
              <w:jc w:val="center"/>
              <w:rPr/>
            </w:pPr>
            <w:r w:rsidDel="00000000" w:rsidR="00000000" w:rsidRPr="00000000">
              <w:rPr>
                <w:b w:val="1"/>
                <w:bCs w:val="1"/>
                <w:rtl w:val="0"/>
              </w:rPr>
              <w:t xml:space="preserve">5=3x4</w:t>
            </w:r>
            <w:r w:rsidDel="00000000" w:rsidR="00000000" w:rsidRPr="00000000">
              <w:rPr>
                <w:rtl w:val="0"/>
              </w:rPr>
            </w:r>
          </w:p>
        </w:tc>
      </w:tr>
      <w:tr>
        <w:trPr>
          <w:cantSplit w:val="0"/>
          <w:tblHeader w:val="0"/>
        </w:trPr>
        <w:tc>
          <w:tcPr/>
          <w:p w:rsidR="00000000" w:rsidDel="00000000" w:rsidP="00000000" w:rsidRDefault="00000000" w:rsidRPr="00000000" w14:paraId="0000029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Ladă frigorifică (congelator orizontal)</w:t>
            </w:r>
            <w:r w:rsidDel="00000000" w:rsidR="00000000" w:rsidRPr="00000000">
              <w:rPr>
                <w:rtl w:val="0"/>
              </w:rPr>
            </w:r>
          </w:p>
          <w:p w:rsidR="00000000" w:rsidDel="00000000" w:rsidP="00000000" w:rsidRDefault="00000000" w:rsidRPr="00000000" w14:paraId="000002A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A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Volum util minimum 300 litri;</w:t>
            </w:r>
            <w:r w:rsidDel="00000000" w:rsidR="00000000" w:rsidRPr="00000000">
              <w:rPr>
                <w:rtl w:val="0"/>
              </w:rPr>
            </w:r>
          </w:p>
          <w:p w:rsidR="00000000" w:rsidDel="00000000" w:rsidP="00000000" w:rsidRDefault="00000000" w:rsidRPr="00000000" w14:paraId="000002A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temperatură de funcționare până la minimum -18°C;</w:t>
            </w:r>
            <w:r w:rsidDel="00000000" w:rsidR="00000000" w:rsidRPr="00000000">
              <w:rPr>
                <w:rtl w:val="0"/>
              </w:rPr>
            </w:r>
          </w:p>
          <w:p w:rsidR="00000000" w:rsidDel="00000000" w:rsidP="00000000" w:rsidRDefault="00000000" w:rsidRPr="00000000" w14:paraId="000002A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clasă de eficiență energetică minimum C;</w:t>
            </w:r>
            <w:r w:rsidDel="00000000" w:rsidR="00000000" w:rsidRPr="00000000">
              <w:rPr>
                <w:rtl w:val="0"/>
              </w:rPr>
            </w:r>
          </w:p>
          <w:p w:rsidR="00000000" w:rsidDel="00000000" w:rsidP="00000000" w:rsidRDefault="00000000" w:rsidRPr="00000000" w14:paraId="000002A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capac cu izolație termică.</w:t>
            </w:r>
            <w:r w:rsidDel="00000000" w:rsidR="00000000" w:rsidRPr="00000000">
              <w:rPr>
                <w:rtl w:val="0"/>
              </w:rPr>
            </w:r>
          </w:p>
          <w:p w:rsidR="00000000" w:rsidDel="00000000" w:rsidP="00000000" w:rsidRDefault="00000000" w:rsidRPr="00000000" w14:paraId="000002A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A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24 luni</w:t>
            </w:r>
            <w:r w:rsidDel="00000000" w:rsidR="00000000" w:rsidRPr="00000000">
              <w:rPr>
                <w:rtl w:val="0"/>
              </w:rPr>
            </w:r>
          </w:p>
          <w:p w:rsidR="00000000" w:rsidDel="00000000" w:rsidP="00000000" w:rsidRDefault="00000000" w:rsidRPr="00000000" w14:paraId="000002A8">
            <w:pPr>
              <w:rPr/>
            </w:pPr>
            <w:r w:rsidDel="00000000" w:rsidR="00000000" w:rsidRPr="00000000">
              <w:rPr>
                <w:rtl w:val="0"/>
              </w:rPr>
            </w:r>
          </w:p>
        </w:tc>
        <w:tc>
          <w:tcPr/>
          <w:p w:rsidR="00000000" w:rsidDel="00000000" w:rsidP="00000000" w:rsidRDefault="00000000" w:rsidRPr="00000000" w14:paraId="000002A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AA">
            <w:pPr>
              <w:jc w:val="center"/>
              <w:rPr/>
            </w:pPr>
            <w:r w:rsidDel="00000000" w:rsidR="00000000" w:rsidRPr="00000000">
              <w:rPr>
                <w:rtl w:val="0"/>
              </w:rPr>
            </w:r>
          </w:p>
        </w:tc>
        <w:tc>
          <w:tcPr/>
          <w:p w:rsidR="00000000" w:rsidDel="00000000" w:rsidP="00000000" w:rsidRDefault="00000000" w:rsidRPr="00000000" w14:paraId="000002AB">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AC">
            <w:pPr>
              <w:jc w:val="center"/>
              <w:rPr/>
            </w:pPr>
            <w:r w:rsidDel="00000000" w:rsidR="00000000" w:rsidRPr="00000000">
              <w:rPr>
                <w:rtl w:val="0"/>
              </w:rPr>
              <w:t xml:space="preserve">2</w:t>
            </w:r>
          </w:p>
        </w:tc>
        <w:tc>
          <w:tcPr/>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Bidon din inox cu capac, pentru transportul lichidelor alimentare</w:t>
            </w:r>
            <w:r w:rsidDel="00000000" w:rsidR="00000000" w:rsidRPr="00000000">
              <w:rPr>
                <w:rtl w:val="0"/>
              </w:rPr>
            </w:r>
          </w:p>
          <w:p w:rsidR="00000000" w:rsidDel="00000000" w:rsidP="00000000" w:rsidRDefault="00000000" w:rsidRPr="00000000" w14:paraId="000002A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B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 inox alimentar;</w:t>
            </w:r>
            <w:r w:rsidDel="00000000" w:rsidR="00000000" w:rsidRPr="00000000">
              <w:rPr>
                <w:rtl w:val="0"/>
              </w:rPr>
            </w:r>
          </w:p>
          <w:p w:rsidR="00000000" w:rsidDel="00000000" w:rsidP="00000000" w:rsidRDefault="00000000" w:rsidRPr="00000000" w14:paraId="000002B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capacitate minimum 20–25 litri;</w:t>
            </w:r>
            <w:r w:rsidDel="00000000" w:rsidR="00000000" w:rsidRPr="00000000">
              <w:rPr>
                <w:rtl w:val="0"/>
              </w:rPr>
            </w:r>
          </w:p>
          <w:p w:rsidR="00000000" w:rsidDel="00000000" w:rsidP="00000000" w:rsidRDefault="00000000" w:rsidRPr="00000000" w14:paraId="000002B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capac ermetic cu garnitură;</w:t>
            </w:r>
            <w:r w:rsidDel="00000000" w:rsidR="00000000" w:rsidRPr="00000000">
              <w:rPr>
                <w:rtl w:val="0"/>
              </w:rPr>
            </w:r>
          </w:p>
          <w:p w:rsidR="00000000" w:rsidDel="00000000" w:rsidP="00000000" w:rsidRDefault="00000000" w:rsidRPr="00000000" w14:paraId="000002B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mâner de transport rezistent.</w:t>
            </w:r>
            <w:r w:rsidDel="00000000" w:rsidR="00000000" w:rsidRPr="00000000">
              <w:rPr>
                <w:rtl w:val="0"/>
              </w:rPr>
            </w:r>
          </w:p>
          <w:p w:rsidR="00000000" w:rsidDel="00000000" w:rsidP="00000000" w:rsidRDefault="00000000" w:rsidRPr="00000000" w14:paraId="000002B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B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B6">
            <w:pPr>
              <w:rPr/>
            </w:pPr>
            <w:r w:rsidDel="00000000" w:rsidR="00000000" w:rsidRPr="00000000">
              <w:rPr>
                <w:rtl w:val="0"/>
              </w:rPr>
            </w:r>
          </w:p>
        </w:tc>
        <w:tc>
          <w:tcPr/>
          <w:p w:rsidR="00000000" w:rsidDel="00000000" w:rsidP="00000000" w:rsidRDefault="00000000" w:rsidRPr="00000000" w14:paraId="000002B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br w:type="textWrapping"/>
              <w:t xml:space="preserve">buc.</w:t>
            </w:r>
            <w:r w:rsidDel="00000000" w:rsidR="00000000" w:rsidRPr="00000000">
              <w:rPr>
                <w:rtl w:val="0"/>
              </w:rPr>
            </w:r>
          </w:p>
        </w:tc>
        <w:tc>
          <w:tcPr/>
          <w:p w:rsidR="00000000" w:rsidDel="00000000" w:rsidP="00000000" w:rsidRDefault="00000000" w:rsidRPr="00000000" w14:paraId="000002B8">
            <w:pPr>
              <w:jc w:val="center"/>
              <w:rPr/>
            </w:pPr>
            <w:r w:rsidDel="00000000" w:rsidR="00000000" w:rsidRPr="00000000">
              <w:rPr>
                <w:rtl w:val="0"/>
              </w:rPr>
            </w:r>
          </w:p>
        </w:tc>
        <w:tc>
          <w:tcPr/>
          <w:p w:rsidR="00000000" w:rsidDel="00000000" w:rsidP="00000000" w:rsidRDefault="00000000" w:rsidRPr="00000000" w14:paraId="000002B9">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BA">
            <w:pPr>
              <w:jc w:val="center"/>
              <w:rPr/>
            </w:pPr>
            <w:r w:rsidDel="00000000" w:rsidR="00000000" w:rsidRPr="00000000">
              <w:rPr>
                <w:rtl w:val="0"/>
              </w:rPr>
              <w:t xml:space="preserve">3</w:t>
            </w:r>
          </w:p>
        </w:tc>
        <w:tc>
          <w:tcPr/>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Separator centrifugal de smântână/unt</w:t>
            </w:r>
            <w:r w:rsidDel="00000000" w:rsidR="00000000" w:rsidRPr="00000000">
              <w:rPr>
                <w:rtl w:val="0"/>
              </w:rPr>
            </w:r>
          </w:p>
          <w:p w:rsidR="00000000" w:rsidDel="00000000" w:rsidP="00000000" w:rsidRDefault="00000000" w:rsidRPr="00000000" w14:paraId="000002B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B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Capacitate de procesare minimum 15 litri/oră;</w:t>
            </w:r>
            <w:r w:rsidDel="00000000" w:rsidR="00000000" w:rsidRPr="00000000">
              <w:rPr>
                <w:rtl w:val="0"/>
              </w:rPr>
            </w:r>
          </w:p>
          <w:p w:rsidR="00000000" w:rsidDel="00000000" w:rsidP="00000000" w:rsidRDefault="00000000" w:rsidRPr="00000000" w14:paraId="000002B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tambur din inox alimentar;</w:t>
            </w:r>
            <w:r w:rsidDel="00000000" w:rsidR="00000000" w:rsidRPr="00000000">
              <w:rPr>
                <w:rtl w:val="0"/>
              </w:rPr>
            </w:r>
          </w:p>
          <w:p w:rsidR="00000000" w:rsidDel="00000000" w:rsidP="00000000" w:rsidRDefault="00000000" w:rsidRPr="00000000" w14:paraId="000002C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funcționare electrică sau manuală;</w:t>
            </w:r>
            <w:r w:rsidDel="00000000" w:rsidR="00000000" w:rsidRPr="00000000">
              <w:rPr>
                <w:rtl w:val="0"/>
              </w:rPr>
            </w:r>
          </w:p>
          <w:p w:rsidR="00000000" w:rsidDel="00000000" w:rsidP="00000000" w:rsidRDefault="00000000" w:rsidRPr="00000000" w14:paraId="000002C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reglare a grosimii smântânii separate.</w:t>
            </w:r>
            <w:r w:rsidDel="00000000" w:rsidR="00000000" w:rsidRPr="00000000">
              <w:rPr>
                <w:rtl w:val="0"/>
              </w:rPr>
            </w:r>
          </w:p>
          <w:p w:rsidR="00000000" w:rsidDel="00000000" w:rsidP="00000000" w:rsidRDefault="00000000" w:rsidRPr="00000000" w14:paraId="000002C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C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C4">
            <w:pPr>
              <w:rPr/>
            </w:pPr>
            <w:r w:rsidDel="00000000" w:rsidR="00000000" w:rsidRPr="00000000">
              <w:rPr>
                <w:rtl w:val="0"/>
              </w:rPr>
            </w:r>
          </w:p>
        </w:tc>
        <w:tc>
          <w:tcPr/>
          <w:p w:rsidR="00000000" w:rsidDel="00000000" w:rsidP="00000000" w:rsidRDefault="00000000" w:rsidRPr="00000000" w14:paraId="000002C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C6">
            <w:pPr>
              <w:jc w:val="center"/>
              <w:rPr/>
            </w:pPr>
            <w:r w:rsidDel="00000000" w:rsidR="00000000" w:rsidRPr="00000000">
              <w:rPr>
                <w:rtl w:val="0"/>
              </w:rPr>
            </w:r>
          </w:p>
        </w:tc>
        <w:tc>
          <w:tcPr/>
          <w:p w:rsidR="00000000" w:rsidDel="00000000" w:rsidP="00000000" w:rsidRDefault="00000000" w:rsidRPr="00000000" w14:paraId="000002C7">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C8">
            <w:pPr>
              <w:jc w:val="center"/>
              <w:rPr/>
            </w:pPr>
            <w:r w:rsidDel="00000000" w:rsidR="00000000" w:rsidRPr="00000000">
              <w:rPr>
                <w:rtl w:val="0"/>
              </w:rPr>
              <w:t xml:space="preserve">4</w:t>
            </w:r>
          </w:p>
        </w:tc>
        <w:tc>
          <w:tcPr/>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Căldare din aluminiu gradată</w:t>
            </w:r>
            <w:r w:rsidDel="00000000" w:rsidR="00000000" w:rsidRPr="00000000">
              <w:rPr>
                <w:rtl w:val="0"/>
              </w:rPr>
            </w:r>
          </w:p>
          <w:p w:rsidR="00000000" w:rsidDel="00000000" w:rsidP="00000000" w:rsidRDefault="00000000" w:rsidRPr="00000000" w14:paraId="000002C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C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Capacitate minimum 10 litri;</w:t>
            </w:r>
            <w:r w:rsidDel="00000000" w:rsidR="00000000" w:rsidRPr="00000000">
              <w:rPr>
                <w:rtl w:val="0"/>
              </w:rPr>
            </w:r>
          </w:p>
          <w:p w:rsidR="00000000" w:rsidDel="00000000" w:rsidP="00000000" w:rsidRDefault="00000000" w:rsidRPr="00000000" w14:paraId="000002C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scală de gradare vizibilă;</w:t>
            </w:r>
            <w:r w:rsidDel="00000000" w:rsidR="00000000" w:rsidRPr="00000000">
              <w:rPr>
                <w:rtl w:val="0"/>
              </w:rPr>
            </w:r>
          </w:p>
          <w:p w:rsidR="00000000" w:rsidDel="00000000" w:rsidP="00000000" w:rsidRDefault="00000000" w:rsidRPr="00000000" w14:paraId="000002C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mâner rezistent la temperatură;</w:t>
            </w:r>
            <w:r w:rsidDel="00000000" w:rsidR="00000000" w:rsidRPr="00000000">
              <w:rPr>
                <w:rtl w:val="0"/>
              </w:rPr>
            </w:r>
          </w:p>
          <w:p w:rsidR="00000000" w:rsidDel="00000000" w:rsidP="00000000" w:rsidRDefault="00000000" w:rsidRPr="00000000" w14:paraId="000002C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 adecvat contactului cu produse alimentare.</w:t>
            </w:r>
            <w:r w:rsidDel="00000000" w:rsidR="00000000" w:rsidRPr="00000000">
              <w:rPr>
                <w:rtl w:val="0"/>
              </w:rPr>
            </w:r>
          </w:p>
          <w:p w:rsidR="00000000" w:rsidDel="00000000" w:rsidP="00000000" w:rsidRDefault="00000000" w:rsidRPr="00000000" w14:paraId="000002D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D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D2">
            <w:pPr>
              <w:rPr/>
            </w:pPr>
            <w:r w:rsidDel="00000000" w:rsidR="00000000" w:rsidRPr="00000000">
              <w:rPr>
                <w:rtl w:val="0"/>
              </w:rPr>
            </w:r>
          </w:p>
        </w:tc>
        <w:tc>
          <w:tcPr/>
          <w:p w:rsidR="00000000" w:rsidDel="00000000" w:rsidP="00000000" w:rsidRDefault="00000000" w:rsidRPr="00000000" w14:paraId="000002D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D4">
            <w:pPr>
              <w:jc w:val="center"/>
              <w:rPr/>
            </w:pPr>
            <w:r w:rsidDel="00000000" w:rsidR="00000000" w:rsidRPr="00000000">
              <w:rPr>
                <w:rtl w:val="0"/>
              </w:rPr>
            </w:r>
          </w:p>
        </w:tc>
        <w:tc>
          <w:tcPr/>
          <w:p w:rsidR="00000000" w:rsidDel="00000000" w:rsidP="00000000" w:rsidRDefault="00000000" w:rsidRPr="00000000" w14:paraId="000002D5">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D6">
            <w:pPr>
              <w:jc w:val="center"/>
              <w:rPr/>
            </w:pPr>
            <w:r w:rsidDel="00000000" w:rsidR="00000000" w:rsidRPr="00000000">
              <w:rPr>
                <w:rtl w:val="0"/>
              </w:rPr>
              <w:t xml:space="preserve">5</w:t>
            </w:r>
          </w:p>
        </w:tc>
        <w:tc>
          <w:tcPr/>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Set accesorii pentru aparatul de muls (capac colector)</w:t>
            </w:r>
            <w:r w:rsidDel="00000000" w:rsidR="00000000" w:rsidRPr="00000000">
              <w:rPr>
                <w:rtl w:val="0"/>
              </w:rPr>
            </w:r>
          </w:p>
          <w:p w:rsidR="00000000" w:rsidDel="00000000" w:rsidP="00000000" w:rsidRDefault="00000000" w:rsidRPr="00000000" w14:paraId="000002D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D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Componente din materiale alimentare (plastic/inox);</w:t>
            </w:r>
            <w:r w:rsidDel="00000000" w:rsidR="00000000" w:rsidRPr="00000000">
              <w:rPr>
                <w:rtl w:val="0"/>
              </w:rPr>
            </w:r>
          </w:p>
          <w:p w:rsidR="00000000" w:rsidDel="00000000" w:rsidP="00000000" w:rsidRDefault="00000000" w:rsidRPr="00000000" w14:paraId="000002D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compatibile cu sisteme standard de muls mecanic;</w:t>
            </w:r>
            <w:r w:rsidDel="00000000" w:rsidR="00000000" w:rsidRPr="00000000">
              <w:rPr>
                <w:rtl w:val="0"/>
              </w:rPr>
            </w:r>
          </w:p>
          <w:p w:rsidR="00000000" w:rsidDel="00000000" w:rsidP="00000000" w:rsidRDefault="00000000" w:rsidRPr="00000000" w14:paraId="000002D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garnituri de etanșare incluse.</w:t>
            </w:r>
            <w:r w:rsidDel="00000000" w:rsidR="00000000" w:rsidRPr="00000000">
              <w:rPr>
                <w:rtl w:val="0"/>
              </w:rPr>
            </w:r>
          </w:p>
          <w:p w:rsidR="00000000" w:rsidDel="00000000" w:rsidP="00000000" w:rsidRDefault="00000000" w:rsidRPr="00000000" w14:paraId="000002D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D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DF">
            <w:pPr>
              <w:rPr/>
            </w:pPr>
            <w:r w:rsidDel="00000000" w:rsidR="00000000" w:rsidRPr="00000000">
              <w:rPr>
                <w:rtl w:val="0"/>
              </w:rPr>
            </w:r>
          </w:p>
        </w:tc>
        <w:tc>
          <w:tcPr/>
          <w:p w:rsidR="00000000" w:rsidDel="00000000" w:rsidP="00000000" w:rsidRDefault="00000000" w:rsidRPr="00000000" w14:paraId="000002E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br w:type="textWrapping"/>
              <w:t xml:space="preserve">buc.</w:t>
            </w:r>
            <w:r w:rsidDel="00000000" w:rsidR="00000000" w:rsidRPr="00000000">
              <w:rPr>
                <w:rtl w:val="0"/>
              </w:rPr>
            </w:r>
          </w:p>
        </w:tc>
        <w:tc>
          <w:tcPr/>
          <w:p w:rsidR="00000000" w:rsidDel="00000000" w:rsidP="00000000" w:rsidRDefault="00000000" w:rsidRPr="00000000" w14:paraId="000002E1">
            <w:pPr>
              <w:jc w:val="center"/>
              <w:rPr/>
            </w:pPr>
            <w:r w:rsidDel="00000000" w:rsidR="00000000" w:rsidRPr="00000000">
              <w:rPr>
                <w:rtl w:val="0"/>
              </w:rPr>
            </w:r>
          </w:p>
        </w:tc>
        <w:tc>
          <w:tcPr/>
          <w:p w:rsidR="00000000" w:rsidDel="00000000" w:rsidP="00000000" w:rsidRDefault="00000000" w:rsidRPr="00000000" w14:paraId="000002E2">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E3">
            <w:pPr>
              <w:jc w:val="center"/>
              <w:rPr/>
            </w:pPr>
            <w:r w:rsidDel="00000000" w:rsidR="00000000" w:rsidRPr="00000000">
              <w:rPr>
                <w:rtl w:val="0"/>
              </w:rPr>
              <w:t xml:space="preserve">6</w:t>
            </w:r>
          </w:p>
        </w:tc>
        <w:tc>
          <w:tcPr/>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Set accesorii pentru aparatul de muls (pulsator pneumatic)</w:t>
            </w:r>
            <w:r w:rsidDel="00000000" w:rsidR="00000000" w:rsidRPr="00000000">
              <w:rPr>
                <w:rtl w:val="0"/>
              </w:rPr>
            </w:r>
          </w:p>
          <w:p w:rsidR="00000000" w:rsidDel="00000000" w:rsidP="00000000" w:rsidRDefault="00000000" w:rsidRPr="00000000" w14:paraId="000002E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E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Pulsatoare pneumatice cu minimum 2 ieșiri;</w:t>
            </w:r>
            <w:r w:rsidDel="00000000" w:rsidR="00000000" w:rsidRPr="00000000">
              <w:rPr>
                <w:rtl w:val="0"/>
              </w:rPr>
            </w:r>
          </w:p>
          <w:p w:rsidR="00000000" w:rsidDel="00000000" w:rsidP="00000000" w:rsidRDefault="00000000" w:rsidRPr="00000000" w14:paraId="000002E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componente din materiale alimentare;</w:t>
            </w:r>
            <w:r w:rsidDel="00000000" w:rsidR="00000000" w:rsidRPr="00000000">
              <w:rPr>
                <w:rtl w:val="0"/>
              </w:rPr>
            </w:r>
          </w:p>
          <w:p w:rsidR="00000000" w:rsidDel="00000000" w:rsidP="00000000" w:rsidRDefault="00000000" w:rsidRPr="00000000" w14:paraId="000002E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compatibile cu sisteme standard de muls mecanic.</w:t>
            </w:r>
            <w:r w:rsidDel="00000000" w:rsidR="00000000" w:rsidRPr="00000000">
              <w:rPr>
                <w:rtl w:val="0"/>
              </w:rPr>
            </w:r>
          </w:p>
          <w:p w:rsidR="00000000" w:rsidDel="00000000" w:rsidP="00000000" w:rsidRDefault="00000000" w:rsidRPr="00000000" w14:paraId="000002E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E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EC">
            <w:pPr>
              <w:rPr/>
            </w:pPr>
            <w:r w:rsidDel="00000000" w:rsidR="00000000" w:rsidRPr="00000000">
              <w:rPr>
                <w:rtl w:val="0"/>
              </w:rPr>
            </w:r>
          </w:p>
        </w:tc>
        <w:tc>
          <w:tcPr/>
          <w:p w:rsidR="00000000" w:rsidDel="00000000" w:rsidP="00000000" w:rsidRDefault="00000000" w:rsidRPr="00000000" w14:paraId="000002E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br w:type="textWrapping"/>
              <w:t xml:space="preserve">buc.</w:t>
            </w:r>
            <w:r w:rsidDel="00000000" w:rsidR="00000000" w:rsidRPr="00000000">
              <w:rPr>
                <w:rtl w:val="0"/>
              </w:rPr>
            </w:r>
          </w:p>
        </w:tc>
        <w:tc>
          <w:tcPr/>
          <w:p w:rsidR="00000000" w:rsidDel="00000000" w:rsidP="00000000" w:rsidRDefault="00000000" w:rsidRPr="00000000" w14:paraId="000002EE">
            <w:pPr>
              <w:jc w:val="center"/>
              <w:rPr/>
            </w:pPr>
            <w:r w:rsidDel="00000000" w:rsidR="00000000" w:rsidRPr="00000000">
              <w:rPr>
                <w:rtl w:val="0"/>
              </w:rPr>
            </w:r>
          </w:p>
        </w:tc>
        <w:tc>
          <w:tcPr/>
          <w:p w:rsidR="00000000" w:rsidDel="00000000" w:rsidP="00000000" w:rsidRDefault="00000000" w:rsidRPr="00000000" w14:paraId="000002EF">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F0">
            <w:pPr>
              <w:jc w:val="center"/>
              <w:rPr/>
            </w:pPr>
            <w:r w:rsidDel="00000000" w:rsidR="00000000" w:rsidRPr="00000000">
              <w:rPr>
                <w:rtl w:val="0"/>
              </w:rPr>
              <w:t xml:space="preserve">7</w:t>
            </w:r>
          </w:p>
        </w:tc>
        <w:tc>
          <w:tcPr/>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Set accesorii pentru aparatul de muls (clapetă corp colector)</w:t>
            </w:r>
            <w:r w:rsidDel="00000000" w:rsidR="00000000" w:rsidRPr="00000000">
              <w:rPr>
                <w:rtl w:val="0"/>
              </w:rPr>
            </w:r>
          </w:p>
          <w:p w:rsidR="00000000" w:rsidDel="00000000" w:rsidP="00000000" w:rsidRDefault="00000000" w:rsidRPr="00000000" w14:paraId="000002F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F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Componentă din materiale alimentare;</w:t>
            </w:r>
            <w:r w:rsidDel="00000000" w:rsidR="00000000" w:rsidRPr="00000000">
              <w:rPr>
                <w:rtl w:val="0"/>
              </w:rPr>
            </w:r>
          </w:p>
          <w:p w:rsidR="00000000" w:rsidDel="00000000" w:rsidP="00000000" w:rsidRDefault="00000000" w:rsidRPr="00000000" w14:paraId="000002F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compatibilă cu sisteme standard de muls mecanic.</w:t>
            </w:r>
            <w:r w:rsidDel="00000000" w:rsidR="00000000" w:rsidRPr="00000000">
              <w:rPr>
                <w:rtl w:val="0"/>
              </w:rPr>
            </w:r>
          </w:p>
          <w:p w:rsidR="00000000" w:rsidDel="00000000" w:rsidP="00000000" w:rsidRDefault="00000000" w:rsidRPr="00000000" w14:paraId="000002F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F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F8">
            <w:pPr>
              <w:rPr/>
            </w:pPr>
            <w:r w:rsidDel="00000000" w:rsidR="00000000" w:rsidRPr="00000000">
              <w:rPr>
                <w:rtl w:val="0"/>
              </w:rPr>
            </w:r>
          </w:p>
        </w:tc>
        <w:tc>
          <w:tcPr/>
          <w:p w:rsidR="00000000" w:rsidDel="00000000" w:rsidP="00000000" w:rsidRDefault="00000000" w:rsidRPr="00000000" w14:paraId="000002F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br w:type="textWrapping"/>
              <w:t xml:space="preserve">buc.</w:t>
            </w:r>
            <w:r w:rsidDel="00000000" w:rsidR="00000000" w:rsidRPr="00000000">
              <w:rPr>
                <w:rtl w:val="0"/>
              </w:rPr>
            </w:r>
          </w:p>
        </w:tc>
        <w:tc>
          <w:tcPr/>
          <w:p w:rsidR="00000000" w:rsidDel="00000000" w:rsidP="00000000" w:rsidRDefault="00000000" w:rsidRPr="00000000" w14:paraId="000002FA">
            <w:pPr>
              <w:jc w:val="center"/>
              <w:rPr/>
            </w:pPr>
            <w:r w:rsidDel="00000000" w:rsidR="00000000" w:rsidRPr="00000000">
              <w:rPr>
                <w:rtl w:val="0"/>
              </w:rPr>
            </w:r>
          </w:p>
        </w:tc>
        <w:tc>
          <w:tcPr/>
          <w:p w:rsidR="00000000" w:rsidDel="00000000" w:rsidP="00000000" w:rsidRDefault="00000000" w:rsidRPr="00000000" w14:paraId="000002FB">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FC">
            <w:pPr>
              <w:jc w:val="center"/>
              <w:rPr/>
            </w:pPr>
            <w:r w:rsidDel="00000000" w:rsidR="00000000" w:rsidRPr="00000000">
              <w:rPr>
                <w:rtl w:val="0"/>
              </w:rPr>
              <w:t xml:space="preserve">8</w:t>
            </w:r>
          </w:p>
        </w:tc>
        <w:tc>
          <w:tcPr/>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Granulator pentru prepararea hranei animaliere</w:t>
            </w:r>
            <w:r w:rsidDel="00000000" w:rsidR="00000000" w:rsidRPr="00000000">
              <w:rPr>
                <w:rtl w:val="0"/>
              </w:rPr>
            </w:r>
          </w:p>
          <w:p w:rsidR="00000000" w:rsidDel="00000000" w:rsidP="00000000" w:rsidRDefault="00000000" w:rsidRPr="00000000" w14:paraId="000002F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0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Motor electric inclus;</w:t>
            </w:r>
            <w:r w:rsidDel="00000000" w:rsidR="00000000" w:rsidRPr="00000000">
              <w:rPr>
                <w:rtl w:val="0"/>
              </w:rPr>
            </w:r>
          </w:p>
          <w:p w:rsidR="00000000" w:rsidDel="00000000" w:rsidP="00000000" w:rsidRDefault="00000000" w:rsidRPr="00000000" w14:paraId="0000030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capacitate de producție minimum 100 kg/oră;</w:t>
            </w:r>
            <w:r w:rsidDel="00000000" w:rsidR="00000000" w:rsidRPr="00000000">
              <w:rPr>
                <w:rtl w:val="0"/>
              </w:rPr>
            </w:r>
          </w:p>
          <w:p w:rsidR="00000000" w:rsidDel="00000000" w:rsidP="00000000" w:rsidRDefault="00000000" w:rsidRPr="00000000" w14:paraId="0000030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matriță interschimbabilă în funcție de diametrul granulei;</w:t>
            </w:r>
            <w:r w:rsidDel="00000000" w:rsidR="00000000" w:rsidRPr="00000000">
              <w:rPr>
                <w:rtl w:val="0"/>
              </w:rPr>
            </w:r>
          </w:p>
          <w:p w:rsidR="00000000" w:rsidDel="00000000" w:rsidP="00000000" w:rsidRDefault="00000000" w:rsidRPr="00000000" w14:paraId="0000030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sistem de alimentare cu pâlnie.</w:t>
            </w:r>
            <w:r w:rsidDel="00000000" w:rsidR="00000000" w:rsidRPr="00000000">
              <w:rPr>
                <w:rtl w:val="0"/>
              </w:rPr>
            </w:r>
          </w:p>
          <w:p w:rsidR="00000000" w:rsidDel="00000000" w:rsidP="00000000" w:rsidRDefault="00000000" w:rsidRPr="00000000" w14:paraId="0000030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30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306">
            <w:pPr>
              <w:rPr/>
            </w:pPr>
            <w:r w:rsidDel="00000000" w:rsidR="00000000" w:rsidRPr="00000000">
              <w:rPr>
                <w:rtl w:val="0"/>
              </w:rPr>
            </w:r>
          </w:p>
        </w:tc>
        <w:tc>
          <w:tcPr/>
          <w:p w:rsidR="00000000" w:rsidDel="00000000" w:rsidP="00000000" w:rsidRDefault="00000000" w:rsidRPr="00000000" w14:paraId="0000030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308">
            <w:pPr>
              <w:jc w:val="center"/>
              <w:rPr/>
            </w:pPr>
            <w:r w:rsidDel="00000000" w:rsidR="00000000" w:rsidRPr="00000000">
              <w:rPr>
                <w:rtl w:val="0"/>
              </w:rPr>
            </w:r>
          </w:p>
        </w:tc>
        <w:tc>
          <w:tcPr/>
          <w:p w:rsidR="00000000" w:rsidDel="00000000" w:rsidP="00000000" w:rsidRDefault="00000000" w:rsidRPr="00000000" w14:paraId="00000309">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0A">
            <w:pPr>
              <w:jc w:val="center"/>
              <w:rPr/>
            </w:pPr>
            <w:r w:rsidDel="00000000" w:rsidR="00000000" w:rsidRPr="00000000">
              <w:rPr>
                <w:rtl w:val="0"/>
              </w:rPr>
              <w:t xml:space="preserve">9</w:t>
            </w:r>
          </w:p>
        </w:tc>
        <w:tc>
          <w:tcPr/>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Tocător de furaje/rădăcinoase</w:t>
            </w:r>
            <w:r w:rsidDel="00000000" w:rsidR="00000000" w:rsidRPr="00000000">
              <w:rPr>
                <w:rtl w:val="0"/>
              </w:rPr>
            </w:r>
          </w:p>
          <w:p w:rsidR="00000000" w:rsidDel="00000000" w:rsidP="00000000" w:rsidRDefault="00000000" w:rsidRPr="00000000" w14:paraId="0000030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0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Putere motor adecvată tocării continue;</w:t>
            </w:r>
            <w:r w:rsidDel="00000000" w:rsidR="00000000" w:rsidRPr="00000000">
              <w:rPr>
                <w:rtl w:val="0"/>
              </w:rPr>
            </w:r>
          </w:p>
          <w:p w:rsidR="00000000" w:rsidDel="00000000" w:rsidP="00000000" w:rsidRDefault="00000000" w:rsidRPr="00000000" w14:paraId="0000030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capacitate de procesare minimum 300–400 kg/oră;</w:t>
            </w:r>
            <w:r w:rsidDel="00000000" w:rsidR="00000000" w:rsidRPr="00000000">
              <w:rPr>
                <w:rtl w:val="0"/>
              </w:rPr>
            </w:r>
          </w:p>
          <w:p w:rsidR="00000000" w:rsidDel="00000000" w:rsidP="00000000" w:rsidRDefault="00000000" w:rsidRPr="00000000" w14:paraId="0000031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pâlnie de alimentare securizată;</w:t>
            </w:r>
            <w:r w:rsidDel="00000000" w:rsidR="00000000" w:rsidRPr="00000000">
              <w:rPr>
                <w:rtl w:val="0"/>
              </w:rPr>
            </w:r>
          </w:p>
          <w:p w:rsidR="00000000" w:rsidDel="00000000" w:rsidP="00000000" w:rsidRDefault="00000000" w:rsidRPr="00000000" w14:paraId="0000031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cuțite din oțel rezistent la uzură.</w:t>
            </w:r>
            <w:r w:rsidDel="00000000" w:rsidR="00000000" w:rsidRPr="00000000">
              <w:rPr>
                <w:rtl w:val="0"/>
              </w:rPr>
            </w:r>
          </w:p>
          <w:p w:rsidR="00000000" w:rsidDel="00000000" w:rsidP="00000000" w:rsidRDefault="00000000" w:rsidRPr="00000000" w14:paraId="0000031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31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314">
            <w:pPr>
              <w:rPr/>
            </w:pPr>
            <w:r w:rsidDel="00000000" w:rsidR="00000000" w:rsidRPr="00000000">
              <w:rPr>
                <w:rtl w:val="0"/>
              </w:rPr>
            </w:r>
          </w:p>
        </w:tc>
        <w:tc>
          <w:tcPr/>
          <w:p w:rsidR="00000000" w:rsidDel="00000000" w:rsidP="00000000" w:rsidRDefault="00000000" w:rsidRPr="00000000" w14:paraId="0000031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316">
            <w:pPr>
              <w:jc w:val="center"/>
              <w:rPr/>
            </w:pPr>
            <w:r w:rsidDel="00000000" w:rsidR="00000000" w:rsidRPr="00000000">
              <w:rPr>
                <w:rtl w:val="0"/>
              </w:rPr>
            </w:r>
          </w:p>
        </w:tc>
        <w:tc>
          <w:tcPr/>
          <w:p w:rsidR="00000000" w:rsidDel="00000000" w:rsidP="00000000" w:rsidRDefault="00000000" w:rsidRPr="00000000" w14:paraId="00000317">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18">
            <w:pPr>
              <w:jc w:val="center"/>
              <w:rPr/>
            </w:pPr>
            <w:r w:rsidDel="00000000" w:rsidR="00000000" w:rsidRPr="00000000">
              <w:rPr>
                <w:rtl w:val="0"/>
              </w:rPr>
              <w:t xml:space="preserve">10</w:t>
            </w:r>
          </w:p>
        </w:tc>
        <w:tc>
          <w:tcPr/>
          <w:p w:rsidR="00000000" w:rsidDel="00000000" w:rsidP="00000000" w:rsidRDefault="00000000" w:rsidRPr="00000000" w14:paraId="00000319">
            <w:pPr>
              <w:rPr/>
            </w:pPr>
            <w:r w:rsidDel="00000000" w:rsidR="00000000" w:rsidRPr="00000000">
              <w:rPr>
                <w:rtl w:val="0"/>
              </w:rPr>
              <w:t xml:space="preserve">Livrare în raza Chișinăului</w:t>
            </w:r>
          </w:p>
        </w:tc>
        <w:tc>
          <w:tcPr/>
          <w:p w:rsidR="00000000" w:rsidDel="00000000" w:rsidP="00000000" w:rsidRDefault="00000000" w:rsidRPr="00000000" w14:paraId="0000031A">
            <w:pPr>
              <w:jc w:val="center"/>
              <w:rPr/>
            </w:pPr>
            <w:r w:rsidDel="00000000" w:rsidR="00000000" w:rsidRPr="00000000">
              <w:rPr>
                <w:rtl w:val="0"/>
              </w:rPr>
              <w:t xml:space="preserve">lei/km</w:t>
            </w:r>
          </w:p>
        </w:tc>
        <w:tc>
          <w:tcPr/>
          <w:p w:rsidR="00000000" w:rsidDel="00000000" w:rsidP="00000000" w:rsidRDefault="00000000" w:rsidRPr="00000000" w14:paraId="0000031B">
            <w:pPr>
              <w:jc w:val="center"/>
              <w:rPr/>
            </w:pPr>
            <w:r w:rsidDel="00000000" w:rsidR="00000000" w:rsidRPr="00000000">
              <w:rPr>
                <w:rtl w:val="0"/>
              </w:rPr>
            </w:r>
          </w:p>
        </w:tc>
        <w:tc>
          <w:tcPr/>
          <w:p w:rsidR="00000000" w:rsidDel="00000000" w:rsidP="00000000" w:rsidRDefault="00000000" w:rsidRPr="00000000" w14:paraId="0000031C">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1D">
            <w:pPr>
              <w:jc w:val="center"/>
              <w:rPr/>
            </w:pPr>
            <w:r w:rsidDel="00000000" w:rsidR="00000000" w:rsidRPr="00000000">
              <w:rPr>
                <w:rtl w:val="0"/>
              </w:rPr>
              <w:t xml:space="preserve">11</w:t>
            </w:r>
          </w:p>
        </w:tc>
        <w:tc>
          <w:tcPr/>
          <w:p w:rsidR="00000000" w:rsidDel="00000000" w:rsidP="00000000" w:rsidRDefault="00000000" w:rsidRPr="00000000" w14:paraId="0000031E">
            <w:pPr>
              <w:rPr/>
            </w:pPr>
            <w:r w:rsidDel="00000000" w:rsidR="00000000" w:rsidRPr="00000000">
              <w:rPr>
                <w:rtl w:val="0"/>
              </w:rPr>
              <w:t xml:space="preserve">Livrare în afara Chișinăului </w:t>
            </w:r>
          </w:p>
        </w:tc>
        <w:tc>
          <w:tcPr/>
          <w:p w:rsidR="00000000" w:rsidDel="00000000" w:rsidP="00000000" w:rsidRDefault="00000000" w:rsidRPr="00000000" w14:paraId="0000031F">
            <w:pPr>
              <w:jc w:val="center"/>
              <w:rPr/>
            </w:pPr>
            <w:r w:rsidDel="00000000" w:rsidR="00000000" w:rsidRPr="00000000">
              <w:rPr>
                <w:rtl w:val="0"/>
              </w:rPr>
              <w:t xml:space="preserve">lei/km</w:t>
            </w:r>
          </w:p>
        </w:tc>
        <w:tc>
          <w:tcPr/>
          <w:p w:rsidR="00000000" w:rsidDel="00000000" w:rsidP="00000000" w:rsidRDefault="00000000" w:rsidRPr="00000000" w14:paraId="00000320">
            <w:pPr>
              <w:jc w:val="center"/>
              <w:rPr/>
            </w:pPr>
            <w:r w:rsidDel="00000000" w:rsidR="00000000" w:rsidRPr="00000000">
              <w:rPr>
                <w:rtl w:val="0"/>
              </w:rPr>
            </w:r>
          </w:p>
        </w:tc>
        <w:tc>
          <w:tcPr/>
          <w:p w:rsidR="00000000" w:rsidDel="00000000" w:rsidP="00000000" w:rsidRDefault="00000000" w:rsidRPr="00000000" w14:paraId="00000321">
            <w:pPr>
              <w:jc w:val="center"/>
              <w:rPr/>
            </w:pPr>
            <w:r w:rsidDel="00000000" w:rsidR="00000000" w:rsidRPr="00000000">
              <w:rPr>
                <w:rtl w:val="0"/>
              </w:rPr>
            </w:r>
          </w:p>
        </w:tc>
      </w:tr>
    </w:tbl>
    <w:p w:rsidR="00000000" w:rsidDel="00000000" w:rsidP="00000000" w:rsidRDefault="00000000" w:rsidRPr="00000000" w14:paraId="00000322">
      <w:pPr>
        <w:spacing w:after="200" w:before="0" w:lineRule="auto"/>
        <w:jc w:val="both"/>
        <w:rPr/>
      </w:pPr>
      <w:r w:rsidDel="00000000" w:rsidR="00000000" w:rsidRPr="00000000">
        <w:rPr>
          <w:rtl w:val="0"/>
        </w:rPr>
      </w:r>
    </w:p>
    <w:p w:rsidR="00000000" w:rsidDel="00000000" w:rsidP="00000000" w:rsidRDefault="00000000" w:rsidRPr="00000000" w14:paraId="00000323">
      <w:pPr>
        <w:spacing w:after="320" w:lineRule="auto"/>
        <w:jc w:val="both"/>
        <w:rPr/>
      </w:pPr>
      <w:r w:rsidDel="00000000" w:rsidR="00000000" w:rsidRPr="00000000">
        <w:rPr>
          <w:i w:val="1"/>
          <w:iCs w:val="1"/>
          <w:rtl w:val="0"/>
        </w:rPr>
        <w:t xml:space="preserve">Specificațiile de mai sus reprezintă cerințe tehnice minime; ofertanții pot propune produse cu parametri egali sau superiori.</w:t>
      </w:r>
      <w:r w:rsidDel="00000000" w:rsidR="00000000" w:rsidRPr="00000000">
        <w:rPr>
          <w:rtl w:val="0"/>
        </w:rPr>
      </w:r>
    </w:p>
    <w:p w:rsidR="00000000" w:rsidDel="00000000" w:rsidP="00000000" w:rsidRDefault="00000000" w:rsidRPr="00000000" w14:paraId="00000324">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4. Echipament pentru producere de panificație</w:t>
      </w:r>
      <w:r w:rsidDel="00000000" w:rsidR="00000000" w:rsidRPr="00000000">
        <w:rPr>
          <w:rtl w:val="0"/>
        </w:rPr>
      </w:r>
    </w:p>
    <w:tbl>
      <w:tblPr>
        <w:tblStyle w:val="Table17"/>
        <w:tblW w:w="100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0"/>
        <w:gridCol w:w="4725"/>
        <w:gridCol w:w="1215"/>
        <w:gridCol w:w="1635"/>
        <w:gridCol w:w="1725"/>
        <w:tblGridChange w:id="0">
          <w:tblGrid>
            <w:gridCol w:w="780"/>
            <w:gridCol w:w="4725"/>
            <w:gridCol w:w="1215"/>
            <w:gridCol w:w="1635"/>
            <w:gridCol w:w="1725"/>
          </w:tblGrid>
        </w:tblGridChange>
      </w:tblGrid>
      <w:tr>
        <w:trPr>
          <w:cantSplit w:val="0"/>
          <w:tblHeader w:val="0"/>
        </w:trPr>
        <w:tc>
          <w:tcPr>
            <w:shd w:fill="f2f2f2" w:val="clear"/>
          </w:tcPr>
          <w:p w:rsidR="00000000" w:rsidDel="00000000" w:rsidP="00000000" w:rsidRDefault="00000000" w:rsidRPr="00000000" w14:paraId="00000325">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w:t>
              <w:br w:type="textWrapping"/>
              <w:t xml:space="preserve">crt.</w:t>
            </w:r>
            <w:r w:rsidDel="00000000" w:rsidR="00000000" w:rsidRPr="00000000">
              <w:rPr>
                <w:rtl w:val="0"/>
              </w:rPr>
            </w:r>
          </w:p>
        </w:tc>
        <w:tc>
          <w:tcPr>
            <w:shd w:fill="f2f2f2" w:val="clear"/>
          </w:tcPr>
          <w:p w:rsidR="00000000" w:rsidDel="00000000" w:rsidP="00000000" w:rsidRDefault="00000000" w:rsidRPr="00000000" w14:paraId="00000326">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 pachet</w:t>
            </w:r>
            <w:r w:rsidDel="00000000" w:rsidR="00000000" w:rsidRPr="00000000">
              <w:rPr>
                <w:rtl w:val="0"/>
              </w:rPr>
            </w:r>
          </w:p>
        </w:tc>
        <w:tc>
          <w:tcPr>
            <w:shd w:fill="f2f2f2" w:val="clear"/>
          </w:tcPr>
          <w:p w:rsidR="00000000" w:rsidDel="00000000" w:rsidP="00000000" w:rsidRDefault="00000000" w:rsidRPr="00000000" w14:paraId="00000327">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w:t>
              <w:br w:type="textWrapping"/>
              <w:t xml:space="preserve">(complet)</w:t>
            </w:r>
            <w:r w:rsidDel="00000000" w:rsidR="00000000" w:rsidRPr="00000000">
              <w:rPr>
                <w:rtl w:val="0"/>
              </w:rPr>
            </w:r>
          </w:p>
        </w:tc>
        <w:tc>
          <w:tcPr>
            <w:shd w:fill="f2f2f2" w:val="clear"/>
          </w:tcPr>
          <w:p w:rsidR="00000000" w:rsidDel="00000000" w:rsidP="00000000" w:rsidRDefault="00000000" w:rsidRPr="00000000" w14:paraId="00000328">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unitar</w:t>
              <w:br w:type="textWrapping"/>
              <w:t xml:space="preserve">(compus din costurile directe și indirecte)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329">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 la</w:t>
              <w:br w:type="textWrapping"/>
              <w:t xml:space="preserve">destinația finală</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32A">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32B">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32C">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32D">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32E">
            <w:pPr>
              <w:jc w:val="center"/>
              <w:rPr/>
            </w:pPr>
            <w:r w:rsidDel="00000000" w:rsidR="00000000" w:rsidRPr="00000000">
              <w:rPr>
                <w:b w:val="1"/>
                <w:bCs w:val="1"/>
                <w:rtl w:val="0"/>
              </w:rPr>
              <w:t xml:space="preserve">5=3x4</w:t>
            </w:r>
            <w:r w:rsidDel="00000000" w:rsidR="00000000" w:rsidRPr="00000000">
              <w:rPr>
                <w:rtl w:val="0"/>
              </w:rPr>
            </w:r>
          </w:p>
        </w:tc>
      </w:tr>
      <w:tr>
        <w:trPr>
          <w:cantSplit w:val="0"/>
          <w:tblHeader w:val="0"/>
        </w:trPr>
        <w:tc>
          <w:tcPr/>
          <w:p w:rsidR="00000000" w:rsidDel="00000000" w:rsidP="00000000" w:rsidRDefault="00000000" w:rsidRPr="00000000" w14:paraId="0000032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Cuptor profesional cu convecție, pentru panificație</w:t>
            </w:r>
            <w:r w:rsidDel="00000000" w:rsidR="00000000" w:rsidRPr="00000000">
              <w:rPr>
                <w:rtl w:val="0"/>
              </w:rPr>
            </w:r>
          </w:p>
          <w:p w:rsidR="00000000" w:rsidDel="00000000" w:rsidP="00000000" w:rsidRDefault="00000000" w:rsidRPr="00000000" w14:paraId="0000033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3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4 niveluri de coacere;</w:t>
            </w:r>
            <w:r w:rsidDel="00000000" w:rsidR="00000000" w:rsidRPr="00000000">
              <w:rPr>
                <w:rtl w:val="0"/>
              </w:rPr>
            </w:r>
          </w:p>
          <w:p w:rsidR="00000000" w:rsidDel="00000000" w:rsidP="00000000" w:rsidRDefault="00000000" w:rsidRPr="00000000" w14:paraId="0000033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dimensiunea tăvilor 600×400 mm;</w:t>
            </w:r>
            <w:r w:rsidDel="00000000" w:rsidR="00000000" w:rsidRPr="00000000">
              <w:rPr>
                <w:rtl w:val="0"/>
              </w:rPr>
            </w:r>
          </w:p>
          <w:p w:rsidR="00000000" w:rsidDel="00000000" w:rsidP="00000000" w:rsidRDefault="00000000" w:rsidRPr="00000000" w14:paraId="0000033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distanța între niveluri minimum 75 mm;</w:t>
            </w:r>
            <w:r w:rsidDel="00000000" w:rsidR="00000000" w:rsidRPr="00000000">
              <w:rPr>
                <w:rtl w:val="0"/>
              </w:rPr>
            </w:r>
          </w:p>
          <w:p w:rsidR="00000000" w:rsidDel="00000000" w:rsidP="00000000" w:rsidRDefault="00000000" w:rsidRPr="00000000" w14:paraId="0000033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interval de temperatură reglabil 0–260°C;</w:t>
            </w:r>
            <w:r w:rsidDel="00000000" w:rsidR="00000000" w:rsidRPr="00000000">
              <w:rPr>
                <w:rtl w:val="0"/>
              </w:rPr>
            </w:r>
          </w:p>
          <w:p w:rsidR="00000000" w:rsidDel="00000000" w:rsidP="00000000" w:rsidRDefault="00000000" w:rsidRPr="00000000" w14:paraId="0000033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funcție de umidificare cu abur;</w:t>
            </w:r>
            <w:r w:rsidDel="00000000" w:rsidR="00000000" w:rsidRPr="00000000">
              <w:rPr>
                <w:rtl w:val="0"/>
              </w:rPr>
            </w:r>
          </w:p>
          <w:p w:rsidR="00000000" w:rsidDel="00000000" w:rsidP="00000000" w:rsidRDefault="00000000" w:rsidRPr="00000000" w14:paraId="0000033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alimentare trifazică 380V;</w:t>
            </w:r>
            <w:r w:rsidDel="00000000" w:rsidR="00000000" w:rsidRPr="00000000">
              <w:rPr>
                <w:rtl w:val="0"/>
              </w:rPr>
            </w:r>
          </w:p>
          <w:p w:rsidR="00000000" w:rsidDel="00000000" w:rsidP="00000000" w:rsidRDefault="00000000" w:rsidRPr="00000000" w14:paraId="0000033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control mecanic sau electronic al parametrilor.</w:t>
            </w:r>
            <w:r w:rsidDel="00000000" w:rsidR="00000000" w:rsidRPr="00000000">
              <w:rPr>
                <w:rtl w:val="0"/>
              </w:rPr>
            </w:r>
          </w:p>
          <w:p w:rsidR="00000000" w:rsidDel="00000000" w:rsidP="00000000" w:rsidRDefault="00000000" w:rsidRPr="00000000" w14:paraId="0000033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33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24 luni</w:t>
            </w:r>
            <w:r w:rsidDel="00000000" w:rsidR="00000000" w:rsidRPr="00000000">
              <w:rPr>
                <w:rtl w:val="0"/>
              </w:rPr>
            </w:r>
          </w:p>
          <w:p w:rsidR="00000000" w:rsidDel="00000000" w:rsidP="00000000" w:rsidRDefault="00000000" w:rsidRPr="00000000" w14:paraId="0000033C">
            <w:pPr>
              <w:rPr/>
            </w:pPr>
            <w:r w:rsidDel="00000000" w:rsidR="00000000" w:rsidRPr="00000000">
              <w:rPr>
                <w:rtl w:val="0"/>
              </w:rPr>
            </w:r>
          </w:p>
        </w:tc>
        <w:tc>
          <w:tcPr/>
          <w:p w:rsidR="00000000" w:rsidDel="00000000" w:rsidP="00000000" w:rsidRDefault="00000000" w:rsidRPr="00000000" w14:paraId="0000033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33E">
            <w:pPr>
              <w:jc w:val="center"/>
              <w:rPr/>
            </w:pPr>
            <w:r w:rsidDel="00000000" w:rsidR="00000000" w:rsidRPr="00000000">
              <w:rPr>
                <w:rtl w:val="0"/>
              </w:rPr>
            </w:r>
          </w:p>
        </w:tc>
        <w:tc>
          <w:tcPr/>
          <w:p w:rsidR="00000000" w:rsidDel="00000000" w:rsidP="00000000" w:rsidRDefault="00000000" w:rsidRPr="00000000" w14:paraId="0000033F">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40">
            <w:pPr>
              <w:jc w:val="center"/>
              <w:rPr/>
            </w:pPr>
            <w:r w:rsidDel="00000000" w:rsidR="00000000" w:rsidRPr="00000000">
              <w:rPr>
                <w:rtl w:val="0"/>
              </w:rPr>
              <w:t xml:space="preserve">2</w:t>
            </w:r>
          </w:p>
        </w:tc>
        <w:tc>
          <w:tcPr/>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Fierbător electric de apă</w:t>
            </w:r>
            <w:r w:rsidDel="00000000" w:rsidR="00000000" w:rsidRPr="00000000">
              <w:rPr>
                <w:rtl w:val="0"/>
              </w:rPr>
            </w:r>
          </w:p>
          <w:p w:rsidR="00000000" w:rsidDel="00000000" w:rsidP="00000000" w:rsidRDefault="00000000" w:rsidRPr="00000000" w14:paraId="0000034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4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Capacitate minimum 1,7 litri;</w:t>
            </w:r>
            <w:r w:rsidDel="00000000" w:rsidR="00000000" w:rsidRPr="00000000">
              <w:rPr>
                <w:rtl w:val="0"/>
              </w:rPr>
            </w:r>
          </w:p>
          <w:p w:rsidR="00000000" w:rsidDel="00000000" w:rsidP="00000000" w:rsidRDefault="00000000" w:rsidRPr="00000000" w14:paraId="0000034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putere minimum 2.000 W;</w:t>
            </w:r>
            <w:r w:rsidDel="00000000" w:rsidR="00000000" w:rsidRPr="00000000">
              <w:rPr>
                <w:rtl w:val="0"/>
              </w:rPr>
            </w:r>
          </w:p>
          <w:p w:rsidR="00000000" w:rsidDel="00000000" w:rsidP="00000000" w:rsidRDefault="00000000" w:rsidRPr="00000000" w14:paraId="0000034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protecție la funcționare fără apă;</w:t>
            </w:r>
            <w:r w:rsidDel="00000000" w:rsidR="00000000" w:rsidRPr="00000000">
              <w:rPr>
                <w:rtl w:val="0"/>
              </w:rPr>
            </w:r>
          </w:p>
          <w:p w:rsidR="00000000" w:rsidDel="00000000" w:rsidP="00000000" w:rsidRDefault="00000000" w:rsidRPr="00000000" w14:paraId="0000034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oprire automată la fierbere;</w:t>
            </w:r>
            <w:r w:rsidDel="00000000" w:rsidR="00000000" w:rsidRPr="00000000">
              <w:rPr>
                <w:rtl w:val="0"/>
              </w:rPr>
            </w:r>
          </w:p>
          <w:p w:rsidR="00000000" w:rsidDel="00000000" w:rsidP="00000000" w:rsidRDefault="00000000" w:rsidRPr="00000000" w14:paraId="0000034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bază rotativă 360°.</w:t>
            </w:r>
            <w:r w:rsidDel="00000000" w:rsidR="00000000" w:rsidRPr="00000000">
              <w:rPr>
                <w:rtl w:val="0"/>
              </w:rPr>
            </w:r>
          </w:p>
          <w:p w:rsidR="00000000" w:rsidDel="00000000" w:rsidP="00000000" w:rsidRDefault="00000000" w:rsidRPr="00000000" w14:paraId="0000034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34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34B">
            <w:pPr>
              <w:rPr/>
            </w:pPr>
            <w:r w:rsidDel="00000000" w:rsidR="00000000" w:rsidRPr="00000000">
              <w:rPr>
                <w:rtl w:val="0"/>
              </w:rPr>
            </w:r>
          </w:p>
        </w:tc>
        <w:tc>
          <w:tcPr/>
          <w:p w:rsidR="00000000" w:rsidDel="00000000" w:rsidP="00000000" w:rsidRDefault="00000000" w:rsidRPr="00000000" w14:paraId="0000034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34D">
            <w:pPr>
              <w:jc w:val="center"/>
              <w:rPr/>
            </w:pPr>
            <w:r w:rsidDel="00000000" w:rsidR="00000000" w:rsidRPr="00000000">
              <w:rPr>
                <w:rtl w:val="0"/>
              </w:rPr>
            </w:r>
          </w:p>
        </w:tc>
        <w:tc>
          <w:tcPr/>
          <w:p w:rsidR="00000000" w:rsidDel="00000000" w:rsidP="00000000" w:rsidRDefault="00000000" w:rsidRPr="00000000" w14:paraId="0000034E">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4F">
            <w:pPr>
              <w:jc w:val="center"/>
              <w:rPr/>
            </w:pPr>
            <w:r w:rsidDel="00000000" w:rsidR="00000000" w:rsidRPr="00000000">
              <w:rPr>
                <w:rtl w:val="0"/>
              </w:rPr>
              <w:t xml:space="preserve">3</w:t>
            </w:r>
          </w:p>
        </w:tc>
        <w:tc>
          <w:tcPr/>
          <w:p w:rsidR="00000000" w:rsidDel="00000000" w:rsidP="00000000" w:rsidRDefault="00000000" w:rsidRPr="00000000" w14:paraId="00000350">
            <w:pPr>
              <w:rPr/>
            </w:pPr>
            <w:r w:rsidDel="00000000" w:rsidR="00000000" w:rsidRPr="00000000">
              <w:rPr>
                <w:rtl w:val="0"/>
              </w:rPr>
              <w:t xml:space="preserve">Livrare în raza Chișinăului</w:t>
            </w:r>
          </w:p>
        </w:tc>
        <w:tc>
          <w:tcPr/>
          <w:p w:rsidR="00000000" w:rsidDel="00000000" w:rsidP="00000000" w:rsidRDefault="00000000" w:rsidRPr="00000000" w14:paraId="00000351">
            <w:pPr>
              <w:jc w:val="center"/>
              <w:rPr/>
            </w:pPr>
            <w:r w:rsidDel="00000000" w:rsidR="00000000" w:rsidRPr="00000000">
              <w:rPr>
                <w:rtl w:val="0"/>
              </w:rPr>
              <w:t xml:space="preserve">lei/km</w:t>
            </w:r>
          </w:p>
        </w:tc>
        <w:tc>
          <w:tcPr/>
          <w:p w:rsidR="00000000" w:rsidDel="00000000" w:rsidP="00000000" w:rsidRDefault="00000000" w:rsidRPr="00000000" w14:paraId="00000352">
            <w:pPr>
              <w:jc w:val="center"/>
              <w:rPr/>
            </w:pPr>
            <w:r w:rsidDel="00000000" w:rsidR="00000000" w:rsidRPr="00000000">
              <w:rPr>
                <w:rtl w:val="0"/>
              </w:rPr>
            </w:r>
          </w:p>
        </w:tc>
        <w:tc>
          <w:tcPr/>
          <w:p w:rsidR="00000000" w:rsidDel="00000000" w:rsidP="00000000" w:rsidRDefault="00000000" w:rsidRPr="00000000" w14:paraId="00000353">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54">
            <w:pPr>
              <w:jc w:val="center"/>
              <w:rPr/>
            </w:pPr>
            <w:r w:rsidDel="00000000" w:rsidR="00000000" w:rsidRPr="00000000">
              <w:rPr>
                <w:rtl w:val="0"/>
              </w:rPr>
              <w:t xml:space="preserve">4</w:t>
            </w:r>
          </w:p>
        </w:tc>
        <w:tc>
          <w:tcPr/>
          <w:p w:rsidR="00000000" w:rsidDel="00000000" w:rsidP="00000000" w:rsidRDefault="00000000" w:rsidRPr="00000000" w14:paraId="00000355">
            <w:pPr>
              <w:rPr/>
            </w:pPr>
            <w:r w:rsidDel="00000000" w:rsidR="00000000" w:rsidRPr="00000000">
              <w:rPr>
                <w:rtl w:val="0"/>
              </w:rPr>
              <w:t xml:space="preserve">Livrare în afara Chișinăului </w:t>
            </w:r>
          </w:p>
        </w:tc>
        <w:tc>
          <w:tcPr/>
          <w:p w:rsidR="00000000" w:rsidDel="00000000" w:rsidP="00000000" w:rsidRDefault="00000000" w:rsidRPr="00000000" w14:paraId="00000356">
            <w:pPr>
              <w:jc w:val="center"/>
              <w:rPr/>
            </w:pPr>
            <w:r w:rsidDel="00000000" w:rsidR="00000000" w:rsidRPr="00000000">
              <w:rPr>
                <w:rtl w:val="0"/>
              </w:rPr>
              <w:t xml:space="preserve">lei/km</w:t>
            </w:r>
          </w:p>
        </w:tc>
        <w:tc>
          <w:tcPr/>
          <w:p w:rsidR="00000000" w:rsidDel="00000000" w:rsidP="00000000" w:rsidRDefault="00000000" w:rsidRPr="00000000" w14:paraId="00000357">
            <w:pPr>
              <w:jc w:val="center"/>
              <w:rPr/>
            </w:pPr>
            <w:r w:rsidDel="00000000" w:rsidR="00000000" w:rsidRPr="00000000">
              <w:rPr>
                <w:rtl w:val="0"/>
              </w:rPr>
            </w:r>
          </w:p>
        </w:tc>
        <w:tc>
          <w:tcPr/>
          <w:p w:rsidR="00000000" w:rsidDel="00000000" w:rsidP="00000000" w:rsidRDefault="00000000" w:rsidRPr="00000000" w14:paraId="00000358">
            <w:pPr>
              <w:jc w:val="center"/>
              <w:rPr/>
            </w:pPr>
            <w:r w:rsidDel="00000000" w:rsidR="00000000" w:rsidRPr="00000000">
              <w:rPr>
                <w:rtl w:val="0"/>
              </w:rPr>
            </w:r>
          </w:p>
        </w:tc>
      </w:tr>
    </w:tbl>
    <w:p w:rsidR="00000000" w:rsidDel="00000000" w:rsidP="00000000" w:rsidRDefault="00000000" w:rsidRPr="00000000" w14:paraId="00000359">
      <w:pPr>
        <w:spacing w:after="200" w:before="0" w:lineRule="auto"/>
        <w:jc w:val="both"/>
        <w:rPr/>
      </w:pPr>
      <w:r w:rsidDel="00000000" w:rsidR="00000000" w:rsidRPr="00000000">
        <w:rPr>
          <w:rtl w:val="0"/>
        </w:rPr>
      </w:r>
    </w:p>
    <w:p w:rsidR="00000000" w:rsidDel="00000000" w:rsidP="00000000" w:rsidRDefault="00000000" w:rsidRPr="00000000" w14:paraId="0000035A">
      <w:pPr>
        <w:spacing w:after="320" w:lineRule="auto"/>
        <w:jc w:val="both"/>
        <w:rPr>
          <w:i w:val="1"/>
          <w:iCs w:val="1"/>
        </w:rPr>
      </w:pPr>
      <w:r w:rsidDel="00000000" w:rsidR="00000000" w:rsidRPr="00000000">
        <w:rPr>
          <w:i w:val="1"/>
          <w:iCs w:val="1"/>
          <w:rtl w:val="0"/>
        </w:rPr>
        <w:t xml:space="preserve">Specificațiile de mai sus reprezintă cerințe tehnice minime; ofertanții pot propune produse cu parametri egali sau superiori.</w:t>
      </w:r>
    </w:p>
    <w:p w:rsidR="00000000" w:rsidDel="00000000" w:rsidP="00000000" w:rsidRDefault="00000000" w:rsidRPr="00000000" w14:paraId="0000035B">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5. Materiale de construcție pentru adăposturi zootehnice</w:t>
      </w:r>
      <w:r w:rsidDel="00000000" w:rsidR="00000000" w:rsidRPr="00000000">
        <w:rPr>
          <w:rtl w:val="0"/>
        </w:rPr>
      </w:r>
    </w:p>
    <w:tbl>
      <w:tblPr>
        <w:tblStyle w:val="Table18"/>
        <w:tblW w:w="102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5"/>
        <w:gridCol w:w="4875"/>
        <w:gridCol w:w="1335"/>
        <w:gridCol w:w="1620"/>
        <w:gridCol w:w="1605"/>
        <w:tblGridChange w:id="0">
          <w:tblGrid>
            <w:gridCol w:w="765"/>
            <w:gridCol w:w="4875"/>
            <w:gridCol w:w="1335"/>
            <w:gridCol w:w="1620"/>
            <w:gridCol w:w="1605"/>
          </w:tblGrid>
        </w:tblGridChange>
      </w:tblGrid>
      <w:tr>
        <w:trPr>
          <w:cantSplit w:val="0"/>
          <w:tblHeader w:val="0"/>
        </w:trPr>
        <w:tc>
          <w:tcPr>
            <w:shd w:fill="f2f2f2" w:val="clear"/>
          </w:tcPr>
          <w:p w:rsidR="00000000" w:rsidDel="00000000" w:rsidP="00000000" w:rsidRDefault="00000000" w:rsidRPr="00000000" w14:paraId="0000035C">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w:t>
              <w:br w:type="textWrapping"/>
              <w:t xml:space="preserve">crt.</w:t>
            </w:r>
            <w:r w:rsidDel="00000000" w:rsidR="00000000" w:rsidRPr="00000000">
              <w:rPr>
                <w:rtl w:val="0"/>
              </w:rPr>
            </w:r>
          </w:p>
        </w:tc>
        <w:tc>
          <w:tcPr>
            <w:shd w:fill="f2f2f2" w:val="clear"/>
          </w:tcPr>
          <w:p w:rsidR="00000000" w:rsidDel="00000000" w:rsidP="00000000" w:rsidRDefault="00000000" w:rsidRPr="00000000" w14:paraId="0000035D">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 pachet</w:t>
            </w:r>
            <w:r w:rsidDel="00000000" w:rsidR="00000000" w:rsidRPr="00000000">
              <w:rPr>
                <w:rtl w:val="0"/>
              </w:rPr>
            </w:r>
          </w:p>
        </w:tc>
        <w:tc>
          <w:tcPr>
            <w:shd w:fill="f2f2f2" w:val="clear"/>
          </w:tcPr>
          <w:p w:rsidR="00000000" w:rsidDel="00000000" w:rsidP="00000000" w:rsidRDefault="00000000" w:rsidRPr="00000000" w14:paraId="0000035E">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w:t>
              <w:br w:type="textWrapping"/>
              <w:t xml:space="preserve">(complet)</w:t>
            </w:r>
            <w:r w:rsidDel="00000000" w:rsidR="00000000" w:rsidRPr="00000000">
              <w:rPr>
                <w:rtl w:val="0"/>
              </w:rPr>
            </w:r>
          </w:p>
        </w:tc>
        <w:tc>
          <w:tcPr>
            <w:shd w:fill="f2f2f2" w:val="clear"/>
          </w:tcPr>
          <w:p w:rsidR="00000000" w:rsidDel="00000000" w:rsidP="00000000" w:rsidRDefault="00000000" w:rsidRPr="00000000" w14:paraId="0000035F">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unitar</w:t>
              <w:br w:type="textWrapping"/>
              <w:t xml:space="preserve">(compus din costurile directe și indirecte)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360">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 la</w:t>
              <w:br w:type="textWrapping"/>
              <w:t xml:space="preserve">destinația finală</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361">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362">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363">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364">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365">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6=(3X4)+5</w:t>
            </w:r>
            <w:r w:rsidDel="00000000" w:rsidR="00000000" w:rsidRPr="00000000">
              <w:rPr>
                <w:rtl w:val="0"/>
              </w:rPr>
            </w:r>
          </w:p>
        </w:tc>
      </w:tr>
      <w:tr>
        <w:trPr>
          <w:cantSplit w:val="0"/>
          <w:tblHeader w:val="0"/>
        </w:trPr>
        <w:tc>
          <w:tcPr/>
          <w:p w:rsidR="00000000" w:rsidDel="00000000" w:rsidP="00000000" w:rsidRDefault="00000000" w:rsidRPr="00000000" w14:paraId="0000036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Plasă metalică pentru împrejmuiri</w:t>
            </w:r>
            <w:r w:rsidDel="00000000" w:rsidR="00000000" w:rsidRPr="00000000">
              <w:rPr>
                <w:rtl w:val="0"/>
              </w:rPr>
            </w:r>
          </w:p>
          <w:p w:rsidR="00000000" w:rsidDel="00000000" w:rsidP="00000000" w:rsidRDefault="00000000" w:rsidRPr="00000000" w14:paraId="0000036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6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Plasă zincată;</w:t>
            </w:r>
            <w:r w:rsidDel="00000000" w:rsidR="00000000" w:rsidRPr="00000000">
              <w:rPr>
                <w:rtl w:val="0"/>
              </w:rPr>
            </w:r>
          </w:p>
          <w:p w:rsidR="00000000" w:rsidDel="00000000" w:rsidP="00000000" w:rsidRDefault="00000000" w:rsidRPr="00000000" w14:paraId="0000036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înălțime orientativă 1,5 m;</w:t>
            </w:r>
            <w:r w:rsidDel="00000000" w:rsidR="00000000" w:rsidRPr="00000000">
              <w:rPr>
                <w:rtl w:val="0"/>
              </w:rPr>
            </w:r>
          </w:p>
          <w:p w:rsidR="00000000" w:rsidDel="00000000" w:rsidP="00000000" w:rsidRDefault="00000000" w:rsidRPr="00000000" w14:paraId="0000036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rezistentă la intemperii și coroziune.</w:t>
            </w:r>
            <w:r w:rsidDel="00000000" w:rsidR="00000000" w:rsidRPr="00000000">
              <w:rPr>
                <w:rtl w:val="0"/>
              </w:rPr>
            </w:r>
          </w:p>
          <w:p w:rsidR="00000000" w:rsidDel="00000000" w:rsidP="00000000" w:rsidRDefault="00000000" w:rsidRPr="00000000" w14:paraId="0000036D">
            <w:pPr>
              <w:rPr/>
            </w:pPr>
            <w:r w:rsidDel="00000000" w:rsidR="00000000" w:rsidRPr="00000000">
              <w:rPr>
                <w:rtl w:val="0"/>
              </w:rPr>
            </w:r>
          </w:p>
        </w:tc>
        <w:tc>
          <w:tcPr/>
          <w:p w:rsidR="00000000" w:rsidDel="00000000" w:rsidP="00000000" w:rsidRDefault="00000000" w:rsidRPr="00000000" w14:paraId="0000036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br w:type="textWrapping"/>
              <w:t xml:space="preserve">buc.</w:t>
            </w:r>
            <w:r w:rsidDel="00000000" w:rsidR="00000000" w:rsidRPr="00000000">
              <w:rPr>
                <w:rtl w:val="0"/>
              </w:rPr>
            </w:r>
          </w:p>
        </w:tc>
        <w:tc>
          <w:tcPr/>
          <w:p w:rsidR="00000000" w:rsidDel="00000000" w:rsidP="00000000" w:rsidRDefault="00000000" w:rsidRPr="00000000" w14:paraId="0000036F">
            <w:pPr>
              <w:jc w:val="center"/>
              <w:rPr/>
            </w:pPr>
            <w:r w:rsidDel="00000000" w:rsidR="00000000" w:rsidRPr="00000000">
              <w:rPr>
                <w:rtl w:val="0"/>
              </w:rPr>
            </w:r>
          </w:p>
        </w:tc>
        <w:tc>
          <w:tcPr/>
          <w:p w:rsidR="00000000" w:rsidDel="00000000" w:rsidP="00000000" w:rsidRDefault="00000000" w:rsidRPr="00000000" w14:paraId="00000370">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71">
            <w:pPr>
              <w:jc w:val="center"/>
              <w:rPr/>
            </w:pPr>
            <w:r w:rsidDel="00000000" w:rsidR="00000000" w:rsidRPr="00000000">
              <w:rPr>
                <w:rtl w:val="0"/>
              </w:rPr>
              <w:t xml:space="preserve">2</w:t>
            </w:r>
          </w:p>
        </w:tc>
        <w:tc>
          <w:tcPr/>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Nisip cu pietriș, agregat de construcție</w:t>
            </w:r>
            <w:r w:rsidDel="00000000" w:rsidR="00000000" w:rsidRPr="00000000">
              <w:rPr>
                <w:rtl w:val="0"/>
              </w:rPr>
            </w:r>
          </w:p>
          <w:p w:rsidR="00000000" w:rsidDel="00000000" w:rsidP="00000000" w:rsidRDefault="00000000" w:rsidRPr="00000000" w14:paraId="0000037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7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Agregat curat, fără impurități organice;</w:t>
            </w:r>
            <w:r w:rsidDel="00000000" w:rsidR="00000000" w:rsidRPr="00000000">
              <w:rPr>
                <w:rtl w:val="0"/>
              </w:rPr>
            </w:r>
          </w:p>
          <w:p w:rsidR="00000000" w:rsidDel="00000000" w:rsidP="00000000" w:rsidRDefault="00000000" w:rsidRPr="00000000" w14:paraId="0000037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adecvat lucrărilor de fundație și turnare.</w:t>
            </w:r>
            <w:r w:rsidDel="00000000" w:rsidR="00000000" w:rsidRPr="00000000">
              <w:rPr>
                <w:rtl w:val="0"/>
              </w:rPr>
            </w:r>
          </w:p>
          <w:p w:rsidR="00000000" w:rsidDel="00000000" w:rsidP="00000000" w:rsidRDefault="00000000" w:rsidRPr="00000000" w14:paraId="00000377">
            <w:pPr>
              <w:rPr/>
            </w:pPr>
            <w:r w:rsidDel="00000000" w:rsidR="00000000" w:rsidRPr="00000000">
              <w:rPr>
                <w:rtl w:val="0"/>
              </w:rPr>
            </w:r>
          </w:p>
        </w:tc>
        <w:tc>
          <w:tcPr/>
          <w:p w:rsidR="00000000" w:rsidDel="00000000" w:rsidP="00000000" w:rsidRDefault="00000000" w:rsidRPr="00000000" w14:paraId="00000378">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20</w:t>
              <w:br w:type="textWrapping"/>
              <w:t xml:space="preserve">m³</w:t>
            </w:r>
            <w:r w:rsidDel="00000000" w:rsidR="00000000" w:rsidRPr="00000000">
              <w:rPr>
                <w:rtl w:val="0"/>
              </w:rPr>
            </w:r>
          </w:p>
        </w:tc>
        <w:tc>
          <w:tcPr/>
          <w:p w:rsidR="00000000" w:rsidDel="00000000" w:rsidP="00000000" w:rsidRDefault="00000000" w:rsidRPr="00000000" w14:paraId="00000379">
            <w:pPr>
              <w:jc w:val="center"/>
              <w:rPr/>
            </w:pPr>
            <w:r w:rsidDel="00000000" w:rsidR="00000000" w:rsidRPr="00000000">
              <w:rPr>
                <w:rtl w:val="0"/>
              </w:rPr>
            </w:r>
          </w:p>
        </w:tc>
        <w:tc>
          <w:tcPr/>
          <w:p w:rsidR="00000000" w:rsidDel="00000000" w:rsidP="00000000" w:rsidRDefault="00000000" w:rsidRPr="00000000" w14:paraId="0000037A">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7B">
            <w:pPr>
              <w:jc w:val="center"/>
              <w:rPr/>
            </w:pPr>
            <w:r w:rsidDel="00000000" w:rsidR="00000000" w:rsidRPr="00000000">
              <w:rPr>
                <w:rtl w:val="0"/>
              </w:rPr>
              <w:t xml:space="preserve">3</w:t>
            </w:r>
          </w:p>
        </w:tc>
        <w:tc>
          <w:tcPr/>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Cherestea (scândură de construcție)</w:t>
            </w:r>
            <w:r w:rsidDel="00000000" w:rsidR="00000000" w:rsidRPr="00000000">
              <w:rPr>
                <w:rtl w:val="0"/>
              </w:rPr>
            </w:r>
          </w:p>
          <w:p w:rsidR="00000000" w:rsidDel="00000000" w:rsidP="00000000" w:rsidRDefault="00000000" w:rsidRPr="00000000" w14:paraId="0000037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7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Lemn uscat, tratat împotriva dăunătorilor;</w:t>
            </w:r>
            <w:r w:rsidDel="00000000" w:rsidR="00000000" w:rsidRPr="00000000">
              <w:rPr>
                <w:rtl w:val="0"/>
              </w:rPr>
            </w:r>
          </w:p>
          <w:p w:rsidR="00000000" w:rsidDel="00000000" w:rsidP="00000000" w:rsidRDefault="00000000" w:rsidRPr="00000000" w14:paraId="0000038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standard de construcție (6 m lungime, 10 cm lățime, 2,5 cm grosime).</w:t>
            </w:r>
            <w:r w:rsidDel="00000000" w:rsidR="00000000" w:rsidRPr="00000000">
              <w:rPr>
                <w:rtl w:val="0"/>
              </w:rPr>
            </w:r>
          </w:p>
          <w:p w:rsidR="00000000" w:rsidDel="00000000" w:rsidP="00000000" w:rsidRDefault="00000000" w:rsidRPr="00000000" w14:paraId="00000381">
            <w:pPr>
              <w:rPr/>
            </w:pPr>
            <w:r w:rsidDel="00000000" w:rsidR="00000000" w:rsidRPr="00000000">
              <w:rPr>
                <w:rtl w:val="0"/>
              </w:rPr>
            </w:r>
          </w:p>
        </w:tc>
        <w:tc>
          <w:tcPr/>
          <w:p w:rsidR="00000000" w:rsidDel="00000000" w:rsidP="00000000" w:rsidRDefault="00000000" w:rsidRPr="00000000" w14:paraId="0000038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40</w:t>
              <w:br w:type="textWrapping"/>
              <w:t xml:space="preserve">buc.</w:t>
            </w:r>
            <w:r w:rsidDel="00000000" w:rsidR="00000000" w:rsidRPr="00000000">
              <w:rPr>
                <w:rtl w:val="0"/>
              </w:rPr>
            </w:r>
          </w:p>
        </w:tc>
        <w:tc>
          <w:tcPr/>
          <w:p w:rsidR="00000000" w:rsidDel="00000000" w:rsidP="00000000" w:rsidRDefault="00000000" w:rsidRPr="00000000" w14:paraId="00000383">
            <w:pPr>
              <w:jc w:val="center"/>
              <w:rPr/>
            </w:pPr>
            <w:r w:rsidDel="00000000" w:rsidR="00000000" w:rsidRPr="00000000">
              <w:rPr>
                <w:rtl w:val="0"/>
              </w:rPr>
            </w:r>
          </w:p>
        </w:tc>
        <w:tc>
          <w:tcPr/>
          <w:p w:rsidR="00000000" w:rsidDel="00000000" w:rsidP="00000000" w:rsidRDefault="00000000" w:rsidRPr="00000000" w14:paraId="00000384">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85">
            <w:pPr>
              <w:jc w:val="center"/>
              <w:rPr/>
            </w:pPr>
            <w:r w:rsidDel="00000000" w:rsidR="00000000" w:rsidRPr="00000000">
              <w:rPr>
                <w:rtl w:val="0"/>
              </w:rPr>
              <w:t xml:space="preserve">4</w:t>
            </w:r>
          </w:p>
        </w:tc>
        <w:tc>
          <w:tcPr/>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Lemn căprior, material de construcție</w:t>
            </w:r>
            <w:r w:rsidDel="00000000" w:rsidR="00000000" w:rsidRPr="00000000">
              <w:rPr>
                <w:rtl w:val="0"/>
              </w:rPr>
            </w:r>
          </w:p>
          <w:p w:rsidR="00000000" w:rsidDel="00000000" w:rsidP="00000000" w:rsidRDefault="00000000" w:rsidRPr="00000000" w14:paraId="0000038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8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Lemn uscat, tratat împotriva dăunătorilor;</w:t>
            </w:r>
            <w:r w:rsidDel="00000000" w:rsidR="00000000" w:rsidRPr="00000000">
              <w:rPr>
                <w:rtl w:val="0"/>
              </w:rPr>
            </w:r>
          </w:p>
          <w:p w:rsidR="00000000" w:rsidDel="00000000" w:rsidP="00000000" w:rsidRDefault="00000000" w:rsidRPr="00000000" w14:paraId="0000038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orientative 10 cm lățime × 5 cm grosime × 6 m lungime.</w:t>
            </w:r>
            <w:r w:rsidDel="00000000" w:rsidR="00000000" w:rsidRPr="00000000">
              <w:rPr>
                <w:rtl w:val="0"/>
              </w:rPr>
            </w:r>
          </w:p>
          <w:p w:rsidR="00000000" w:rsidDel="00000000" w:rsidP="00000000" w:rsidRDefault="00000000" w:rsidRPr="00000000" w14:paraId="0000038B">
            <w:pPr>
              <w:rPr/>
            </w:pPr>
            <w:r w:rsidDel="00000000" w:rsidR="00000000" w:rsidRPr="00000000">
              <w:rPr>
                <w:rtl w:val="0"/>
              </w:rPr>
            </w:r>
          </w:p>
        </w:tc>
        <w:tc>
          <w:tcPr/>
          <w:p w:rsidR="00000000" w:rsidDel="00000000" w:rsidP="00000000" w:rsidRDefault="00000000" w:rsidRPr="00000000" w14:paraId="0000038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20</w:t>
              <w:br w:type="textWrapping"/>
              <w:t xml:space="preserve">buc.</w:t>
            </w:r>
            <w:r w:rsidDel="00000000" w:rsidR="00000000" w:rsidRPr="00000000">
              <w:rPr>
                <w:rtl w:val="0"/>
              </w:rPr>
            </w:r>
          </w:p>
        </w:tc>
        <w:tc>
          <w:tcPr/>
          <w:p w:rsidR="00000000" w:rsidDel="00000000" w:rsidP="00000000" w:rsidRDefault="00000000" w:rsidRPr="00000000" w14:paraId="0000038D">
            <w:pPr>
              <w:jc w:val="center"/>
              <w:rPr/>
            </w:pPr>
            <w:r w:rsidDel="00000000" w:rsidR="00000000" w:rsidRPr="00000000">
              <w:rPr>
                <w:rtl w:val="0"/>
              </w:rPr>
            </w:r>
          </w:p>
        </w:tc>
        <w:tc>
          <w:tcPr/>
          <w:p w:rsidR="00000000" w:rsidDel="00000000" w:rsidP="00000000" w:rsidRDefault="00000000" w:rsidRPr="00000000" w14:paraId="0000038E">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8F">
            <w:pPr>
              <w:jc w:val="center"/>
              <w:rPr/>
            </w:pPr>
            <w:r w:rsidDel="00000000" w:rsidR="00000000" w:rsidRPr="00000000">
              <w:rPr>
                <w:rtl w:val="0"/>
              </w:rPr>
              <w:t xml:space="preserve">5</w:t>
            </w:r>
          </w:p>
        </w:tc>
        <w:tc>
          <w:tcPr/>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Armătură metalică pentru construcții</w:t>
            </w:r>
            <w:r w:rsidDel="00000000" w:rsidR="00000000" w:rsidRPr="00000000">
              <w:rPr>
                <w:rtl w:val="0"/>
              </w:rPr>
            </w:r>
          </w:p>
          <w:p w:rsidR="00000000" w:rsidDel="00000000" w:rsidP="00000000" w:rsidRDefault="00000000" w:rsidRPr="00000000" w14:paraId="0000039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9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Oțel beton conform standardelor de construcție;</w:t>
            </w:r>
            <w:r w:rsidDel="00000000" w:rsidR="00000000" w:rsidRPr="00000000">
              <w:rPr>
                <w:rtl w:val="0"/>
              </w:rPr>
            </w:r>
          </w:p>
          <w:p w:rsidR="00000000" w:rsidDel="00000000" w:rsidP="00000000" w:rsidRDefault="00000000" w:rsidRPr="00000000" w14:paraId="0000039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diametru orientativ 1,2 cm, lungime 6 m.</w:t>
            </w:r>
            <w:r w:rsidDel="00000000" w:rsidR="00000000" w:rsidRPr="00000000">
              <w:rPr>
                <w:rtl w:val="0"/>
              </w:rPr>
            </w:r>
          </w:p>
          <w:p w:rsidR="00000000" w:rsidDel="00000000" w:rsidP="00000000" w:rsidRDefault="00000000" w:rsidRPr="00000000" w14:paraId="00000395">
            <w:pPr>
              <w:rPr/>
            </w:pPr>
            <w:r w:rsidDel="00000000" w:rsidR="00000000" w:rsidRPr="00000000">
              <w:rPr>
                <w:rtl w:val="0"/>
              </w:rPr>
            </w:r>
          </w:p>
        </w:tc>
        <w:tc>
          <w:tcPr/>
          <w:p w:rsidR="00000000" w:rsidDel="00000000" w:rsidP="00000000" w:rsidRDefault="00000000" w:rsidRPr="00000000" w14:paraId="0000039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20</w:t>
              <w:br w:type="textWrapping"/>
              <w:t xml:space="preserve">buc.</w:t>
            </w:r>
            <w:r w:rsidDel="00000000" w:rsidR="00000000" w:rsidRPr="00000000">
              <w:rPr>
                <w:rtl w:val="0"/>
              </w:rPr>
            </w:r>
          </w:p>
        </w:tc>
        <w:tc>
          <w:tcPr/>
          <w:p w:rsidR="00000000" w:rsidDel="00000000" w:rsidP="00000000" w:rsidRDefault="00000000" w:rsidRPr="00000000" w14:paraId="00000397">
            <w:pPr>
              <w:jc w:val="center"/>
              <w:rPr/>
            </w:pPr>
            <w:r w:rsidDel="00000000" w:rsidR="00000000" w:rsidRPr="00000000">
              <w:rPr>
                <w:rtl w:val="0"/>
              </w:rPr>
            </w:r>
          </w:p>
        </w:tc>
        <w:tc>
          <w:tcPr/>
          <w:p w:rsidR="00000000" w:rsidDel="00000000" w:rsidP="00000000" w:rsidRDefault="00000000" w:rsidRPr="00000000" w14:paraId="00000398">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99">
            <w:pPr>
              <w:jc w:val="center"/>
              <w:rPr/>
            </w:pPr>
            <w:r w:rsidDel="00000000" w:rsidR="00000000" w:rsidRPr="00000000">
              <w:rPr>
                <w:rtl w:val="0"/>
              </w:rPr>
              <w:t xml:space="preserve">6</w:t>
            </w:r>
          </w:p>
        </w:tc>
        <w:tc>
          <w:tcPr/>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b w:val="1"/>
                <w:bCs w:val="1"/>
                <w:rtl w:val="0"/>
              </w:rPr>
              <w:t xml:space="preserve">Cuie</w:t>
            </w:r>
            <w:r w:rsidDel="00000000" w:rsidR="00000000" w:rsidRPr="00000000">
              <w:rPr>
                <w:rtl w:val="0"/>
              </w:rPr>
            </w:r>
          </w:p>
          <w:p w:rsidR="00000000" w:rsidDel="00000000" w:rsidP="00000000" w:rsidRDefault="00000000" w:rsidRPr="00000000" w14:paraId="0000039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9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Oțel galvanizat;</w:t>
            </w:r>
            <w:r w:rsidDel="00000000" w:rsidR="00000000" w:rsidRPr="00000000">
              <w:rPr>
                <w:rtl w:val="0"/>
              </w:rPr>
            </w:r>
          </w:p>
          <w:p w:rsidR="00000000" w:rsidDel="00000000" w:rsidP="00000000" w:rsidRDefault="00000000" w:rsidRPr="00000000" w14:paraId="0000039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standard de construcție (120 mm).</w:t>
            </w:r>
            <w:r w:rsidDel="00000000" w:rsidR="00000000" w:rsidRPr="00000000">
              <w:rPr>
                <w:rtl w:val="0"/>
              </w:rPr>
            </w:r>
          </w:p>
          <w:p w:rsidR="00000000" w:rsidDel="00000000" w:rsidP="00000000" w:rsidRDefault="00000000" w:rsidRPr="00000000" w14:paraId="0000039F">
            <w:pPr>
              <w:rPr/>
            </w:pPr>
            <w:r w:rsidDel="00000000" w:rsidR="00000000" w:rsidRPr="00000000">
              <w:rPr>
                <w:rtl w:val="0"/>
              </w:rPr>
            </w:r>
          </w:p>
        </w:tc>
        <w:tc>
          <w:tcPr/>
          <w:p w:rsidR="00000000" w:rsidDel="00000000" w:rsidP="00000000" w:rsidRDefault="00000000" w:rsidRPr="00000000" w14:paraId="000003A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br w:type="textWrapping"/>
              <w:t xml:space="preserve">kg</w:t>
            </w:r>
            <w:r w:rsidDel="00000000" w:rsidR="00000000" w:rsidRPr="00000000">
              <w:rPr>
                <w:rtl w:val="0"/>
              </w:rPr>
            </w:r>
          </w:p>
        </w:tc>
        <w:tc>
          <w:tcPr/>
          <w:p w:rsidR="00000000" w:rsidDel="00000000" w:rsidP="00000000" w:rsidRDefault="00000000" w:rsidRPr="00000000" w14:paraId="000003A1">
            <w:pPr>
              <w:jc w:val="center"/>
              <w:rPr/>
            </w:pPr>
            <w:r w:rsidDel="00000000" w:rsidR="00000000" w:rsidRPr="00000000">
              <w:rPr>
                <w:rtl w:val="0"/>
              </w:rPr>
            </w:r>
          </w:p>
        </w:tc>
        <w:tc>
          <w:tcPr/>
          <w:p w:rsidR="00000000" w:rsidDel="00000000" w:rsidP="00000000" w:rsidRDefault="00000000" w:rsidRPr="00000000" w14:paraId="000003A2">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A3">
            <w:pPr>
              <w:jc w:val="center"/>
              <w:rPr/>
            </w:pPr>
            <w:r w:rsidDel="00000000" w:rsidR="00000000" w:rsidRPr="00000000">
              <w:rPr>
                <w:rtl w:val="0"/>
              </w:rPr>
              <w:t xml:space="preserve">7</w:t>
            </w:r>
          </w:p>
        </w:tc>
        <w:tc>
          <w:tcPr/>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Ciment, agregat de construcție</w:t>
            </w:r>
            <w:r w:rsidDel="00000000" w:rsidR="00000000" w:rsidRPr="00000000">
              <w:rPr>
                <w:rtl w:val="0"/>
              </w:rPr>
            </w:r>
          </w:p>
          <w:p w:rsidR="00000000" w:rsidDel="00000000" w:rsidP="00000000" w:rsidRDefault="00000000" w:rsidRPr="00000000" w14:paraId="000003A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A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Ciment marca minimum 400/500;</w:t>
            </w:r>
            <w:r w:rsidDel="00000000" w:rsidR="00000000" w:rsidRPr="00000000">
              <w:rPr>
                <w:rtl w:val="0"/>
              </w:rPr>
            </w:r>
          </w:p>
          <w:p w:rsidR="00000000" w:rsidDel="00000000" w:rsidP="00000000" w:rsidRDefault="00000000" w:rsidRPr="00000000" w14:paraId="000003A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ambalat în saci de 40 kg.</w:t>
            </w:r>
            <w:r w:rsidDel="00000000" w:rsidR="00000000" w:rsidRPr="00000000">
              <w:rPr>
                <w:rtl w:val="0"/>
              </w:rPr>
            </w:r>
          </w:p>
          <w:p w:rsidR="00000000" w:rsidDel="00000000" w:rsidP="00000000" w:rsidRDefault="00000000" w:rsidRPr="00000000" w14:paraId="000003A9">
            <w:pPr>
              <w:rPr/>
            </w:pPr>
            <w:r w:rsidDel="00000000" w:rsidR="00000000" w:rsidRPr="00000000">
              <w:rPr>
                <w:rtl w:val="0"/>
              </w:rPr>
            </w:r>
          </w:p>
        </w:tc>
        <w:tc>
          <w:tcPr/>
          <w:p w:rsidR="00000000" w:rsidDel="00000000" w:rsidP="00000000" w:rsidRDefault="00000000" w:rsidRPr="00000000" w14:paraId="000003A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7</w:t>
              <w:br w:type="textWrapping"/>
              <w:t xml:space="preserve">saci</w:t>
            </w:r>
            <w:r w:rsidDel="00000000" w:rsidR="00000000" w:rsidRPr="00000000">
              <w:rPr>
                <w:rtl w:val="0"/>
              </w:rPr>
            </w:r>
          </w:p>
        </w:tc>
        <w:tc>
          <w:tcPr/>
          <w:p w:rsidR="00000000" w:rsidDel="00000000" w:rsidP="00000000" w:rsidRDefault="00000000" w:rsidRPr="00000000" w14:paraId="000003AB">
            <w:pPr>
              <w:jc w:val="center"/>
              <w:rPr/>
            </w:pPr>
            <w:r w:rsidDel="00000000" w:rsidR="00000000" w:rsidRPr="00000000">
              <w:rPr>
                <w:rtl w:val="0"/>
              </w:rPr>
            </w:r>
          </w:p>
        </w:tc>
        <w:tc>
          <w:tcPr/>
          <w:p w:rsidR="00000000" w:rsidDel="00000000" w:rsidP="00000000" w:rsidRDefault="00000000" w:rsidRPr="00000000" w14:paraId="000003AC">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AD">
            <w:pPr>
              <w:jc w:val="center"/>
              <w:rPr/>
            </w:pPr>
            <w:r w:rsidDel="00000000" w:rsidR="00000000" w:rsidRPr="00000000">
              <w:rPr>
                <w:rtl w:val="0"/>
              </w:rPr>
              <w:t xml:space="preserve">8</w:t>
            </w:r>
          </w:p>
        </w:tc>
        <w:tc>
          <w:tcPr/>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Agregat de construcție (fortan)</w:t>
            </w:r>
            <w:r w:rsidDel="00000000" w:rsidR="00000000" w:rsidRPr="00000000">
              <w:rPr>
                <w:rtl w:val="0"/>
              </w:rPr>
            </w:r>
          </w:p>
          <w:p w:rsidR="00000000" w:rsidDel="00000000" w:rsidP="00000000" w:rsidRDefault="00000000" w:rsidRPr="00000000" w14:paraId="000003B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B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Agregat mineral pentru fundații și lucrări de construcție;</w:t>
            </w:r>
            <w:r w:rsidDel="00000000" w:rsidR="00000000" w:rsidRPr="00000000">
              <w:rPr>
                <w:rtl w:val="0"/>
              </w:rPr>
            </w:r>
          </w:p>
          <w:p w:rsidR="00000000" w:rsidDel="00000000" w:rsidP="00000000" w:rsidRDefault="00000000" w:rsidRPr="00000000" w14:paraId="000003B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fără impurități organice.</w:t>
            </w:r>
            <w:r w:rsidDel="00000000" w:rsidR="00000000" w:rsidRPr="00000000">
              <w:rPr>
                <w:rtl w:val="0"/>
              </w:rPr>
            </w:r>
          </w:p>
          <w:p w:rsidR="00000000" w:rsidDel="00000000" w:rsidP="00000000" w:rsidRDefault="00000000" w:rsidRPr="00000000" w14:paraId="000003B3">
            <w:pPr>
              <w:rPr/>
            </w:pPr>
            <w:r w:rsidDel="00000000" w:rsidR="00000000" w:rsidRPr="00000000">
              <w:rPr>
                <w:rtl w:val="0"/>
              </w:rPr>
            </w:r>
          </w:p>
        </w:tc>
        <w:tc>
          <w:tcPr/>
          <w:p w:rsidR="00000000" w:rsidDel="00000000" w:rsidP="00000000" w:rsidRDefault="00000000" w:rsidRPr="00000000" w14:paraId="000003B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br w:type="textWrapping"/>
              <w:t xml:space="preserve">m³</w:t>
            </w:r>
            <w:r w:rsidDel="00000000" w:rsidR="00000000" w:rsidRPr="00000000">
              <w:rPr>
                <w:rtl w:val="0"/>
              </w:rPr>
            </w:r>
          </w:p>
        </w:tc>
        <w:tc>
          <w:tcPr/>
          <w:p w:rsidR="00000000" w:rsidDel="00000000" w:rsidP="00000000" w:rsidRDefault="00000000" w:rsidRPr="00000000" w14:paraId="000003B5">
            <w:pPr>
              <w:jc w:val="center"/>
              <w:rPr/>
            </w:pPr>
            <w:r w:rsidDel="00000000" w:rsidR="00000000" w:rsidRPr="00000000">
              <w:rPr>
                <w:rtl w:val="0"/>
              </w:rPr>
            </w:r>
          </w:p>
        </w:tc>
        <w:tc>
          <w:tcPr/>
          <w:p w:rsidR="00000000" w:rsidDel="00000000" w:rsidP="00000000" w:rsidRDefault="00000000" w:rsidRPr="00000000" w14:paraId="000003B6">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B7">
            <w:pPr>
              <w:jc w:val="center"/>
              <w:rPr/>
            </w:pPr>
            <w:r w:rsidDel="00000000" w:rsidR="00000000" w:rsidRPr="00000000">
              <w:rPr>
                <w:rtl w:val="0"/>
              </w:rPr>
              <w:t xml:space="preserve">9</w:t>
            </w:r>
          </w:p>
        </w:tc>
        <w:tc>
          <w:tcPr/>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Ciment, agregat de construcție, marca 500</w:t>
            </w:r>
            <w:r w:rsidDel="00000000" w:rsidR="00000000" w:rsidRPr="00000000">
              <w:rPr>
                <w:rtl w:val="0"/>
              </w:rPr>
            </w:r>
          </w:p>
          <w:p w:rsidR="00000000" w:rsidDel="00000000" w:rsidP="00000000" w:rsidRDefault="00000000" w:rsidRPr="00000000" w14:paraId="000003B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B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Ciment marca minimum 500;</w:t>
            </w:r>
            <w:r w:rsidDel="00000000" w:rsidR="00000000" w:rsidRPr="00000000">
              <w:rPr>
                <w:rtl w:val="0"/>
              </w:rPr>
            </w:r>
          </w:p>
          <w:p w:rsidR="00000000" w:rsidDel="00000000" w:rsidP="00000000" w:rsidRDefault="00000000" w:rsidRPr="00000000" w14:paraId="000003B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agregate curate fără impurități organice.</w:t>
            </w:r>
            <w:r w:rsidDel="00000000" w:rsidR="00000000" w:rsidRPr="00000000">
              <w:rPr>
                <w:rtl w:val="0"/>
              </w:rPr>
            </w:r>
          </w:p>
          <w:p w:rsidR="00000000" w:rsidDel="00000000" w:rsidP="00000000" w:rsidRDefault="00000000" w:rsidRPr="00000000" w14:paraId="000003BD">
            <w:pPr>
              <w:rPr/>
            </w:pPr>
            <w:r w:rsidDel="00000000" w:rsidR="00000000" w:rsidRPr="00000000">
              <w:rPr>
                <w:rtl w:val="0"/>
              </w:rPr>
            </w:r>
          </w:p>
        </w:tc>
        <w:tc>
          <w:tcPr/>
          <w:p w:rsidR="00000000" w:rsidDel="00000000" w:rsidP="00000000" w:rsidRDefault="00000000" w:rsidRPr="00000000" w14:paraId="000003B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50</w:t>
              <w:br w:type="textWrapping"/>
              <w:t xml:space="preserve">saci</w:t>
            </w:r>
            <w:r w:rsidDel="00000000" w:rsidR="00000000" w:rsidRPr="00000000">
              <w:rPr>
                <w:rtl w:val="0"/>
              </w:rPr>
            </w:r>
          </w:p>
        </w:tc>
        <w:tc>
          <w:tcPr/>
          <w:p w:rsidR="00000000" w:rsidDel="00000000" w:rsidP="00000000" w:rsidRDefault="00000000" w:rsidRPr="00000000" w14:paraId="000003BF">
            <w:pPr>
              <w:jc w:val="center"/>
              <w:rPr/>
            </w:pPr>
            <w:r w:rsidDel="00000000" w:rsidR="00000000" w:rsidRPr="00000000">
              <w:rPr>
                <w:rtl w:val="0"/>
              </w:rPr>
            </w:r>
          </w:p>
        </w:tc>
        <w:tc>
          <w:tcPr/>
          <w:p w:rsidR="00000000" w:rsidDel="00000000" w:rsidP="00000000" w:rsidRDefault="00000000" w:rsidRPr="00000000" w14:paraId="000003C0">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C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c>
          <w:tcPr/>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Pilon prefabricat din beton</w:t>
            </w:r>
            <w:r w:rsidDel="00000000" w:rsidR="00000000" w:rsidRPr="00000000">
              <w:rPr>
                <w:rtl w:val="0"/>
              </w:rPr>
            </w:r>
          </w:p>
          <w:p w:rsidR="00000000" w:rsidDel="00000000" w:rsidP="00000000" w:rsidRDefault="00000000" w:rsidRPr="00000000" w14:paraId="000003C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C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Element prefabricat din beton armat;</w:t>
            </w:r>
            <w:r w:rsidDel="00000000" w:rsidR="00000000" w:rsidRPr="00000000">
              <w:rPr>
                <w:rtl w:val="0"/>
              </w:rPr>
            </w:r>
          </w:p>
          <w:p w:rsidR="00000000" w:rsidDel="00000000" w:rsidP="00000000" w:rsidRDefault="00000000" w:rsidRPr="00000000" w14:paraId="000003C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secțiune orientativă 10×10 cm, lungime 4 m;</w:t>
            </w:r>
            <w:r w:rsidDel="00000000" w:rsidR="00000000" w:rsidRPr="00000000">
              <w:rPr>
                <w:rtl w:val="0"/>
              </w:rPr>
            </w:r>
          </w:p>
          <w:p w:rsidR="00000000" w:rsidDel="00000000" w:rsidP="00000000" w:rsidRDefault="00000000" w:rsidRPr="00000000" w14:paraId="000003C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rezistență adecvată susținerii structurilor de împrejmuire.</w:t>
            </w:r>
            <w:r w:rsidDel="00000000" w:rsidR="00000000" w:rsidRPr="00000000">
              <w:rPr>
                <w:rtl w:val="0"/>
              </w:rPr>
            </w:r>
          </w:p>
          <w:p w:rsidR="00000000" w:rsidDel="00000000" w:rsidP="00000000" w:rsidRDefault="00000000" w:rsidRPr="00000000" w14:paraId="000003C8">
            <w:pPr>
              <w:rPr/>
            </w:pPr>
            <w:r w:rsidDel="00000000" w:rsidR="00000000" w:rsidRPr="00000000">
              <w:rPr>
                <w:rtl w:val="0"/>
              </w:rPr>
            </w:r>
          </w:p>
        </w:tc>
        <w:tc>
          <w:tcPr/>
          <w:p w:rsidR="00000000" w:rsidDel="00000000" w:rsidP="00000000" w:rsidRDefault="00000000" w:rsidRPr="00000000" w14:paraId="000003C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20</w:t>
              <w:br w:type="textWrapping"/>
              <w:t xml:space="preserve">buc.</w:t>
            </w:r>
            <w:r w:rsidDel="00000000" w:rsidR="00000000" w:rsidRPr="00000000">
              <w:rPr>
                <w:rtl w:val="0"/>
              </w:rPr>
            </w:r>
          </w:p>
        </w:tc>
        <w:tc>
          <w:tcPr/>
          <w:p w:rsidR="00000000" w:rsidDel="00000000" w:rsidP="00000000" w:rsidRDefault="00000000" w:rsidRPr="00000000" w14:paraId="000003CA">
            <w:pPr>
              <w:jc w:val="center"/>
              <w:rPr/>
            </w:pPr>
            <w:r w:rsidDel="00000000" w:rsidR="00000000" w:rsidRPr="00000000">
              <w:rPr>
                <w:rtl w:val="0"/>
              </w:rPr>
            </w:r>
          </w:p>
        </w:tc>
        <w:tc>
          <w:tcPr/>
          <w:p w:rsidR="00000000" w:rsidDel="00000000" w:rsidP="00000000" w:rsidRDefault="00000000" w:rsidRPr="00000000" w14:paraId="000003CB">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CC">
            <w:pPr>
              <w:jc w:val="center"/>
              <w:rPr/>
            </w:pPr>
            <w:r w:rsidDel="00000000" w:rsidR="00000000" w:rsidRPr="00000000">
              <w:rPr>
                <w:rtl w:val="0"/>
              </w:rPr>
              <w:t xml:space="preserve">11</w:t>
            </w:r>
          </w:p>
        </w:tc>
        <w:tc>
          <w:tcPr/>
          <w:p w:rsidR="00000000" w:rsidDel="00000000" w:rsidP="00000000" w:rsidRDefault="00000000" w:rsidRPr="00000000" w14:paraId="000003CD">
            <w:pPr>
              <w:rPr/>
            </w:pPr>
            <w:r w:rsidDel="00000000" w:rsidR="00000000" w:rsidRPr="00000000">
              <w:rPr>
                <w:rtl w:val="0"/>
              </w:rPr>
              <w:t xml:space="preserve">Livrare în raza Chișinăului</w:t>
            </w:r>
          </w:p>
        </w:tc>
        <w:tc>
          <w:tcPr/>
          <w:p w:rsidR="00000000" w:rsidDel="00000000" w:rsidP="00000000" w:rsidRDefault="00000000" w:rsidRPr="00000000" w14:paraId="000003CE">
            <w:pPr>
              <w:jc w:val="center"/>
              <w:rPr/>
            </w:pPr>
            <w:r w:rsidDel="00000000" w:rsidR="00000000" w:rsidRPr="00000000">
              <w:rPr>
                <w:rtl w:val="0"/>
              </w:rPr>
              <w:t xml:space="preserve">lei/km</w:t>
            </w:r>
          </w:p>
        </w:tc>
        <w:tc>
          <w:tcPr/>
          <w:p w:rsidR="00000000" w:rsidDel="00000000" w:rsidP="00000000" w:rsidRDefault="00000000" w:rsidRPr="00000000" w14:paraId="000003CF">
            <w:pPr>
              <w:jc w:val="center"/>
              <w:rPr/>
            </w:pPr>
            <w:r w:rsidDel="00000000" w:rsidR="00000000" w:rsidRPr="00000000">
              <w:rPr>
                <w:rtl w:val="0"/>
              </w:rPr>
            </w:r>
          </w:p>
        </w:tc>
        <w:tc>
          <w:tcPr/>
          <w:p w:rsidR="00000000" w:rsidDel="00000000" w:rsidP="00000000" w:rsidRDefault="00000000" w:rsidRPr="00000000" w14:paraId="000003D0">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D1">
            <w:pPr>
              <w:jc w:val="center"/>
              <w:rPr/>
            </w:pPr>
            <w:r w:rsidDel="00000000" w:rsidR="00000000" w:rsidRPr="00000000">
              <w:rPr>
                <w:rtl w:val="0"/>
              </w:rPr>
              <w:t xml:space="preserve">12</w:t>
            </w:r>
          </w:p>
        </w:tc>
        <w:tc>
          <w:tcPr/>
          <w:p w:rsidR="00000000" w:rsidDel="00000000" w:rsidP="00000000" w:rsidRDefault="00000000" w:rsidRPr="00000000" w14:paraId="000003D2">
            <w:pPr>
              <w:rPr/>
            </w:pPr>
            <w:r w:rsidDel="00000000" w:rsidR="00000000" w:rsidRPr="00000000">
              <w:rPr>
                <w:rtl w:val="0"/>
              </w:rPr>
              <w:t xml:space="preserve">Livrare în afara Chișinăului </w:t>
            </w:r>
          </w:p>
        </w:tc>
        <w:tc>
          <w:tcPr/>
          <w:p w:rsidR="00000000" w:rsidDel="00000000" w:rsidP="00000000" w:rsidRDefault="00000000" w:rsidRPr="00000000" w14:paraId="000003D3">
            <w:pPr>
              <w:jc w:val="center"/>
              <w:rPr/>
            </w:pPr>
            <w:r w:rsidDel="00000000" w:rsidR="00000000" w:rsidRPr="00000000">
              <w:rPr>
                <w:rtl w:val="0"/>
              </w:rPr>
              <w:t xml:space="preserve">lei/km</w:t>
            </w:r>
          </w:p>
        </w:tc>
        <w:tc>
          <w:tcPr/>
          <w:p w:rsidR="00000000" w:rsidDel="00000000" w:rsidP="00000000" w:rsidRDefault="00000000" w:rsidRPr="00000000" w14:paraId="000003D4">
            <w:pPr>
              <w:jc w:val="center"/>
              <w:rPr/>
            </w:pPr>
            <w:r w:rsidDel="00000000" w:rsidR="00000000" w:rsidRPr="00000000">
              <w:rPr>
                <w:rtl w:val="0"/>
              </w:rPr>
            </w:r>
          </w:p>
        </w:tc>
        <w:tc>
          <w:tcPr/>
          <w:p w:rsidR="00000000" w:rsidDel="00000000" w:rsidP="00000000" w:rsidRDefault="00000000" w:rsidRPr="00000000" w14:paraId="000003D5">
            <w:pPr>
              <w:jc w:val="center"/>
              <w:rPr/>
            </w:pPr>
            <w:r w:rsidDel="00000000" w:rsidR="00000000" w:rsidRPr="00000000">
              <w:rPr>
                <w:rtl w:val="0"/>
              </w:rPr>
            </w:r>
          </w:p>
        </w:tc>
      </w:tr>
    </w:tbl>
    <w:p w:rsidR="00000000" w:rsidDel="00000000" w:rsidP="00000000" w:rsidRDefault="00000000" w:rsidRPr="00000000" w14:paraId="000003D6">
      <w:pPr>
        <w:spacing w:after="200" w:before="0" w:lineRule="auto"/>
        <w:jc w:val="both"/>
        <w:rPr/>
      </w:pPr>
      <w:r w:rsidDel="00000000" w:rsidR="00000000" w:rsidRPr="00000000">
        <w:rPr>
          <w:rtl w:val="0"/>
        </w:rPr>
      </w:r>
    </w:p>
    <w:p w:rsidR="00000000" w:rsidDel="00000000" w:rsidP="00000000" w:rsidRDefault="00000000" w:rsidRPr="00000000" w14:paraId="000003D7">
      <w:pPr>
        <w:spacing w:after="320" w:lineRule="auto"/>
        <w:jc w:val="both"/>
        <w:rPr>
          <w:i w:val="1"/>
          <w:iCs w:val="1"/>
        </w:rPr>
      </w:pPr>
      <w:r w:rsidDel="00000000" w:rsidR="00000000" w:rsidRPr="00000000">
        <w:rPr>
          <w:i w:val="1"/>
          <w:iCs w:val="1"/>
          <w:rtl w:val="0"/>
        </w:rPr>
        <w:t xml:space="preserve">Specificațiile de mai sus reprezintă cerințe tehnice minime; ofertanții pot propune produse cu parametri egali sau superiori.</w:t>
      </w:r>
    </w:p>
    <w:p w:rsidR="00000000" w:rsidDel="00000000" w:rsidP="00000000" w:rsidRDefault="00000000" w:rsidRPr="00000000" w14:paraId="000003D8">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6. Substrat, semințe și fertilizanți pentru horticultură</w:t>
      </w:r>
      <w:r w:rsidDel="00000000" w:rsidR="00000000" w:rsidRPr="00000000">
        <w:rPr>
          <w:rtl w:val="0"/>
        </w:rPr>
      </w:r>
    </w:p>
    <w:tbl>
      <w:tblPr>
        <w:tblStyle w:val="Table19"/>
        <w:tblW w:w="1029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0"/>
        <w:gridCol w:w="4845"/>
        <w:gridCol w:w="1275"/>
        <w:gridCol w:w="1815"/>
        <w:gridCol w:w="1515"/>
        <w:tblGridChange w:id="0">
          <w:tblGrid>
            <w:gridCol w:w="840"/>
            <w:gridCol w:w="4845"/>
            <w:gridCol w:w="1275"/>
            <w:gridCol w:w="1815"/>
            <w:gridCol w:w="1515"/>
          </w:tblGrid>
        </w:tblGridChange>
      </w:tblGrid>
      <w:tr>
        <w:trPr>
          <w:cantSplit w:val="0"/>
          <w:tblHeader w:val="0"/>
        </w:trPr>
        <w:tc>
          <w:tcPr>
            <w:shd w:fill="f2f2f2" w:val="clear"/>
          </w:tcPr>
          <w:p w:rsidR="00000000" w:rsidDel="00000000" w:rsidP="00000000" w:rsidRDefault="00000000" w:rsidRPr="00000000" w14:paraId="000003D9">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w:t>
              <w:br w:type="textWrapping"/>
              <w:t xml:space="preserve">crt.</w:t>
            </w:r>
            <w:r w:rsidDel="00000000" w:rsidR="00000000" w:rsidRPr="00000000">
              <w:rPr>
                <w:rtl w:val="0"/>
              </w:rPr>
            </w:r>
          </w:p>
        </w:tc>
        <w:tc>
          <w:tcPr>
            <w:shd w:fill="f2f2f2" w:val="clear"/>
          </w:tcPr>
          <w:p w:rsidR="00000000" w:rsidDel="00000000" w:rsidP="00000000" w:rsidRDefault="00000000" w:rsidRPr="00000000" w14:paraId="000003DA">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 pachet</w:t>
            </w:r>
            <w:r w:rsidDel="00000000" w:rsidR="00000000" w:rsidRPr="00000000">
              <w:rPr>
                <w:rtl w:val="0"/>
              </w:rPr>
            </w:r>
          </w:p>
        </w:tc>
        <w:tc>
          <w:tcPr>
            <w:shd w:fill="f2f2f2" w:val="clear"/>
          </w:tcPr>
          <w:p w:rsidR="00000000" w:rsidDel="00000000" w:rsidP="00000000" w:rsidRDefault="00000000" w:rsidRPr="00000000" w14:paraId="000003DB">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w:t>
              <w:br w:type="textWrapping"/>
              <w:t xml:space="preserve">(complet)</w:t>
            </w:r>
            <w:r w:rsidDel="00000000" w:rsidR="00000000" w:rsidRPr="00000000">
              <w:rPr>
                <w:rtl w:val="0"/>
              </w:rPr>
            </w:r>
          </w:p>
        </w:tc>
        <w:tc>
          <w:tcPr>
            <w:shd w:fill="f2f2f2" w:val="clear"/>
          </w:tcPr>
          <w:p w:rsidR="00000000" w:rsidDel="00000000" w:rsidP="00000000" w:rsidRDefault="00000000" w:rsidRPr="00000000" w14:paraId="000003DC">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unitar</w:t>
              <w:br w:type="textWrapping"/>
              <w:t xml:space="preserve">(compus din costurile directe și indirecte)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3DD">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 la</w:t>
              <w:br w:type="textWrapping"/>
              <w:t xml:space="preserve">destinația finală</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3DE">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3DF">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3E0">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3E1">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3E2">
            <w:pPr>
              <w:jc w:val="center"/>
              <w:rPr/>
            </w:pPr>
            <w:r w:rsidDel="00000000" w:rsidR="00000000" w:rsidRPr="00000000">
              <w:rPr>
                <w:b w:val="1"/>
                <w:bCs w:val="1"/>
                <w:rtl w:val="0"/>
              </w:rPr>
              <w:t xml:space="preserve">5=3x4</w:t>
            </w:r>
            <w:r w:rsidDel="00000000" w:rsidR="00000000" w:rsidRPr="00000000">
              <w:rPr>
                <w:rtl w:val="0"/>
              </w:rPr>
            </w:r>
          </w:p>
        </w:tc>
      </w:tr>
      <w:tr>
        <w:trPr>
          <w:cantSplit w:val="0"/>
          <w:tblHeader w:val="0"/>
        </w:trPr>
        <w:tc>
          <w:tcPr/>
          <w:p w:rsidR="00000000" w:rsidDel="00000000" w:rsidP="00000000" w:rsidRDefault="00000000" w:rsidRPr="00000000" w14:paraId="000003E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Substrat universal pentru culturi</w:t>
            </w:r>
            <w:r w:rsidDel="00000000" w:rsidR="00000000" w:rsidRPr="00000000">
              <w:rPr>
                <w:rtl w:val="0"/>
              </w:rPr>
            </w:r>
          </w:p>
          <w:p w:rsidR="00000000" w:rsidDel="00000000" w:rsidP="00000000" w:rsidRDefault="00000000" w:rsidRPr="00000000" w14:paraId="000003E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E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Substrat pe bază de turbă;</w:t>
            </w:r>
            <w:r w:rsidDel="00000000" w:rsidR="00000000" w:rsidRPr="00000000">
              <w:rPr>
                <w:rtl w:val="0"/>
              </w:rPr>
            </w:r>
          </w:p>
          <w:p w:rsidR="00000000" w:rsidDel="00000000" w:rsidP="00000000" w:rsidRDefault="00000000" w:rsidRPr="00000000" w14:paraId="000003E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pH echilibrat;</w:t>
            </w:r>
            <w:r w:rsidDel="00000000" w:rsidR="00000000" w:rsidRPr="00000000">
              <w:rPr>
                <w:rtl w:val="0"/>
              </w:rPr>
            </w:r>
          </w:p>
          <w:p w:rsidR="00000000" w:rsidDel="00000000" w:rsidP="00000000" w:rsidRDefault="00000000" w:rsidRPr="00000000" w14:paraId="000003E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îmbogățit cu elemente nutritive;</w:t>
            </w:r>
            <w:r w:rsidDel="00000000" w:rsidR="00000000" w:rsidRPr="00000000">
              <w:rPr>
                <w:rtl w:val="0"/>
              </w:rPr>
            </w:r>
          </w:p>
          <w:p w:rsidR="00000000" w:rsidDel="00000000" w:rsidP="00000000" w:rsidRDefault="00000000" w:rsidRPr="00000000" w14:paraId="000003E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ambalat în saci de minimum 25 litri.</w:t>
            </w:r>
            <w:r w:rsidDel="00000000" w:rsidR="00000000" w:rsidRPr="00000000">
              <w:rPr>
                <w:rtl w:val="0"/>
              </w:rPr>
            </w:r>
          </w:p>
          <w:p w:rsidR="00000000" w:rsidDel="00000000" w:rsidP="00000000" w:rsidRDefault="00000000" w:rsidRPr="00000000" w14:paraId="000003EB">
            <w:pPr>
              <w:rPr/>
            </w:pPr>
            <w:r w:rsidDel="00000000" w:rsidR="00000000" w:rsidRPr="00000000">
              <w:rPr>
                <w:rtl w:val="0"/>
              </w:rPr>
            </w:r>
          </w:p>
        </w:tc>
        <w:tc>
          <w:tcPr/>
          <w:p w:rsidR="00000000" w:rsidDel="00000000" w:rsidP="00000000" w:rsidRDefault="00000000" w:rsidRPr="00000000" w14:paraId="000003E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br w:type="textWrapping"/>
              <w:t xml:space="preserve">saci</w:t>
            </w:r>
            <w:r w:rsidDel="00000000" w:rsidR="00000000" w:rsidRPr="00000000">
              <w:rPr>
                <w:rtl w:val="0"/>
              </w:rPr>
            </w:r>
          </w:p>
        </w:tc>
        <w:tc>
          <w:tcPr/>
          <w:p w:rsidR="00000000" w:rsidDel="00000000" w:rsidP="00000000" w:rsidRDefault="00000000" w:rsidRPr="00000000" w14:paraId="000003ED">
            <w:pPr>
              <w:jc w:val="center"/>
              <w:rPr/>
            </w:pPr>
            <w:r w:rsidDel="00000000" w:rsidR="00000000" w:rsidRPr="00000000">
              <w:rPr>
                <w:rtl w:val="0"/>
              </w:rPr>
            </w:r>
          </w:p>
        </w:tc>
        <w:tc>
          <w:tcPr/>
          <w:p w:rsidR="00000000" w:rsidDel="00000000" w:rsidP="00000000" w:rsidRDefault="00000000" w:rsidRPr="00000000" w14:paraId="000003EE">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EF">
            <w:pPr>
              <w:jc w:val="center"/>
              <w:rPr/>
            </w:pPr>
            <w:r w:rsidDel="00000000" w:rsidR="00000000" w:rsidRPr="00000000">
              <w:rPr>
                <w:rtl w:val="0"/>
              </w:rPr>
              <w:t xml:space="preserve">2</w:t>
            </w:r>
          </w:p>
        </w:tc>
        <w:tc>
          <w:tcPr/>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Casete pentru răsad</w:t>
            </w:r>
            <w:r w:rsidDel="00000000" w:rsidR="00000000" w:rsidRPr="00000000">
              <w:rPr>
                <w:rtl w:val="0"/>
              </w:rPr>
            </w:r>
          </w:p>
          <w:p w:rsidR="00000000" w:rsidDel="00000000" w:rsidP="00000000" w:rsidRDefault="00000000" w:rsidRPr="00000000" w14:paraId="000003F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F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 plastic reutilizabil;</w:t>
            </w:r>
            <w:r w:rsidDel="00000000" w:rsidR="00000000" w:rsidRPr="00000000">
              <w:rPr>
                <w:rtl w:val="0"/>
              </w:rPr>
            </w:r>
          </w:p>
          <w:p w:rsidR="00000000" w:rsidDel="00000000" w:rsidP="00000000" w:rsidRDefault="00000000" w:rsidRPr="00000000" w14:paraId="000003F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godeuri de dimensiuni adecvate germinării;</w:t>
            </w:r>
            <w:r w:rsidDel="00000000" w:rsidR="00000000" w:rsidRPr="00000000">
              <w:rPr>
                <w:rtl w:val="0"/>
              </w:rPr>
            </w:r>
          </w:p>
          <w:p w:rsidR="00000000" w:rsidDel="00000000" w:rsidP="00000000" w:rsidRDefault="00000000" w:rsidRPr="00000000" w14:paraId="000003F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sistem de drenaj integrat.</w:t>
            </w:r>
            <w:r w:rsidDel="00000000" w:rsidR="00000000" w:rsidRPr="00000000">
              <w:rPr>
                <w:rtl w:val="0"/>
              </w:rPr>
            </w:r>
          </w:p>
          <w:p w:rsidR="00000000" w:rsidDel="00000000" w:rsidP="00000000" w:rsidRDefault="00000000" w:rsidRPr="00000000" w14:paraId="000003F6">
            <w:pPr>
              <w:rPr/>
            </w:pPr>
            <w:r w:rsidDel="00000000" w:rsidR="00000000" w:rsidRPr="00000000">
              <w:rPr>
                <w:rtl w:val="0"/>
              </w:rPr>
            </w:r>
          </w:p>
        </w:tc>
        <w:tc>
          <w:tcPr/>
          <w:p w:rsidR="00000000" w:rsidDel="00000000" w:rsidP="00000000" w:rsidRDefault="00000000" w:rsidRPr="00000000" w14:paraId="000003F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23</w:t>
              <w:br w:type="textWrapping"/>
              <w:t xml:space="preserve">buc.</w:t>
            </w:r>
            <w:r w:rsidDel="00000000" w:rsidR="00000000" w:rsidRPr="00000000">
              <w:rPr>
                <w:rtl w:val="0"/>
              </w:rPr>
            </w:r>
          </w:p>
        </w:tc>
        <w:tc>
          <w:tcPr/>
          <w:p w:rsidR="00000000" w:rsidDel="00000000" w:rsidP="00000000" w:rsidRDefault="00000000" w:rsidRPr="00000000" w14:paraId="000003F8">
            <w:pPr>
              <w:jc w:val="center"/>
              <w:rPr/>
            </w:pPr>
            <w:r w:rsidDel="00000000" w:rsidR="00000000" w:rsidRPr="00000000">
              <w:rPr>
                <w:rtl w:val="0"/>
              </w:rPr>
            </w:r>
          </w:p>
        </w:tc>
        <w:tc>
          <w:tcPr/>
          <w:p w:rsidR="00000000" w:rsidDel="00000000" w:rsidP="00000000" w:rsidRDefault="00000000" w:rsidRPr="00000000" w14:paraId="000003F9">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FA">
            <w:pPr>
              <w:jc w:val="center"/>
              <w:rPr/>
            </w:pPr>
            <w:r w:rsidDel="00000000" w:rsidR="00000000" w:rsidRPr="00000000">
              <w:rPr>
                <w:rtl w:val="0"/>
              </w:rPr>
              <w:t xml:space="preserve">3</w:t>
            </w:r>
          </w:p>
        </w:tc>
        <w:tc>
          <w:tcPr/>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Fertilizant lichid universal</w:t>
            </w:r>
            <w:r w:rsidDel="00000000" w:rsidR="00000000" w:rsidRPr="00000000">
              <w:rPr>
                <w:rtl w:val="0"/>
              </w:rPr>
            </w:r>
          </w:p>
          <w:p w:rsidR="00000000" w:rsidDel="00000000" w:rsidP="00000000" w:rsidRDefault="00000000" w:rsidRPr="00000000" w14:paraId="000003F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F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Compoziție echilibrată de macro/micro-elemente;</w:t>
            </w:r>
            <w:r w:rsidDel="00000000" w:rsidR="00000000" w:rsidRPr="00000000">
              <w:rPr>
                <w:rtl w:val="0"/>
              </w:rPr>
            </w:r>
          </w:p>
          <w:p w:rsidR="00000000" w:rsidDel="00000000" w:rsidP="00000000" w:rsidRDefault="00000000" w:rsidRPr="00000000" w14:paraId="000003F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adecvat administrării prin sistemul de irigare.</w:t>
            </w:r>
            <w:r w:rsidDel="00000000" w:rsidR="00000000" w:rsidRPr="00000000">
              <w:rPr>
                <w:rtl w:val="0"/>
              </w:rPr>
            </w:r>
          </w:p>
          <w:p w:rsidR="00000000" w:rsidDel="00000000" w:rsidP="00000000" w:rsidRDefault="00000000" w:rsidRPr="00000000" w14:paraId="00000400">
            <w:pPr>
              <w:rPr/>
            </w:pPr>
            <w:r w:rsidDel="00000000" w:rsidR="00000000" w:rsidRPr="00000000">
              <w:rPr>
                <w:rtl w:val="0"/>
              </w:rPr>
            </w:r>
          </w:p>
        </w:tc>
        <w:tc>
          <w:tcPr/>
          <w:p w:rsidR="00000000" w:rsidDel="00000000" w:rsidP="00000000" w:rsidRDefault="00000000" w:rsidRPr="00000000" w14:paraId="0000040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3</w:t>
              <w:br w:type="textWrapping"/>
              <w:t xml:space="preserve">buc.</w:t>
            </w:r>
            <w:r w:rsidDel="00000000" w:rsidR="00000000" w:rsidRPr="00000000">
              <w:rPr>
                <w:rtl w:val="0"/>
              </w:rPr>
            </w:r>
          </w:p>
        </w:tc>
        <w:tc>
          <w:tcPr/>
          <w:p w:rsidR="00000000" w:rsidDel="00000000" w:rsidP="00000000" w:rsidRDefault="00000000" w:rsidRPr="00000000" w14:paraId="00000402">
            <w:pPr>
              <w:jc w:val="center"/>
              <w:rPr/>
            </w:pPr>
            <w:r w:rsidDel="00000000" w:rsidR="00000000" w:rsidRPr="00000000">
              <w:rPr>
                <w:rtl w:val="0"/>
              </w:rPr>
            </w:r>
          </w:p>
        </w:tc>
        <w:tc>
          <w:tcPr/>
          <w:p w:rsidR="00000000" w:rsidDel="00000000" w:rsidP="00000000" w:rsidRDefault="00000000" w:rsidRPr="00000000" w14:paraId="00000403">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404">
            <w:pPr>
              <w:jc w:val="center"/>
              <w:rPr/>
            </w:pPr>
            <w:r w:rsidDel="00000000" w:rsidR="00000000" w:rsidRPr="00000000">
              <w:rPr>
                <w:rtl w:val="0"/>
              </w:rPr>
              <w:t xml:space="preserve">11</w:t>
            </w:r>
          </w:p>
        </w:tc>
        <w:tc>
          <w:tcPr/>
          <w:p w:rsidR="00000000" w:rsidDel="00000000" w:rsidP="00000000" w:rsidRDefault="00000000" w:rsidRPr="00000000" w14:paraId="00000405">
            <w:pPr>
              <w:rPr/>
            </w:pPr>
            <w:r w:rsidDel="00000000" w:rsidR="00000000" w:rsidRPr="00000000">
              <w:rPr>
                <w:rtl w:val="0"/>
              </w:rPr>
              <w:t xml:space="preserve">Livrare în raza Chișinăului</w:t>
            </w:r>
          </w:p>
        </w:tc>
        <w:tc>
          <w:tcPr/>
          <w:p w:rsidR="00000000" w:rsidDel="00000000" w:rsidP="00000000" w:rsidRDefault="00000000" w:rsidRPr="00000000" w14:paraId="00000406">
            <w:pPr>
              <w:jc w:val="center"/>
              <w:rPr/>
            </w:pPr>
            <w:r w:rsidDel="00000000" w:rsidR="00000000" w:rsidRPr="00000000">
              <w:rPr>
                <w:rtl w:val="0"/>
              </w:rPr>
              <w:t xml:space="preserve">lei/km</w:t>
            </w:r>
          </w:p>
        </w:tc>
        <w:tc>
          <w:tcPr/>
          <w:p w:rsidR="00000000" w:rsidDel="00000000" w:rsidP="00000000" w:rsidRDefault="00000000" w:rsidRPr="00000000" w14:paraId="00000407">
            <w:pPr>
              <w:jc w:val="center"/>
              <w:rPr/>
            </w:pPr>
            <w:r w:rsidDel="00000000" w:rsidR="00000000" w:rsidRPr="00000000">
              <w:rPr>
                <w:rtl w:val="0"/>
              </w:rPr>
            </w:r>
          </w:p>
        </w:tc>
        <w:tc>
          <w:tcPr/>
          <w:p w:rsidR="00000000" w:rsidDel="00000000" w:rsidP="00000000" w:rsidRDefault="00000000" w:rsidRPr="00000000" w14:paraId="00000408">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409">
            <w:pPr>
              <w:jc w:val="center"/>
              <w:rPr/>
            </w:pPr>
            <w:r w:rsidDel="00000000" w:rsidR="00000000" w:rsidRPr="00000000">
              <w:rPr>
                <w:rtl w:val="0"/>
              </w:rPr>
              <w:t xml:space="preserve">12</w:t>
            </w:r>
          </w:p>
        </w:tc>
        <w:tc>
          <w:tcPr/>
          <w:p w:rsidR="00000000" w:rsidDel="00000000" w:rsidP="00000000" w:rsidRDefault="00000000" w:rsidRPr="00000000" w14:paraId="0000040A">
            <w:pPr>
              <w:rPr/>
            </w:pPr>
            <w:r w:rsidDel="00000000" w:rsidR="00000000" w:rsidRPr="00000000">
              <w:rPr>
                <w:rtl w:val="0"/>
              </w:rPr>
              <w:t xml:space="preserve">Livrare în afara Chișinăului </w:t>
            </w:r>
          </w:p>
        </w:tc>
        <w:tc>
          <w:tcPr/>
          <w:p w:rsidR="00000000" w:rsidDel="00000000" w:rsidP="00000000" w:rsidRDefault="00000000" w:rsidRPr="00000000" w14:paraId="0000040B">
            <w:pPr>
              <w:jc w:val="center"/>
              <w:rPr/>
            </w:pPr>
            <w:r w:rsidDel="00000000" w:rsidR="00000000" w:rsidRPr="00000000">
              <w:rPr>
                <w:rtl w:val="0"/>
              </w:rPr>
              <w:t xml:space="preserve">lei/km</w:t>
            </w:r>
          </w:p>
        </w:tc>
        <w:tc>
          <w:tcPr/>
          <w:p w:rsidR="00000000" w:rsidDel="00000000" w:rsidP="00000000" w:rsidRDefault="00000000" w:rsidRPr="00000000" w14:paraId="0000040C">
            <w:pPr>
              <w:jc w:val="center"/>
              <w:rPr/>
            </w:pPr>
            <w:r w:rsidDel="00000000" w:rsidR="00000000" w:rsidRPr="00000000">
              <w:rPr>
                <w:rtl w:val="0"/>
              </w:rPr>
            </w:r>
          </w:p>
        </w:tc>
        <w:tc>
          <w:tcPr/>
          <w:p w:rsidR="00000000" w:rsidDel="00000000" w:rsidP="00000000" w:rsidRDefault="00000000" w:rsidRPr="00000000" w14:paraId="0000040D">
            <w:pPr>
              <w:jc w:val="center"/>
              <w:rPr/>
            </w:pPr>
            <w:r w:rsidDel="00000000" w:rsidR="00000000" w:rsidRPr="00000000">
              <w:rPr>
                <w:rtl w:val="0"/>
              </w:rPr>
            </w:r>
          </w:p>
        </w:tc>
      </w:tr>
    </w:tbl>
    <w:p w:rsidR="00000000" w:rsidDel="00000000" w:rsidP="00000000" w:rsidRDefault="00000000" w:rsidRPr="00000000" w14:paraId="0000040E">
      <w:pPr>
        <w:spacing w:after="200" w:before="0" w:lineRule="auto"/>
        <w:jc w:val="both"/>
        <w:rPr/>
      </w:pPr>
      <w:r w:rsidDel="00000000" w:rsidR="00000000" w:rsidRPr="00000000">
        <w:rPr>
          <w:rtl w:val="0"/>
        </w:rPr>
      </w:r>
    </w:p>
    <w:p w:rsidR="00000000" w:rsidDel="00000000" w:rsidP="00000000" w:rsidRDefault="00000000" w:rsidRPr="00000000" w14:paraId="0000040F">
      <w:pPr>
        <w:spacing w:after="320" w:lineRule="auto"/>
        <w:jc w:val="both"/>
        <w:rPr/>
      </w:pPr>
      <w:r w:rsidDel="00000000" w:rsidR="00000000" w:rsidRPr="00000000">
        <w:rPr>
          <w:i w:val="1"/>
          <w:iCs w:val="1"/>
          <w:rtl w:val="0"/>
        </w:rPr>
        <w:t xml:space="preserve">Specificațiile de mai sus reprezintă cerințe tehnice minime; ofertanții pot propune produse cu parametri egali sau superiori.</w:t>
      </w:r>
      <w:r w:rsidDel="00000000" w:rsidR="00000000" w:rsidRPr="00000000">
        <w:rPr>
          <w:rtl w:val="0"/>
        </w:rPr>
      </w:r>
    </w:p>
    <w:p w:rsidR="00000000" w:rsidDel="00000000" w:rsidP="00000000" w:rsidRDefault="00000000" w:rsidRPr="00000000" w14:paraId="00000410">
      <w:pPr>
        <w:spacing w:after="0" w:line="240" w:lineRule="auto"/>
        <w:ind w:left="360" w:firstLine="0"/>
        <w:rPr>
          <w:i w:val="1"/>
          <w:iCs w:val="1"/>
        </w:rPr>
      </w:pPr>
      <w:r w:rsidDel="00000000" w:rsidR="00000000" w:rsidRPr="00000000">
        <w:rPr>
          <w:rFonts w:ascii="Trebuchet MS" w:cs="Trebuchet MS" w:eastAsia="Trebuchet MS" w:hAnsi="Trebuchet MS"/>
          <w:i w:val="1"/>
          <w:iCs w:val="1"/>
          <w:sz w:val="22"/>
          <w:szCs w:val="22"/>
          <w:highlight w:val="yellow"/>
          <w:rtl w:val="0"/>
        </w:rPr>
        <w:t xml:space="preserve">[</w:t>
      </w:r>
      <w:r w:rsidDel="00000000" w:rsidR="00000000" w:rsidRPr="00000000">
        <w:rPr>
          <w:i w:val="1"/>
          <w:iCs w:val="1"/>
          <w:highlight w:val="yellow"/>
          <w:rtl w:val="0"/>
        </w:rPr>
        <w:t xml:space="preserve">Vă rugăm completați tabelul și spațiile libere de mai sus cu prețurile aferente conform cotației dvs, pentru respectivul pachet.]</w:t>
      </w:r>
      <w:r w:rsidDel="00000000" w:rsidR="00000000" w:rsidRPr="00000000">
        <w:rPr>
          <w:rtl w:val="0"/>
        </w:rPr>
      </w:r>
    </w:p>
    <w:p w:rsidR="00000000" w:rsidDel="00000000" w:rsidP="00000000" w:rsidRDefault="00000000" w:rsidRPr="00000000" w14:paraId="00000411">
      <w:pPr>
        <w:spacing w:after="0" w:lineRule="auto"/>
        <w:ind w:left="360" w:firstLine="708"/>
        <w:jc w:val="both"/>
        <w:rPr>
          <w:b w:val="1"/>
          <w:bCs w:val="1"/>
          <w:color w:val="ff0000"/>
        </w:rPr>
      </w:pPr>
      <w:r w:rsidDel="00000000" w:rsidR="00000000" w:rsidRPr="00000000">
        <w:rPr>
          <w:rtl w:val="0"/>
        </w:rPr>
      </w:r>
    </w:p>
    <w:p w:rsidR="00000000" w:rsidDel="00000000" w:rsidP="00000000" w:rsidRDefault="00000000" w:rsidRPr="00000000" w14:paraId="00000412">
      <w:pPr>
        <w:spacing w:after="0" w:lineRule="auto"/>
        <w:ind w:left="360" w:firstLine="708"/>
        <w:jc w:val="both"/>
        <w:rPr>
          <w:b w:val="1"/>
          <w:bCs w:val="1"/>
          <w:color w:val="ff0000"/>
        </w:rPr>
      </w:pPr>
      <w:r w:rsidDel="00000000" w:rsidR="00000000" w:rsidRPr="00000000">
        <w:rPr>
          <w:b w:val="1"/>
          <w:bCs w:val="1"/>
          <w:color w:val="ff0000"/>
          <w:rtl w:val="0"/>
        </w:rPr>
        <w:t xml:space="preserve">Notă: O companie poate depune oferta de preț pentru unul sau ambele loturi. Vă rugăm să selectați lotul/loturile pentru care transmiteți oferta financiară și să ștergeți tabelele corespunzătoare celorlalte loturi. </w:t>
      </w:r>
    </w:p>
    <w:p w:rsidR="00000000" w:rsidDel="00000000" w:rsidP="00000000" w:rsidRDefault="00000000" w:rsidRPr="00000000" w14:paraId="00000413">
      <w:pPr>
        <w:spacing w:after="0" w:lineRule="auto"/>
        <w:ind w:left="360" w:firstLine="708"/>
        <w:jc w:val="both"/>
        <w:rPr>
          <w:b w:val="1"/>
          <w:bCs w:val="1"/>
          <w:color w:val="ff0000"/>
        </w:rPr>
      </w:pPr>
      <w:r w:rsidDel="00000000" w:rsidR="00000000" w:rsidRPr="00000000">
        <w:rPr>
          <w:rtl w:val="0"/>
        </w:rPr>
      </w:r>
    </w:p>
    <w:p w:rsidR="00000000" w:rsidDel="00000000" w:rsidP="00000000" w:rsidRDefault="00000000" w:rsidRPr="00000000" w14:paraId="00000414">
      <w:pPr>
        <w:numPr>
          <w:ilvl w:val="0"/>
          <w:numId w:val="13"/>
        </w:numPr>
        <w:tabs>
          <w:tab w:val="left" w:leader="none" w:pos="720"/>
        </w:tabs>
        <w:spacing w:after="0" w:lineRule="auto"/>
        <w:ind w:left="360" w:firstLine="360"/>
        <w:jc w:val="both"/>
      </w:pPr>
      <w:r w:rsidDel="00000000" w:rsidR="00000000" w:rsidRPr="00000000">
        <w:rPr>
          <w:b w:val="1"/>
          <w:bCs w:val="1"/>
          <w:u w:val="single"/>
          <w:rtl w:val="0"/>
        </w:rPr>
        <w:t xml:space="preserve">Preț Fix: </w:t>
      </w:r>
      <w:r w:rsidDel="00000000" w:rsidR="00000000" w:rsidRPr="00000000">
        <w:rPr>
          <w:rtl w:val="0"/>
        </w:rPr>
        <w:t xml:space="preserve">Prețurile indicate mai sus sunt ferme și fixe și nu fac obiectul nici unei ajustări în timpul executării contractului.</w:t>
      </w:r>
    </w:p>
    <w:p w:rsidR="00000000" w:rsidDel="00000000" w:rsidP="00000000" w:rsidRDefault="00000000" w:rsidRPr="00000000" w14:paraId="00000415">
      <w:pPr>
        <w:tabs>
          <w:tab w:val="left" w:leader="none" w:pos="720"/>
        </w:tabs>
        <w:spacing w:after="0" w:lineRule="auto"/>
        <w:ind w:left="720" w:firstLine="0"/>
        <w:jc w:val="both"/>
        <w:rPr/>
      </w:pPr>
      <w:r w:rsidDel="00000000" w:rsidR="00000000" w:rsidRPr="00000000">
        <w:rPr>
          <w:rtl w:val="0"/>
        </w:rPr>
        <w:t xml:space="preserve">Prețul total convenit pentru livrarea produsului este în valoare de ............................ MDL fără TVA.</w:t>
      </w:r>
    </w:p>
    <w:p w:rsidR="00000000" w:rsidDel="00000000" w:rsidP="00000000" w:rsidRDefault="00000000" w:rsidRPr="00000000" w14:paraId="00000416">
      <w:pPr>
        <w:spacing w:after="0" w:lineRule="auto"/>
        <w:ind w:left="1080" w:hanging="720"/>
        <w:jc w:val="both"/>
        <w:rPr/>
      </w:pPr>
      <w:r w:rsidDel="00000000" w:rsidR="00000000" w:rsidRPr="00000000">
        <w:rPr>
          <w:rtl w:val="0"/>
        </w:rPr>
      </w:r>
    </w:p>
    <w:p w:rsidR="00000000" w:rsidDel="00000000" w:rsidP="00000000" w:rsidRDefault="00000000" w:rsidRPr="00000000" w14:paraId="00000417">
      <w:pPr>
        <w:numPr>
          <w:ilvl w:val="0"/>
          <w:numId w:val="13"/>
        </w:numPr>
        <w:spacing w:after="0" w:line="360" w:lineRule="auto"/>
        <w:ind w:left="1080" w:hanging="360"/>
        <w:jc w:val="both"/>
        <w:rPr>
          <w:b w:val="1"/>
          <w:bCs w:val="1"/>
          <w:u w:val="single"/>
        </w:rPr>
      </w:pPr>
      <w:r w:rsidDel="00000000" w:rsidR="00000000" w:rsidRPr="00000000">
        <w:rPr>
          <w:b w:val="1"/>
          <w:bCs w:val="1"/>
          <w:u w:val="single"/>
          <w:rtl w:val="0"/>
        </w:rPr>
        <w:t xml:space="preserve">Depunerea Ofertei</w:t>
      </w:r>
    </w:p>
    <w:p w:rsidR="00000000" w:rsidDel="00000000" w:rsidP="00000000" w:rsidRDefault="00000000" w:rsidRPr="00000000" w14:paraId="00000418">
      <w:pPr>
        <w:spacing w:after="0" w:lineRule="auto"/>
        <w:ind w:left="360" w:firstLine="547"/>
        <w:jc w:val="both"/>
        <w:rPr/>
      </w:pPr>
      <w:r w:rsidDel="00000000" w:rsidR="00000000" w:rsidRPr="00000000">
        <w:rPr>
          <w:rtl w:val="0"/>
        </w:rPr>
        <w:t xml:space="preserve">Propunerea tehnică va fi însoţită de certificate / declaraţii de conformitate, potrivit cerinţelor specificaţiilor tehnice.</w:t>
      </w:r>
    </w:p>
    <w:p w:rsidR="00000000" w:rsidDel="00000000" w:rsidP="00000000" w:rsidRDefault="00000000" w:rsidRPr="00000000" w14:paraId="00000419">
      <w:pPr>
        <w:spacing w:after="120" w:line="240" w:lineRule="auto"/>
        <w:ind w:left="1080" w:firstLine="0"/>
        <w:jc w:val="both"/>
        <w:rPr>
          <w:b w:val="1"/>
          <w:bCs w:val="1"/>
          <w:i w:val="1"/>
          <w:iCs w:val="1"/>
          <w:highlight w:val="yellow"/>
        </w:rPr>
      </w:pPr>
      <w:r w:rsidDel="00000000" w:rsidR="00000000" w:rsidRPr="00000000">
        <w:rPr>
          <w:rtl w:val="0"/>
        </w:rPr>
      </w:r>
    </w:p>
    <w:p w:rsidR="00000000" w:rsidDel="00000000" w:rsidP="00000000" w:rsidRDefault="00000000" w:rsidRPr="00000000" w14:paraId="0000041A">
      <w:pPr>
        <w:numPr>
          <w:ilvl w:val="0"/>
          <w:numId w:val="13"/>
        </w:numPr>
        <w:spacing w:after="0" w:lineRule="auto"/>
        <w:ind w:left="1080" w:hanging="360"/>
        <w:jc w:val="both"/>
      </w:pPr>
      <w:r w:rsidDel="00000000" w:rsidR="00000000" w:rsidRPr="00000000">
        <w:rPr>
          <w:b w:val="1"/>
          <w:bCs w:val="1"/>
          <w:u w:val="single"/>
          <w:rtl w:val="0"/>
        </w:rPr>
        <w:t xml:space="preserve">Legea Aplicabilă</w:t>
      </w:r>
      <w:r w:rsidDel="00000000" w:rsidR="00000000" w:rsidRPr="00000000">
        <w:rPr>
          <w:u w:val="single"/>
          <w:rtl w:val="0"/>
        </w:rPr>
        <w:t xml:space="preserve">: </w:t>
      </w:r>
      <w:r w:rsidDel="00000000" w:rsidR="00000000" w:rsidRPr="00000000">
        <w:rPr>
          <w:rtl w:val="0"/>
        </w:rPr>
        <w:t xml:space="preserve">Contractul va fi interpretat și guvernat în concordanță cu legile în vigoare din Republic Moldova.</w:t>
      </w:r>
    </w:p>
    <w:p w:rsidR="00000000" w:rsidDel="00000000" w:rsidP="00000000" w:rsidRDefault="00000000" w:rsidRPr="00000000" w14:paraId="0000041B">
      <w:pPr>
        <w:spacing w:after="0" w:lineRule="auto"/>
        <w:ind w:left="360" w:firstLine="0"/>
        <w:rPr>
          <w:b w:val="1"/>
          <w:bCs w:val="1"/>
        </w:rPr>
      </w:pPr>
      <w:r w:rsidDel="00000000" w:rsidR="00000000" w:rsidRPr="00000000">
        <w:rPr>
          <w:rtl w:val="0"/>
        </w:rPr>
      </w:r>
    </w:p>
    <w:p w:rsidR="00000000" w:rsidDel="00000000" w:rsidP="00000000" w:rsidRDefault="00000000" w:rsidRPr="00000000" w14:paraId="0000041C">
      <w:pPr>
        <w:numPr>
          <w:ilvl w:val="0"/>
          <w:numId w:val="13"/>
        </w:numPr>
        <w:spacing w:after="0" w:lineRule="auto"/>
        <w:ind w:left="720" w:firstLine="0"/>
        <w:jc w:val="both"/>
      </w:pPr>
      <w:r w:rsidDel="00000000" w:rsidR="00000000" w:rsidRPr="00000000">
        <w:rPr>
          <w:b w:val="1"/>
          <w:bCs w:val="1"/>
          <w:u w:val="single"/>
          <w:rtl w:val="0"/>
        </w:rPr>
        <w:t xml:space="preserve">Soluționarea litigiilor:</w:t>
      </w:r>
      <w:r w:rsidDel="00000000" w:rsidR="00000000" w:rsidRPr="00000000">
        <w:rPr>
          <w:rtl w:val="0"/>
        </w:rPr>
        <w:t xml:space="preserve"> Cumpărătorul și Furnizorul vor depune toate eforturile pentru a soluționa pe cale amiabilă, prin negociere informală, tratative directe sau prin corespondență, orice neînțelegere sau dispută care se poate ivi între ei în cadrul sau în legătură cu îndeplinirea Contractului. Dacă, după 15 (cincisprezece) zile calendaristice de la data începerii acestor tratative, Cumpărătorul și Furnizorul nu reușesc să rezolve în mod amiabil o divergență, litigiul va fi soluționat în conformitate cu legislația românească în vigoare.</w:t>
      </w:r>
    </w:p>
    <w:p w:rsidR="00000000" w:rsidDel="00000000" w:rsidP="00000000" w:rsidRDefault="00000000" w:rsidRPr="00000000" w14:paraId="0000041D">
      <w:pPr>
        <w:spacing w:after="0" w:lineRule="auto"/>
        <w:ind w:left="360" w:firstLine="0"/>
        <w:jc w:val="both"/>
        <w:rPr/>
      </w:pPr>
      <w:r w:rsidDel="00000000" w:rsidR="00000000" w:rsidRPr="00000000">
        <w:rPr>
          <w:rtl w:val="0"/>
        </w:rPr>
      </w:r>
    </w:p>
    <w:p w:rsidR="00000000" w:rsidDel="00000000" w:rsidP="00000000" w:rsidRDefault="00000000" w:rsidRPr="00000000" w14:paraId="0000041E">
      <w:pPr>
        <w:numPr>
          <w:ilvl w:val="0"/>
          <w:numId w:val="13"/>
        </w:numPr>
        <w:spacing w:after="0" w:lineRule="auto"/>
        <w:ind w:left="720" w:firstLine="0"/>
        <w:jc w:val="both"/>
        <w:rPr>
          <w:b w:val="1"/>
          <w:bCs w:val="1"/>
          <w:u w:val="single"/>
        </w:rPr>
      </w:pPr>
      <w:r w:rsidDel="00000000" w:rsidR="00000000" w:rsidRPr="00000000">
        <w:rPr>
          <w:b w:val="1"/>
          <w:bCs w:val="1"/>
          <w:u w:val="single"/>
          <w:rtl w:val="0"/>
        </w:rPr>
        <w:t xml:space="preserve">Recepţia cantitativă:</w:t>
      </w:r>
    </w:p>
    <w:p w:rsidR="00000000" w:rsidDel="00000000" w:rsidP="00000000" w:rsidRDefault="00000000" w:rsidRPr="00000000" w14:paraId="0000041F">
      <w:pPr>
        <w:spacing w:after="0" w:lineRule="auto"/>
        <w:ind w:left="360" w:firstLine="708"/>
        <w:jc w:val="both"/>
        <w:rPr/>
      </w:pPr>
      <w:r w:rsidDel="00000000" w:rsidR="00000000" w:rsidRPr="00000000">
        <w:rPr>
          <w:rtl w:val="0"/>
        </w:rPr>
        <w:t xml:space="preserve">Recepţia cantitativă a produsului se va efectua la o locaţie stabilită de comun acord cu Cumpărătorul.</w:t>
      </w:r>
    </w:p>
    <w:p w:rsidR="00000000" w:rsidDel="00000000" w:rsidP="00000000" w:rsidRDefault="00000000" w:rsidRPr="00000000" w14:paraId="00000420">
      <w:pPr>
        <w:spacing w:after="0" w:lineRule="auto"/>
        <w:ind w:left="360" w:firstLine="708"/>
        <w:jc w:val="both"/>
        <w:rPr/>
      </w:pPr>
      <w:r w:rsidDel="00000000" w:rsidR="00000000" w:rsidRPr="00000000">
        <w:rPr>
          <w:rtl w:val="0"/>
        </w:rPr>
      </w:r>
    </w:p>
    <w:p w:rsidR="00000000" w:rsidDel="00000000" w:rsidP="00000000" w:rsidRDefault="00000000" w:rsidRPr="00000000" w14:paraId="00000421">
      <w:pPr>
        <w:spacing w:after="160" w:lineRule="auto"/>
        <w:jc w:val="both"/>
        <w:rPr/>
      </w:pPr>
      <w:r w:rsidDel="00000000" w:rsidR="00000000" w:rsidRPr="00000000">
        <w:rPr>
          <w:rtl w:val="0"/>
        </w:rPr>
        <w:t xml:space="preserve">Recepția cantitativă va presupune verificarea numărului și tipului de produse livrate, corespondența cu specificațiile tehnice ofertate și confirmarea prin liste de predare-primire, în termenii și condițiile de livrare stabilite.</w:t>
      </w:r>
    </w:p>
    <w:p w:rsidR="00000000" w:rsidDel="00000000" w:rsidP="00000000" w:rsidRDefault="00000000" w:rsidRPr="00000000" w14:paraId="00000422">
      <w:pPr>
        <w:spacing w:after="320" w:lineRule="auto"/>
        <w:jc w:val="both"/>
        <w:rPr/>
      </w:pPr>
      <w:r w:rsidDel="00000000" w:rsidR="00000000" w:rsidRPr="00000000">
        <w:rPr>
          <w:rtl w:val="0"/>
        </w:rPr>
        <w:t xml:space="preserve">Rezultatele recepției se vor consemna în „Actul de Primire-Predare”, semnat de ambele părți (Furnizor și beneficiară/beneficiar sau Cumpărător, după caz). Recepția produsului va fi considerată finalizată la data încheierii Actului de Primire-Predare, fără obiecțiuni. După încheierea Actului de Primire-Predare, fără obiecțiuni, Furnizorul va emite factura aferentă.</w:t>
      </w:r>
    </w:p>
    <w:p w:rsidR="00000000" w:rsidDel="00000000" w:rsidP="00000000" w:rsidRDefault="00000000" w:rsidRPr="00000000" w14:paraId="00000423">
      <w:pPr>
        <w:spacing w:after="320" w:lineRule="auto"/>
        <w:jc w:val="both"/>
        <w:rPr/>
      </w:pPr>
      <w:r w:rsidDel="00000000" w:rsidR="00000000" w:rsidRPr="00000000">
        <w:rPr>
          <w:rtl w:val="0"/>
        </w:rPr>
        <w:t xml:space="preserve">7. </w:t>
      </w:r>
      <w:r w:rsidDel="00000000" w:rsidR="00000000" w:rsidRPr="00000000">
        <w:rPr>
          <w:b w:val="1"/>
          <w:bCs w:val="1"/>
          <w:u w:val="single"/>
          <w:rtl w:val="0"/>
        </w:rPr>
        <w:t xml:space="preserve">Plata</w:t>
      </w:r>
      <w:r w:rsidDel="00000000" w:rsidR="00000000" w:rsidRPr="00000000">
        <w:rPr>
          <w:rtl w:val="0"/>
        </w:rPr>
      </w:r>
    </w:p>
    <w:p w:rsidR="00000000" w:rsidDel="00000000" w:rsidP="00000000" w:rsidRDefault="00000000" w:rsidRPr="00000000" w14:paraId="00000424">
      <w:pPr>
        <w:spacing w:after="160" w:lineRule="auto"/>
        <w:jc w:val="both"/>
        <w:rPr/>
      </w:pPr>
      <w:r w:rsidDel="00000000" w:rsidR="00000000" w:rsidRPr="00000000">
        <w:rPr>
          <w:rtl w:val="0"/>
        </w:rPr>
        <w:t xml:space="preserve">Plata pentru factura emisă va fi făcută după cum urmează: 100% după semnarea Actului de Primire-Predare.</w:t>
      </w:r>
    </w:p>
    <w:p w:rsidR="00000000" w:rsidDel="00000000" w:rsidP="00000000" w:rsidRDefault="00000000" w:rsidRPr="00000000" w14:paraId="00000425">
      <w:pPr>
        <w:spacing w:after="160" w:lineRule="auto"/>
        <w:jc w:val="both"/>
        <w:rPr/>
      </w:pPr>
      <w:r w:rsidDel="00000000" w:rsidR="00000000" w:rsidRPr="00000000">
        <w:rPr>
          <w:rtl w:val="0"/>
        </w:rPr>
        <w:t xml:space="preserve">Termenul de plată nu trebuie să depășească 30 (treizeci) zile calendaristice de la data primirii facturii de către Cumpărător.</w:t>
      </w:r>
    </w:p>
    <w:p w:rsidR="00000000" w:rsidDel="00000000" w:rsidP="00000000" w:rsidRDefault="00000000" w:rsidRPr="00000000" w14:paraId="00000426">
      <w:pPr>
        <w:spacing w:after="320" w:lineRule="auto"/>
        <w:jc w:val="both"/>
        <w:rPr/>
      </w:pPr>
      <w:r w:rsidDel="00000000" w:rsidR="00000000" w:rsidRPr="00000000">
        <w:rPr>
          <w:rtl w:val="0"/>
        </w:rPr>
        <w:t xml:space="preserve">Plata se va face pe baza facturii fiscale, primite și acceptate de către Cumpărător, prin ordin de plată, în lei, în contul bancar al Furnizorului. Factura va fi însoțită de Actul de Primire-Predare.</w:t>
      </w:r>
    </w:p>
    <w:p w:rsidR="00000000" w:rsidDel="00000000" w:rsidP="00000000" w:rsidRDefault="00000000" w:rsidRPr="00000000" w14:paraId="00000427">
      <w:pPr>
        <w:spacing w:after="160" w:lineRule="auto"/>
        <w:jc w:val="both"/>
        <w:rPr/>
      </w:pPr>
      <w:r w:rsidDel="00000000" w:rsidR="00000000" w:rsidRPr="00000000">
        <w:rPr>
          <w:b w:val="1"/>
          <w:bCs w:val="1"/>
          <w:u w:val="single"/>
          <w:rtl w:val="0"/>
        </w:rPr>
        <w:t xml:space="preserve">8. Forța majoră</w:t>
      </w:r>
      <w:r w:rsidDel="00000000" w:rsidR="00000000" w:rsidRPr="00000000">
        <w:rPr>
          <w:rtl w:val="0"/>
        </w:rPr>
      </w:r>
    </w:p>
    <w:p w:rsidR="00000000" w:rsidDel="00000000" w:rsidP="00000000" w:rsidRDefault="00000000" w:rsidRPr="00000000" w14:paraId="00000428">
      <w:pPr>
        <w:spacing w:after="160" w:lineRule="auto"/>
        <w:jc w:val="both"/>
        <w:rPr/>
      </w:pPr>
      <w:r w:rsidDel="00000000" w:rsidR="00000000" w:rsidRPr="00000000">
        <w:rPr>
          <w:rtl w:val="0"/>
        </w:rPr>
        <w:t xml:space="preserve">Furnizorul nu este răspunzător/pasibil pentru penalități sau reziliere în cazul neîndeplinirii obligațiilor dacă și în măsura în care întârzierea în executare sau altă neîndeplinire a obligațiilor sale în baza Contractului este rezultatul unui eveniment de Forță Majoră.</w:t>
      </w:r>
    </w:p>
    <w:p w:rsidR="00000000" w:rsidDel="00000000" w:rsidP="00000000" w:rsidRDefault="00000000" w:rsidRPr="00000000" w14:paraId="00000429">
      <w:pPr>
        <w:spacing w:after="160" w:lineRule="auto"/>
        <w:jc w:val="both"/>
        <w:rPr/>
      </w:pPr>
      <w:r w:rsidDel="00000000" w:rsidR="00000000" w:rsidRPr="00000000">
        <w:rPr>
          <w:rtl w:val="0"/>
        </w:rPr>
        <w:t xml:space="preserve">În sensul prezentei clauze, "Forța majoră" înseamnă orice eveniment extern, imprevizibil, absolut invincibil și inevitabil, care este dincolo de controlul Furnizorului și care nu implică incapacitatea sau neglijența Furnizorului. Sunt considerate asemenea evenimente, fără a se limita doar la, războaiele, revoluțiile, incendiile, inundațiile sau orice alte catastrofe naturale, epidemii, restricțiile apărute ca urmare a unei carantine, embargourile, enumerarea nefiind exhaustivă, ci enunțiativă.</w:t>
      </w:r>
    </w:p>
    <w:p w:rsidR="00000000" w:rsidDel="00000000" w:rsidP="00000000" w:rsidRDefault="00000000" w:rsidRPr="00000000" w14:paraId="0000042A">
      <w:pPr>
        <w:spacing w:after="480" w:lineRule="auto"/>
        <w:jc w:val="both"/>
        <w:rPr/>
      </w:pPr>
      <w:r w:rsidDel="00000000" w:rsidR="00000000" w:rsidRPr="00000000">
        <w:rPr>
          <w:rtl w:val="0"/>
        </w:rPr>
        <w:t xml:space="preserve">În cazul în care o situație de forță majoră apare, Furnizorul va notifica de îndată Cumpărătorul în scris de apariția unei astfel de situații și cauza acesteia.</w:t>
      </w:r>
    </w:p>
    <w:p w:rsidR="00000000" w:rsidDel="00000000" w:rsidP="00000000" w:rsidRDefault="00000000" w:rsidRPr="00000000" w14:paraId="0000042B">
      <w:pPr>
        <w:spacing w:after="320" w:lineRule="auto"/>
        <w:jc w:val="both"/>
        <w:rPr/>
      </w:pPr>
      <w:r w:rsidDel="00000000" w:rsidR="00000000" w:rsidRPr="00000000">
        <w:rPr>
          <w:rtl w:val="0"/>
        </w:rPr>
        <w:t xml:space="preserve">DENUMIREA FURNIZORULUI </w:t>
        <w:tab/>
        <w:t xml:space="preserve">________________________________________</w:t>
      </w:r>
    </w:p>
    <w:p w:rsidR="00000000" w:rsidDel="00000000" w:rsidP="00000000" w:rsidRDefault="00000000" w:rsidRPr="00000000" w14:paraId="0000042C">
      <w:pPr>
        <w:spacing w:after="320" w:lineRule="auto"/>
        <w:jc w:val="both"/>
        <w:rPr/>
      </w:pPr>
      <w:r w:rsidDel="00000000" w:rsidR="00000000" w:rsidRPr="00000000">
        <w:rPr>
          <w:rtl w:val="0"/>
        </w:rPr>
        <w:t xml:space="preserve">Semnătura Autorizată, ștampila</w:t>
        <w:tab/>
        <w:t xml:space="preserve">________________________________________</w:t>
      </w:r>
    </w:p>
    <w:p w:rsidR="00000000" w:rsidDel="00000000" w:rsidP="00000000" w:rsidRDefault="00000000" w:rsidRPr="00000000" w14:paraId="0000042D">
      <w:pPr>
        <w:spacing w:after="40" w:lineRule="auto"/>
        <w:jc w:val="both"/>
        <w:rPr/>
      </w:pPr>
      <w:r w:rsidDel="00000000" w:rsidR="00000000" w:rsidRPr="00000000">
        <w:rPr>
          <w:rtl w:val="0"/>
        </w:rPr>
        <w:t xml:space="preserve">Locul:</w:t>
        <w:tab/>
        <w:tab/>
        <w:tab/>
        <w:tab/>
        <w:tab/>
        <w:t xml:space="preserve">________________________________________</w:t>
      </w:r>
    </w:p>
    <w:p w:rsidR="00000000" w:rsidDel="00000000" w:rsidP="00000000" w:rsidRDefault="00000000" w:rsidRPr="00000000" w14:paraId="0000042E">
      <w:pPr>
        <w:spacing w:after="80" w:lineRule="auto"/>
        <w:jc w:val="both"/>
        <w:rPr/>
      </w:pPr>
      <w:r w:rsidDel="00000000" w:rsidR="00000000" w:rsidRPr="00000000">
        <w:rPr>
          <w:rtl w:val="0"/>
        </w:rPr>
        <w:t xml:space="preserve">Data:</w:t>
        <w:tab/>
        <w:tab/>
        <w:tab/>
        <w:tab/>
        <w:tab/>
        <w:t xml:space="preserve">________________________________________</w:t>
      </w:r>
    </w:p>
    <w:p w:rsidR="00000000" w:rsidDel="00000000" w:rsidP="00000000" w:rsidRDefault="00000000" w:rsidRPr="00000000" w14:paraId="0000042F">
      <w:pPr>
        <w:rPr>
          <w:i w:val="1"/>
          <w:iCs w:val="1"/>
        </w:rPr>
      </w:pPr>
      <w:r w:rsidDel="00000000" w:rsidR="00000000" w:rsidRPr="00000000">
        <w:rPr>
          <w:rtl w:val="0"/>
        </w:rPr>
      </w:r>
    </w:p>
    <w:p w:rsidR="00000000" w:rsidDel="00000000" w:rsidP="00000000" w:rsidRDefault="00000000" w:rsidRPr="00000000" w14:paraId="00000430">
      <w:pPr>
        <w:rPr>
          <w:i w:val="1"/>
          <w:iCs w:val="1"/>
        </w:rPr>
      </w:pPr>
      <w:r w:rsidDel="00000000" w:rsidR="00000000" w:rsidRPr="00000000">
        <w:rPr>
          <w:rtl w:val="0"/>
        </w:rPr>
      </w:r>
    </w:p>
    <w:p w:rsidR="00000000" w:rsidDel="00000000" w:rsidP="00000000" w:rsidRDefault="00000000" w:rsidRPr="00000000" w14:paraId="00000431">
      <w:pPr>
        <w:rPr>
          <w:i w:val="1"/>
          <w:iCs w:val="1"/>
        </w:rPr>
      </w:pPr>
      <w:r w:rsidDel="00000000" w:rsidR="00000000" w:rsidRPr="00000000">
        <w:rPr>
          <w:rtl w:val="0"/>
        </w:rPr>
      </w:r>
    </w:p>
    <w:p w:rsidR="00000000" w:rsidDel="00000000" w:rsidP="00000000" w:rsidRDefault="00000000" w:rsidRPr="00000000" w14:paraId="00000432">
      <w:pPr>
        <w:rPr>
          <w:i w:val="1"/>
          <w:iCs w:val="1"/>
        </w:rPr>
      </w:pPr>
      <w:r w:rsidDel="00000000" w:rsidR="00000000" w:rsidRPr="00000000">
        <w:rPr>
          <w:rtl w:val="0"/>
        </w:rPr>
      </w:r>
    </w:p>
    <w:p w:rsidR="00000000" w:rsidDel="00000000" w:rsidP="00000000" w:rsidRDefault="00000000" w:rsidRPr="00000000" w14:paraId="00000433">
      <w:pPr>
        <w:rPr>
          <w:i w:val="1"/>
          <w:iCs w:val="1"/>
        </w:rPr>
      </w:pPr>
      <w:r w:rsidDel="00000000" w:rsidR="00000000" w:rsidRPr="00000000">
        <w:rPr>
          <w:rtl w:val="0"/>
        </w:rPr>
      </w:r>
    </w:p>
    <w:p w:rsidR="00000000" w:rsidDel="00000000" w:rsidP="00000000" w:rsidRDefault="00000000" w:rsidRPr="00000000" w14:paraId="00000434">
      <w:pPr>
        <w:rPr>
          <w:i w:val="1"/>
          <w:iCs w:val="1"/>
        </w:rPr>
      </w:pPr>
      <w:r w:rsidDel="00000000" w:rsidR="00000000" w:rsidRPr="00000000">
        <w:rPr>
          <w:rtl w:val="0"/>
        </w:rPr>
      </w:r>
    </w:p>
    <w:p w:rsidR="00000000" w:rsidDel="00000000" w:rsidP="00000000" w:rsidRDefault="00000000" w:rsidRPr="00000000" w14:paraId="00000435">
      <w:pPr>
        <w:rPr>
          <w:i w:val="1"/>
          <w:iCs w:val="1"/>
        </w:rPr>
      </w:pPr>
      <w:r w:rsidDel="00000000" w:rsidR="00000000" w:rsidRPr="00000000">
        <w:rPr>
          <w:rtl w:val="0"/>
        </w:rPr>
      </w:r>
    </w:p>
    <w:p w:rsidR="00000000" w:rsidDel="00000000" w:rsidP="00000000" w:rsidRDefault="00000000" w:rsidRPr="00000000" w14:paraId="00000436">
      <w:pPr>
        <w:rPr>
          <w:i w:val="1"/>
          <w:iCs w:val="1"/>
        </w:rPr>
      </w:pPr>
      <w:r w:rsidDel="00000000" w:rsidR="00000000" w:rsidRPr="00000000">
        <w:rPr>
          <w:rtl w:val="0"/>
        </w:rPr>
      </w:r>
    </w:p>
    <w:p w:rsidR="00000000" w:rsidDel="00000000" w:rsidP="00000000" w:rsidRDefault="00000000" w:rsidRPr="00000000" w14:paraId="00000437">
      <w:pPr>
        <w:rPr>
          <w:i w:val="1"/>
          <w:iCs w:val="1"/>
        </w:rPr>
      </w:pPr>
      <w:r w:rsidDel="00000000" w:rsidR="00000000" w:rsidRPr="00000000">
        <w:rPr>
          <w:rtl w:val="0"/>
        </w:rPr>
      </w:r>
    </w:p>
    <w:p w:rsidR="00000000" w:rsidDel="00000000" w:rsidP="00000000" w:rsidRDefault="00000000" w:rsidRPr="00000000" w14:paraId="00000438">
      <w:pPr>
        <w:rPr>
          <w:i w:val="1"/>
          <w:iCs w:val="1"/>
        </w:rPr>
      </w:pPr>
      <w:r w:rsidDel="00000000" w:rsidR="00000000" w:rsidRPr="00000000">
        <w:rPr>
          <w:rtl w:val="0"/>
        </w:rPr>
      </w:r>
    </w:p>
    <w:p w:rsidR="00000000" w:rsidDel="00000000" w:rsidP="00000000" w:rsidRDefault="00000000" w:rsidRPr="00000000" w14:paraId="00000439">
      <w:pPr>
        <w:rPr>
          <w:i w:val="1"/>
          <w:iCs w:val="1"/>
        </w:rPr>
      </w:pPr>
      <w:r w:rsidDel="00000000" w:rsidR="00000000" w:rsidRPr="00000000">
        <w:rPr>
          <w:rtl w:val="0"/>
        </w:rPr>
      </w:r>
    </w:p>
    <w:p w:rsidR="00000000" w:rsidDel="00000000" w:rsidP="00000000" w:rsidRDefault="00000000" w:rsidRPr="00000000" w14:paraId="0000043A">
      <w:pPr>
        <w:rPr>
          <w:i w:val="1"/>
          <w:iCs w:val="1"/>
        </w:rPr>
      </w:pPr>
      <w:r w:rsidDel="00000000" w:rsidR="00000000" w:rsidRPr="00000000">
        <w:rPr>
          <w:rtl w:val="0"/>
        </w:rPr>
      </w:r>
    </w:p>
    <w:p w:rsidR="00000000" w:rsidDel="00000000" w:rsidP="00000000" w:rsidRDefault="00000000" w:rsidRPr="00000000" w14:paraId="0000043B">
      <w:pPr>
        <w:rPr>
          <w:i w:val="1"/>
          <w:iCs w:val="1"/>
        </w:rPr>
      </w:pPr>
      <w:r w:rsidDel="00000000" w:rsidR="00000000" w:rsidRPr="00000000">
        <w:rPr>
          <w:rtl w:val="0"/>
        </w:rPr>
      </w:r>
    </w:p>
    <w:p w:rsidR="00000000" w:rsidDel="00000000" w:rsidP="00000000" w:rsidRDefault="00000000" w:rsidRPr="00000000" w14:paraId="0000043C">
      <w:pPr>
        <w:rPr>
          <w:i w:val="1"/>
          <w:iCs w:val="1"/>
        </w:rPr>
      </w:pPr>
      <w:r w:rsidDel="00000000" w:rsidR="00000000" w:rsidRPr="00000000">
        <w:rPr>
          <w:rtl w:val="0"/>
        </w:rPr>
      </w:r>
    </w:p>
    <w:p w:rsidR="00000000" w:rsidDel="00000000" w:rsidP="00000000" w:rsidRDefault="00000000" w:rsidRPr="00000000" w14:paraId="0000043D">
      <w:pPr>
        <w:rPr>
          <w:i w:val="1"/>
          <w:iCs w:val="1"/>
        </w:rPr>
      </w:pPr>
      <w:r w:rsidDel="00000000" w:rsidR="00000000" w:rsidRPr="00000000">
        <w:rPr>
          <w:rtl w:val="0"/>
        </w:rPr>
      </w:r>
    </w:p>
    <w:p w:rsidR="00000000" w:rsidDel="00000000" w:rsidP="00000000" w:rsidRDefault="00000000" w:rsidRPr="00000000" w14:paraId="0000043E">
      <w:pPr>
        <w:spacing w:after="320" w:before="0" w:lineRule="auto"/>
        <w:jc w:val="both"/>
        <w:rPr>
          <w:b w:val="1"/>
          <w:bCs w:val="1"/>
        </w:rPr>
      </w:pPr>
      <w:r w:rsidDel="00000000" w:rsidR="00000000" w:rsidRPr="00000000">
        <w:rPr>
          <w:b w:val="1"/>
          <w:bCs w:val="1"/>
          <w:i w:val="0"/>
          <w:iCs w:val="0"/>
          <w:sz w:val="24"/>
          <w:szCs w:val="24"/>
          <w:u w:val="none"/>
          <w:rtl w:val="0"/>
        </w:rPr>
        <w:t xml:space="preserve">Anexa nr. 5</w:t>
      </w:r>
      <w:r w:rsidDel="00000000" w:rsidR="00000000" w:rsidRPr="00000000">
        <w:rPr>
          <w:rtl w:val="0"/>
        </w:rPr>
      </w:r>
    </w:p>
    <w:p w:rsidR="00000000" w:rsidDel="00000000" w:rsidP="00000000" w:rsidRDefault="00000000" w:rsidRPr="00000000" w14:paraId="0000043F">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Ofertant</w:t>
      </w:r>
      <w:r w:rsidDel="00000000" w:rsidR="00000000" w:rsidRPr="00000000">
        <w:rPr>
          <w:rtl w:val="0"/>
        </w:rPr>
      </w:r>
    </w:p>
    <w:p w:rsidR="00000000" w:rsidDel="00000000" w:rsidP="00000000" w:rsidRDefault="00000000" w:rsidRPr="00000000" w14:paraId="00000440">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__________________</w:t>
      </w:r>
      <w:r w:rsidDel="00000000" w:rsidR="00000000" w:rsidRPr="00000000">
        <w:rPr>
          <w:rtl w:val="0"/>
        </w:rPr>
      </w:r>
    </w:p>
    <w:p w:rsidR="00000000" w:rsidDel="00000000" w:rsidP="00000000" w:rsidRDefault="00000000" w:rsidRPr="00000000" w14:paraId="00000441">
      <w:pPr>
        <w:spacing w:after="3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[numele]</w:t>
      </w:r>
      <w:r w:rsidDel="00000000" w:rsidR="00000000" w:rsidRPr="00000000">
        <w:rPr>
          <w:rtl w:val="0"/>
        </w:rPr>
      </w:r>
    </w:p>
    <w:p w:rsidR="00000000" w:rsidDel="00000000" w:rsidP="00000000" w:rsidRDefault="00000000" w:rsidRPr="00000000" w14:paraId="00000442">
      <w:pPr>
        <w:spacing w:after="32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Declarație pe propria răspundere</w:t>
      </w:r>
      <w:r w:rsidDel="00000000" w:rsidR="00000000" w:rsidRPr="00000000">
        <w:rPr>
          <w:rtl w:val="0"/>
        </w:rPr>
      </w:r>
    </w:p>
    <w:p w:rsidR="00000000" w:rsidDel="00000000" w:rsidP="00000000" w:rsidRDefault="00000000" w:rsidRPr="00000000" w14:paraId="00000443">
      <w:pPr>
        <w:spacing w:after="20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Subscrisa [denumirea firmei, numele ofertantului], în calitate de Ofertant la procedura de achiziție </w:t>
      </w:r>
      <w:r w:rsidDel="00000000" w:rsidR="00000000" w:rsidRPr="00000000">
        <w:rPr>
          <w:b w:val="1"/>
          <w:bCs w:val="1"/>
          <w:i w:val="0"/>
          <w:iCs w:val="0"/>
          <w:sz w:val="24"/>
          <w:szCs w:val="24"/>
          <w:u w:val="none"/>
          <w:rtl w:val="0"/>
        </w:rPr>
        <w:t xml:space="preserve">MD-AGC-AGR-2026-001-GO-RFQ</w:t>
      </w:r>
      <w:r w:rsidDel="00000000" w:rsidR="00000000" w:rsidRPr="00000000">
        <w:rPr>
          <w:rFonts w:ascii="Times New Roman" w:cs="Times New Roman" w:eastAsia="Times New Roman" w:hAnsi="Times New Roman"/>
          <w:b w:val="0"/>
          <w:bCs w:val="0"/>
          <w:i w:val="0"/>
          <w:iCs w:val="0"/>
          <w:sz w:val="24"/>
          <w:szCs w:val="24"/>
          <w:u w:val="none"/>
          <w:rtl w:val="0"/>
        </w:rPr>
        <w:t xml:space="preserve"> pentru atribuirea contractului pentru procurarea utilajelor, echipamentelor și/sau materialelor pentru producție agricolă, zootehnică și alimentară de către </w:t>
      </w:r>
      <w:r w:rsidDel="00000000" w:rsidR="00000000" w:rsidRPr="00000000">
        <w:rPr>
          <w:b w:val="1"/>
          <w:bCs w:val="1"/>
          <w:i w:val="0"/>
          <w:iCs w:val="0"/>
          <w:sz w:val="24"/>
          <w:szCs w:val="24"/>
          <w:u w:val="none"/>
          <w:rtl w:val="0"/>
        </w:rPr>
        <w:t xml:space="preserve">AO „Gender-Centru”</w:t>
      </w:r>
      <w:r w:rsidDel="00000000" w:rsidR="00000000" w:rsidRPr="00000000">
        <w:rPr>
          <w:rFonts w:ascii="Times New Roman" w:cs="Times New Roman" w:eastAsia="Times New Roman" w:hAnsi="Times New Roman"/>
          <w:b w:val="0"/>
          <w:bCs w:val="0"/>
          <w:i w:val="0"/>
          <w:iCs w:val="0"/>
          <w:sz w:val="24"/>
          <w:szCs w:val="24"/>
          <w:u w:val="none"/>
          <w:rtl w:val="0"/>
        </w:rPr>
        <w:t xml:space="preserve">, prin dl/dna __________________ [numele reprezentantului autorizat], în calitate de____________, la data de_______________ [data limită de depunere a ofertelor], declar pe propria răspundere că:</w:t>
      </w:r>
      <w:r w:rsidDel="00000000" w:rsidR="00000000" w:rsidRPr="00000000">
        <w:rPr>
          <w:rtl w:val="0"/>
        </w:rPr>
      </w:r>
    </w:p>
    <w:p w:rsidR="00000000" w:rsidDel="00000000" w:rsidP="00000000" w:rsidRDefault="00000000" w:rsidRPr="00000000" w14:paraId="00000444">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(a) Mi-am îndeplinit obligațiile de plată a impozitelor, taxelor și contribuțiilor de asigurări sociale către bugetul de stat, în conformitate cu prevederile legale în vigoare;</w:t>
      </w:r>
      <w:r w:rsidDel="00000000" w:rsidR="00000000" w:rsidRPr="00000000">
        <w:rPr>
          <w:rtl w:val="0"/>
        </w:rPr>
      </w:r>
    </w:p>
    <w:p w:rsidR="00000000" w:rsidDel="00000000" w:rsidP="00000000" w:rsidRDefault="00000000" w:rsidRPr="00000000" w14:paraId="00000445">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(b) Nu am fost condamnat, în ultimii 5 ani, printr-o hotărâre judecătorească definitivă pentru (i) participare la activități ale unei organizații criminale, (ii) corupție, (iii) fraudă și (iv) spălare de bani;</w:t>
      </w:r>
      <w:r w:rsidDel="00000000" w:rsidR="00000000" w:rsidRPr="00000000">
        <w:rPr>
          <w:rtl w:val="0"/>
        </w:rPr>
      </w:r>
    </w:p>
    <w:p w:rsidR="00000000" w:rsidDel="00000000" w:rsidP="00000000" w:rsidRDefault="00000000" w:rsidRPr="00000000" w14:paraId="00000446">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(c) Nu sunt în stare de faliment ori lichidare, afacerile societății ofertante nu sunt conduse de un administrator judiciar;</w:t>
      </w:r>
      <w:r w:rsidDel="00000000" w:rsidR="00000000" w:rsidRPr="00000000">
        <w:rPr>
          <w:rtl w:val="0"/>
        </w:rPr>
      </w:r>
    </w:p>
    <w:p w:rsidR="00000000" w:rsidDel="00000000" w:rsidP="00000000" w:rsidRDefault="00000000" w:rsidRPr="00000000" w14:paraId="00000447">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(d) Activitățile mele comerciale nu sunt suspendate și nu fac obiectul unui aranjament cu creditorii;</w:t>
      </w:r>
      <w:r w:rsidDel="00000000" w:rsidR="00000000" w:rsidRPr="00000000">
        <w:rPr>
          <w:rtl w:val="0"/>
        </w:rPr>
      </w:r>
    </w:p>
    <w:p w:rsidR="00000000" w:rsidDel="00000000" w:rsidP="00000000" w:rsidRDefault="00000000" w:rsidRPr="00000000" w14:paraId="00000448">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(e) Nu fac obiectul unei proceduri legale pentru declararea societății ofertante în una dintre situațiile prevăzute la lit. (c)-(d);</w:t>
      </w:r>
      <w:r w:rsidDel="00000000" w:rsidR="00000000" w:rsidRPr="00000000">
        <w:rPr>
          <w:rtl w:val="0"/>
        </w:rPr>
      </w:r>
    </w:p>
    <w:p w:rsidR="00000000" w:rsidDel="00000000" w:rsidP="00000000" w:rsidRDefault="00000000" w:rsidRPr="00000000" w14:paraId="00000449">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(f) Nu am fost condamnat, în ultimii 3 ani, prin hotărâre definitivă, pentru o faptă care a adus atingere eticii profesionale sau pentru comiterea unei greșeli în materie profesională;</w:t>
      </w:r>
      <w:r w:rsidDel="00000000" w:rsidR="00000000" w:rsidRPr="00000000">
        <w:rPr>
          <w:rtl w:val="0"/>
        </w:rPr>
      </w:r>
    </w:p>
    <w:p w:rsidR="00000000" w:rsidDel="00000000" w:rsidP="00000000" w:rsidRDefault="00000000" w:rsidRPr="00000000" w14:paraId="0000044A">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(g) Nu am fost condamnat, în ultimii 3 ani, prin hotărâre definitivă, pentru o faptă de hărțuire sexuală la locul de muncă.</w:t>
      </w:r>
      <w:r w:rsidDel="00000000" w:rsidR="00000000" w:rsidRPr="00000000">
        <w:rPr>
          <w:rtl w:val="0"/>
        </w:rPr>
      </w:r>
    </w:p>
    <w:p w:rsidR="00000000" w:rsidDel="00000000" w:rsidP="00000000" w:rsidRDefault="00000000" w:rsidRPr="00000000" w14:paraId="0000044B">
      <w:pPr>
        <w:spacing w:after="20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Subscrisul/a declar că informațiile furnizate sunt complete și corecte în fiecare detaliu și înțeleg că AO „Gender-Centru” are dreptul de a solicita, în scopul verificării și confirmării declarațiilor, orice documente doveditoare de care dispun.</w:t>
      </w:r>
      <w:r w:rsidDel="00000000" w:rsidR="00000000" w:rsidRPr="00000000">
        <w:rPr>
          <w:rtl w:val="0"/>
        </w:rPr>
      </w:r>
    </w:p>
    <w:p w:rsidR="00000000" w:rsidDel="00000000" w:rsidP="00000000" w:rsidRDefault="00000000" w:rsidRPr="00000000" w14:paraId="0000044C">
      <w:pPr>
        <w:spacing w:after="48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Înțeleg ca, în cazul în care această declarație nu este conformă cu realitatea sunt pasibil de încălcarea prevederilor legislației penale privind falsul în declarații.</w:t>
      </w:r>
      <w:r w:rsidDel="00000000" w:rsidR="00000000" w:rsidRPr="00000000">
        <w:rPr>
          <w:rtl w:val="0"/>
        </w:rPr>
      </w:r>
    </w:p>
    <w:p w:rsidR="00000000" w:rsidDel="00000000" w:rsidP="00000000" w:rsidRDefault="00000000" w:rsidRPr="00000000" w14:paraId="0000044D">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________________________</w:t>
      </w:r>
      <w:r w:rsidDel="00000000" w:rsidR="00000000" w:rsidRPr="00000000">
        <w:rPr>
          <w:rtl w:val="0"/>
        </w:rPr>
      </w:r>
    </w:p>
    <w:p w:rsidR="00000000" w:rsidDel="00000000" w:rsidP="00000000" w:rsidRDefault="00000000" w:rsidRPr="00000000" w14:paraId="0000044E">
      <w:pPr>
        <w:spacing w:after="3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Nume Ofertant</w:t>
      </w:r>
      <w:r w:rsidDel="00000000" w:rsidR="00000000" w:rsidRPr="00000000">
        <w:rPr>
          <w:rtl w:val="0"/>
        </w:rPr>
      </w:r>
    </w:p>
    <w:p w:rsidR="00000000" w:rsidDel="00000000" w:rsidP="00000000" w:rsidRDefault="00000000" w:rsidRPr="00000000" w14:paraId="0000044F">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______________________</w:t>
      </w:r>
      <w:r w:rsidDel="00000000" w:rsidR="00000000" w:rsidRPr="00000000">
        <w:rPr>
          <w:rtl w:val="0"/>
        </w:rPr>
      </w:r>
    </w:p>
    <w:p w:rsidR="00000000" w:rsidDel="00000000" w:rsidP="00000000" w:rsidRDefault="00000000" w:rsidRPr="00000000" w14:paraId="00000450">
      <w:pPr>
        <w:spacing w:after="8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[Nume semnatar autorizat și semnătura]</w:t>
        <w:tab/>
        <w:tab/>
        <w:tab/>
        <w:t xml:space="preserve">Data completării ......................</w:t>
      </w:r>
      <w:r w:rsidDel="00000000" w:rsidR="00000000" w:rsidRPr="00000000">
        <w:rPr>
          <w:rtl w:val="0"/>
        </w:rPr>
      </w:r>
    </w:p>
    <w:p w:rsidR="00000000" w:rsidDel="00000000" w:rsidP="00000000" w:rsidRDefault="00000000" w:rsidRPr="00000000" w14:paraId="00000451">
      <w:pPr>
        <w:rPr/>
      </w:pPr>
      <w:r w:rsidDel="00000000" w:rsidR="00000000" w:rsidRPr="00000000">
        <w:br w:type="page"/>
      </w:r>
      <w:r w:rsidDel="00000000" w:rsidR="00000000" w:rsidRPr="00000000">
        <w:rPr>
          <w:rtl w:val="0"/>
        </w:rPr>
      </w:r>
    </w:p>
    <w:p w:rsidR="00000000" w:rsidDel="00000000" w:rsidP="00000000" w:rsidRDefault="00000000" w:rsidRPr="00000000" w14:paraId="00000452">
      <w:pPr>
        <w:spacing w:after="120" w:lineRule="auto"/>
        <w:jc w:val="both"/>
        <w:rPr>
          <w:b w:val="1"/>
          <w:bCs w:val="1"/>
        </w:rPr>
      </w:pPr>
      <w:r w:rsidDel="00000000" w:rsidR="00000000" w:rsidRPr="00000000">
        <w:rPr>
          <w:b w:val="1"/>
          <w:bCs w:val="1"/>
          <w:rtl w:val="0"/>
        </w:rPr>
        <w:t xml:space="preserve">Anexa nr. 6 </w:t>
      </w:r>
    </w:p>
    <w:p w:rsidR="00000000" w:rsidDel="00000000" w:rsidP="00000000" w:rsidRDefault="00000000" w:rsidRPr="00000000" w14:paraId="00000453">
      <w:pPr>
        <w:spacing w:after="0" w:line="240" w:lineRule="auto"/>
        <w:jc w:val="center"/>
        <w:rPr>
          <w:b w:val="1"/>
          <w:bCs w:val="1"/>
        </w:rPr>
      </w:pPr>
      <w:r w:rsidDel="00000000" w:rsidR="00000000" w:rsidRPr="00000000">
        <w:rPr>
          <w:b w:val="1"/>
          <w:bCs w:val="1"/>
          <w:rtl w:val="0"/>
        </w:rPr>
        <w:t xml:space="preserve">ÎMPUTERNICIRE</w:t>
      </w:r>
    </w:p>
    <w:p w:rsidR="00000000" w:rsidDel="00000000" w:rsidP="00000000" w:rsidRDefault="00000000" w:rsidRPr="00000000" w14:paraId="00000454">
      <w:pPr>
        <w:spacing w:after="0" w:line="240" w:lineRule="auto"/>
        <w:jc w:val="center"/>
        <w:rPr/>
      </w:pPr>
      <w:r w:rsidDel="00000000" w:rsidR="00000000" w:rsidRPr="00000000">
        <w:rPr>
          <w:rtl w:val="0"/>
        </w:rPr>
      </w:r>
    </w:p>
    <w:p w:rsidR="00000000" w:rsidDel="00000000" w:rsidP="00000000" w:rsidRDefault="00000000" w:rsidRPr="00000000" w14:paraId="00000455">
      <w:pPr>
        <w:spacing w:after="0" w:line="240" w:lineRule="auto"/>
        <w:jc w:val="both"/>
        <w:rPr/>
      </w:pPr>
      <w:r w:rsidDel="00000000" w:rsidR="00000000" w:rsidRPr="00000000">
        <w:rPr>
          <w:rtl w:val="0"/>
        </w:rPr>
        <w:t xml:space="preserve">Subsemnatul(a), [</w:t>
      </w:r>
      <w:r w:rsidDel="00000000" w:rsidR="00000000" w:rsidRPr="00000000">
        <w:rPr>
          <w:color w:val="ff0000"/>
          <w:rtl w:val="0"/>
        </w:rPr>
        <w:t xml:space="preserve">Numele complet al reprezentantului legal</w:t>
      </w:r>
      <w:r w:rsidDel="00000000" w:rsidR="00000000" w:rsidRPr="00000000">
        <w:rPr>
          <w:rtl w:val="0"/>
        </w:rPr>
        <w:t xml:space="preserve">], în calitate de [funcția deținută – ex. Administrator] al [Denumirea completă a companiei], cu sediul în [adresa completă a companiei], înregistrată la [Oficiul Registrului Comerțului/autoritatea competentă] sub nr. [număr de înregistrare], cod fiscal [codul fiscal al companiei],</w:t>
      </w:r>
    </w:p>
    <w:p w:rsidR="00000000" w:rsidDel="00000000" w:rsidP="00000000" w:rsidRDefault="00000000" w:rsidRPr="00000000" w14:paraId="00000456">
      <w:pPr>
        <w:spacing w:after="0" w:line="240" w:lineRule="auto"/>
        <w:jc w:val="both"/>
        <w:rPr/>
      </w:pPr>
      <w:r w:rsidDel="00000000" w:rsidR="00000000" w:rsidRPr="00000000">
        <w:rPr>
          <w:rtl w:val="0"/>
        </w:rPr>
      </w:r>
    </w:p>
    <w:p w:rsidR="00000000" w:rsidDel="00000000" w:rsidP="00000000" w:rsidRDefault="00000000" w:rsidRPr="00000000" w14:paraId="00000457">
      <w:pPr>
        <w:spacing w:after="0" w:line="240" w:lineRule="auto"/>
        <w:jc w:val="both"/>
        <w:rPr/>
      </w:pPr>
      <w:r w:rsidDel="00000000" w:rsidR="00000000" w:rsidRPr="00000000">
        <w:rPr>
          <w:rtl w:val="0"/>
        </w:rPr>
        <w:t xml:space="preserve">în baza a cel puțin unuia din următoarele documente ale companiei, care atestă capacitatea mea legală de a emite și semna o astfel de împuternicire:</w:t>
      </w:r>
    </w:p>
    <w:p w:rsidR="00000000" w:rsidDel="00000000" w:rsidP="00000000" w:rsidRDefault="00000000" w:rsidRPr="00000000" w14:paraId="00000458">
      <w:pPr>
        <w:numPr>
          <w:ilvl w:val="0"/>
          <w:numId w:val="12"/>
        </w:numPr>
        <w:spacing w:after="160" w:line="240" w:lineRule="auto"/>
        <w:ind w:left="720" w:hanging="360"/>
        <w:jc w:val="both"/>
        <w:rPr>
          <w:rFonts w:ascii="Noto Sans Symbols" w:cs="Noto Sans Symbols" w:eastAsia="Noto Sans Symbols" w:hAnsi="Noto Sans Symbols"/>
          <w:sz w:val="20"/>
          <w:szCs w:val="20"/>
        </w:rPr>
      </w:pPr>
      <w:r w:rsidDel="00000000" w:rsidR="00000000" w:rsidRPr="00000000">
        <w:rPr>
          <w:rtl w:val="0"/>
        </w:rPr>
        <w:t xml:space="preserve">Certificatul de Înregistrare al companiei;</w:t>
      </w:r>
    </w:p>
    <w:p w:rsidR="00000000" w:rsidDel="00000000" w:rsidP="00000000" w:rsidRDefault="00000000" w:rsidRPr="00000000" w14:paraId="00000459">
      <w:pPr>
        <w:numPr>
          <w:ilvl w:val="0"/>
          <w:numId w:val="12"/>
        </w:numPr>
        <w:spacing w:after="160" w:line="240" w:lineRule="auto"/>
        <w:ind w:left="720" w:hanging="360"/>
        <w:jc w:val="both"/>
        <w:rPr>
          <w:rFonts w:ascii="Noto Sans Symbols" w:cs="Noto Sans Symbols" w:eastAsia="Noto Sans Symbols" w:hAnsi="Noto Sans Symbols"/>
          <w:sz w:val="20"/>
          <w:szCs w:val="20"/>
        </w:rPr>
      </w:pPr>
      <w:r w:rsidDel="00000000" w:rsidR="00000000" w:rsidRPr="00000000">
        <w:rPr>
          <w:rtl w:val="0"/>
        </w:rPr>
        <w:t xml:space="preserve">Extras actualizat din Registrul Comerțului;</w:t>
      </w:r>
    </w:p>
    <w:p w:rsidR="00000000" w:rsidDel="00000000" w:rsidP="00000000" w:rsidRDefault="00000000" w:rsidRPr="00000000" w14:paraId="0000045A">
      <w:pPr>
        <w:numPr>
          <w:ilvl w:val="0"/>
          <w:numId w:val="12"/>
        </w:numPr>
        <w:spacing w:after="160" w:line="240" w:lineRule="auto"/>
        <w:ind w:left="720" w:hanging="360"/>
        <w:jc w:val="both"/>
        <w:rPr>
          <w:rFonts w:ascii="Noto Sans Symbols" w:cs="Noto Sans Symbols" w:eastAsia="Noto Sans Symbols" w:hAnsi="Noto Sans Symbols"/>
          <w:sz w:val="20"/>
          <w:szCs w:val="20"/>
        </w:rPr>
      </w:pPr>
      <w:r w:rsidDel="00000000" w:rsidR="00000000" w:rsidRPr="00000000">
        <w:rPr>
          <w:rtl w:val="0"/>
        </w:rPr>
        <w:t xml:space="preserve">Actul constitutiv/statutul societății,</w:t>
      </w:r>
    </w:p>
    <w:p w:rsidR="00000000" w:rsidDel="00000000" w:rsidP="00000000" w:rsidRDefault="00000000" w:rsidRPr="00000000" w14:paraId="0000045B">
      <w:pPr>
        <w:spacing w:after="0" w:line="240" w:lineRule="auto"/>
        <w:jc w:val="both"/>
        <w:rPr/>
      </w:pPr>
      <w:r w:rsidDel="00000000" w:rsidR="00000000" w:rsidRPr="00000000">
        <w:rPr>
          <w:rtl w:val="0"/>
        </w:rPr>
        <w:t xml:space="preserve">împuternicesc prin prezenta pe:</w:t>
      </w:r>
    </w:p>
    <w:p w:rsidR="00000000" w:rsidDel="00000000" w:rsidP="00000000" w:rsidRDefault="00000000" w:rsidRPr="00000000" w14:paraId="0000045C">
      <w:pPr>
        <w:spacing w:after="0" w:line="240" w:lineRule="auto"/>
        <w:jc w:val="both"/>
        <w:rPr/>
      </w:pPr>
      <w:r w:rsidDel="00000000" w:rsidR="00000000" w:rsidRPr="00000000">
        <w:rPr>
          <w:rtl w:val="0"/>
        </w:rPr>
      </w:r>
    </w:p>
    <w:p w:rsidR="00000000" w:rsidDel="00000000" w:rsidP="00000000" w:rsidRDefault="00000000" w:rsidRPr="00000000" w14:paraId="0000045D">
      <w:pPr>
        <w:spacing w:after="0" w:line="240" w:lineRule="auto"/>
        <w:jc w:val="both"/>
        <w:rPr/>
      </w:pPr>
      <w:r w:rsidDel="00000000" w:rsidR="00000000" w:rsidRPr="00000000">
        <w:rPr>
          <w:rtl w:val="0"/>
        </w:rPr>
        <w:t xml:space="preserve">[</w:t>
      </w:r>
      <w:r w:rsidDel="00000000" w:rsidR="00000000" w:rsidRPr="00000000">
        <w:rPr>
          <w:color w:val="ff0000"/>
          <w:rtl w:val="0"/>
        </w:rPr>
        <w:t xml:space="preserve">Numele complet al persoanei împuternicite</w:t>
      </w:r>
      <w:r w:rsidDel="00000000" w:rsidR="00000000" w:rsidRPr="00000000">
        <w:rPr>
          <w:rtl w:val="0"/>
        </w:rPr>
        <w:t xml:space="preserve">], având funcția de [</w:t>
      </w:r>
      <w:r w:rsidDel="00000000" w:rsidR="00000000" w:rsidRPr="00000000">
        <w:rPr>
          <w:color w:val="ff0000"/>
          <w:rtl w:val="0"/>
        </w:rPr>
        <w:t xml:space="preserve">funcția deținută în cadrul companiei</w:t>
      </w:r>
      <w:r w:rsidDel="00000000" w:rsidR="00000000" w:rsidRPr="00000000">
        <w:rPr>
          <w:rtl w:val="0"/>
        </w:rPr>
        <w:t xml:space="preserve">], să semneze în numele și pe seama societății toate documentele care compun oferta ce urmează a fi depusă în cadrul procedurii de achiziție [denumirea/numărul procedurii, dacă este cunoscut].</w:t>
      </w:r>
    </w:p>
    <w:p w:rsidR="00000000" w:rsidDel="00000000" w:rsidP="00000000" w:rsidRDefault="00000000" w:rsidRPr="00000000" w14:paraId="0000045E">
      <w:pPr>
        <w:spacing w:after="0" w:line="240" w:lineRule="auto"/>
        <w:jc w:val="both"/>
        <w:rPr/>
      </w:pPr>
      <w:r w:rsidDel="00000000" w:rsidR="00000000" w:rsidRPr="00000000">
        <w:rPr>
          <w:rtl w:val="0"/>
        </w:rPr>
      </w:r>
    </w:p>
    <w:p w:rsidR="00000000" w:rsidDel="00000000" w:rsidP="00000000" w:rsidRDefault="00000000" w:rsidRPr="00000000" w14:paraId="0000045F">
      <w:pPr>
        <w:spacing w:after="0" w:line="240" w:lineRule="auto"/>
        <w:jc w:val="both"/>
        <w:rPr/>
      </w:pPr>
      <w:r w:rsidDel="00000000" w:rsidR="00000000" w:rsidRPr="00000000">
        <w:rPr>
          <w:rtl w:val="0"/>
        </w:rPr>
        <w:t xml:space="preserve">sau, după caz,</w:t>
      </w:r>
    </w:p>
    <w:p w:rsidR="00000000" w:rsidDel="00000000" w:rsidP="00000000" w:rsidRDefault="00000000" w:rsidRPr="00000000" w14:paraId="00000460">
      <w:pPr>
        <w:spacing w:after="0" w:line="240" w:lineRule="auto"/>
        <w:jc w:val="both"/>
        <w:rPr/>
      </w:pPr>
      <w:r w:rsidDel="00000000" w:rsidR="00000000" w:rsidRPr="00000000">
        <w:rPr>
          <w:rtl w:val="0"/>
        </w:rPr>
      </w:r>
    </w:p>
    <w:p w:rsidR="00000000" w:rsidDel="00000000" w:rsidP="00000000" w:rsidRDefault="00000000" w:rsidRPr="00000000" w14:paraId="00000461">
      <w:pPr>
        <w:spacing w:after="0" w:line="240" w:lineRule="auto"/>
        <w:jc w:val="both"/>
        <w:rPr/>
      </w:pPr>
      <w:r w:rsidDel="00000000" w:rsidR="00000000" w:rsidRPr="00000000">
        <w:rPr>
          <w:rtl w:val="0"/>
        </w:rPr>
        <w:t xml:space="preserve">Declar că voi semna personal toate documentele ce compun oferta, în calitate de reprezentant legal al companiei, în cadrul procedurii de achiziție menționate.</w:t>
      </w:r>
    </w:p>
    <w:p w:rsidR="00000000" w:rsidDel="00000000" w:rsidP="00000000" w:rsidRDefault="00000000" w:rsidRPr="00000000" w14:paraId="00000462">
      <w:pPr>
        <w:spacing w:after="0" w:line="240" w:lineRule="auto"/>
        <w:jc w:val="both"/>
        <w:rPr/>
      </w:pPr>
      <w:r w:rsidDel="00000000" w:rsidR="00000000" w:rsidRPr="00000000">
        <w:rPr>
          <w:rtl w:val="0"/>
        </w:rPr>
      </w:r>
    </w:p>
    <w:p w:rsidR="00000000" w:rsidDel="00000000" w:rsidP="00000000" w:rsidRDefault="00000000" w:rsidRPr="00000000" w14:paraId="00000463">
      <w:pPr>
        <w:spacing w:after="0" w:line="240" w:lineRule="auto"/>
        <w:jc w:val="both"/>
        <w:rPr/>
      </w:pPr>
      <w:r w:rsidDel="00000000" w:rsidR="00000000" w:rsidRPr="00000000">
        <w:rPr>
          <w:rtl w:val="0"/>
        </w:rPr>
        <w:t xml:space="preserve">Prezenta împuternicire este valabilă exclusiv pentru semnarea documentelor aferente ofertei în cadrul procedurii sus-menționate.</w:t>
      </w:r>
    </w:p>
    <w:p w:rsidR="00000000" w:rsidDel="00000000" w:rsidP="00000000" w:rsidRDefault="00000000" w:rsidRPr="00000000" w14:paraId="00000464">
      <w:pPr>
        <w:spacing w:after="0" w:line="240" w:lineRule="auto"/>
        <w:jc w:val="both"/>
        <w:rPr/>
      </w:pPr>
      <w:r w:rsidDel="00000000" w:rsidR="00000000" w:rsidRPr="00000000">
        <w:rPr>
          <w:rtl w:val="0"/>
        </w:rPr>
      </w:r>
    </w:p>
    <w:p w:rsidR="00000000" w:rsidDel="00000000" w:rsidP="00000000" w:rsidRDefault="00000000" w:rsidRPr="00000000" w14:paraId="00000465">
      <w:pPr>
        <w:spacing w:after="0" w:line="240" w:lineRule="auto"/>
        <w:jc w:val="both"/>
        <w:rPr/>
      </w:pPr>
      <w:r w:rsidDel="00000000" w:rsidR="00000000" w:rsidRPr="00000000">
        <w:rPr>
          <w:rtl w:val="0"/>
        </w:rPr>
        <w:t xml:space="preserve">Semnat astăzi, [data], în [localitate].</w:t>
      </w:r>
    </w:p>
    <w:p w:rsidR="00000000" w:rsidDel="00000000" w:rsidP="00000000" w:rsidRDefault="00000000" w:rsidRPr="00000000" w14:paraId="00000466">
      <w:pPr>
        <w:spacing w:after="0" w:line="240" w:lineRule="auto"/>
        <w:rPr/>
      </w:pPr>
      <w:r w:rsidDel="00000000" w:rsidR="00000000" w:rsidRPr="00000000">
        <w:rPr>
          <w:rtl w:val="0"/>
        </w:rPr>
      </w:r>
    </w:p>
    <w:p w:rsidR="00000000" w:rsidDel="00000000" w:rsidP="00000000" w:rsidRDefault="00000000" w:rsidRPr="00000000" w14:paraId="00000467">
      <w:pPr>
        <w:spacing w:after="80" w:before="0" w:lineRule="auto"/>
        <w:jc w:val="both"/>
        <w:rPr/>
      </w:pPr>
      <w:r w:rsidDel="00000000" w:rsidR="00000000" w:rsidRPr="00000000">
        <w:rPr>
          <w:rtl w:val="0"/>
        </w:rPr>
      </w:r>
    </w:p>
    <w:sectPr>
      <w:footerReference r:id="rId12" w:type="default"/>
      <w:pgSz w:h="16838" w:w="11906" w:orient="portrait"/>
      <w:pgMar w:bottom="720" w:top="720" w:left="144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Trebuchet M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Official Use Only</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469">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prestator de servicii desemnat, cu privire la acest contract și (ii) încheierea unei anexe sau a unui amendament prin care se introduce o modificare semnificativă a oricărui contract existent</w:t>
      </w:r>
    </w:p>
  </w:footnote>
  <w:footnote w:id="1">
    <w:p w:rsidR="00000000" w:rsidDel="00000000" w:rsidP="00000000" w:rsidRDefault="00000000" w:rsidRPr="00000000" w14:paraId="0000046A">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Un subcontractant desemnat, un consultant desemnat, un producător sau furnizor desemnat sau un prestator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2">
    <w:p w:rsidR="00000000" w:rsidDel="00000000" w:rsidP="00000000" w:rsidRDefault="00000000" w:rsidRPr="00000000" w14:paraId="0000046B">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Roman"/>
      <w:lvlText w:val="(%1)"/>
      <w:lvlJc w:val="left"/>
      <w:pPr>
        <w:ind w:left="1080"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3">
    <w:lvl w:ilvl="0">
      <w:start w:val="1"/>
      <w:numFmt w:val="decimal"/>
      <w:lvlText w:val="2.%1"/>
      <w:lvlJc w:val="left"/>
      <w:pPr>
        <w:ind w:left="5316" w:hanging="360"/>
      </w:pPr>
      <w:rPr>
        <w:u w:val="none"/>
      </w:rPr>
    </w:lvl>
    <w:lvl w:ilvl="1">
      <w:start w:val="1"/>
      <w:numFmt w:val="lowerLetter"/>
      <w:lvlText w:val="%2."/>
      <w:lvlJc w:val="left"/>
      <w:pPr>
        <w:ind w:left="6036" w:hanging="360"/>
      </w:pPr>
      <w:rPr>
        <w:u w:val="none"/>
      </w:rPr>
    </w:lvl>
    <w:lvl w:ilvl="2">
      <w:start w:val="1"/>
      <w:numFmt w:val="lowerRoman"/>
      <w:lvlText w:val="%3."/>
      <w:lvlJc w:val="right"/>
      <w:pPr>
        <w:ind w:left="6756" w:hanging="180"/>
      </w:pPr>
      <w:rPr>
        <w:u w:val="none"/>
      </w:rPr>
    </w:lvl>
    <w:lvl w:ilvl="3">
      <w:start w:val="1"/>
      <w:numFmt w:val="decimal"/>
      <w:lvlText w:val="%4."/>
      <w:lvlJc w:val="left"/>
      <w:pPr>
        <w:ind w:left="7476" w:hanging="360"/>
      </w:pPr>
      <w:rPr>
        <w:u w:val="none"/>
      </w:rPr>
    </w:lvl>
    <w:lvl w:ilvl="4">
      <w:start w:val="1"/>
      <w:numFmt w:val="lowerLetter"/>
      <w:lvlText w:val="%5."/>
      <w:lvlJc w:val="left"/>
      <w:pPr>
        <w:ind w:left="8196" w:hanging="360"/>
      </w:pPr>
      <w:rPr>
        <w:u w:val="none"/>
      </w:rPr>
    </w:lvl>
    <w:lvl w:ilvl="5">
      <w:start w:val="1"/>
      <w:numFmt w:val="lowerRoman"/>
      <w:lvlText w:val="%6."/>
      <w:lvlJc w:val="right"/>
      <w:pPr>
        <w:ind w:left="8916" w:hanging="180"/>
      </w:pPr>
      <w:rPr>
        <w:u w:val="none"/>
      </w:rPr>
    </w:lvl>
    <w:lvl w:ilvl="6">
      <w:start w:val="1"/>
      <w:numFmt w:val="decimal"/>
      <w:lvlText w:val="%7."/>
      <w:lvlJc w:val="left"/>
      <w:pPr>
        <w:ind w:left="9636" w:hanging="360"/>
      </w:pPr>
      <w:rPr>
        <w:u w:val="none"/>
      </w:rPr>
    </w:lvl>
    <w:lvl w:ilvl="7">
      <w:start w:val="1"/>
      <w:numFmt w:val="lowerLetter"/>
      <w:lvlText w:val="%8."/>
      <w:lvlJc w:val="left"/>
      <w:pPr>
        <w:ind w:left="10356" w:hanging="360"/>
      </w:pPr>
      <w:rPr>
        <w:u w:val="none"/>
      </w:rPr>
    </w:lvl>
    <w:lvl w:ilvl="8">
      <w:start w:val="1"/>
      <w:numFmt w:val="lowerRoman"/>
      <w:lvlText w:val="%9."/>
      <w:lvlJc w:val="right"/>
      <w:pPr>
        <w:ind w:left="11076" w:hanging="180"/>
      </w:pPr>
      <w:rPr>
        <w:u w:val="none"/>
      </w:rPr>
    </w:lvl>
  </w:abstractNum>
  <w:abstractNum w:abstractNumId="4">
    <w:lvl w:ilvl="0">
      <w:start w:val="1"/>
      <w:numFmt w:val="lowerRoman"/>
      <w:lvlText w:val="(%1)"/>
      <w:lvlJc w:val="left"/>
      <w:pPr>
        <w:ind w:left="1080"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5">
    <w:lvl w:ilvl="0">
      <w:start w:val="1"/>
      <w:numFmt w:val="lowerRoman"/>
      <w:lvlText w:val="%1."/>
      <w:lvlJc w:val="righ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6">
    <w:lvl w:ilvl="0">
      <w:start w:val="1"/>
      <w:numFmt w:val="lowerLetter"/>
      <w:lvlText w:val="(%1)"/>
      <w:lvlJc w:val="left"/>
      <w:pPr>
        <w:ind w:left="2136" w:hanging="360"/>
      </w:pPr>
      <w:rPr>
        <w:u w:val="none"/>
      </w:rPr>
    </w:lvl>
    <w:lvl w:ilvl="1">
      <w:start w:val="1"/>
      <w:numFmt w:val="lowerLetter"/>
      <w:lvlText w:val="%2."/>
      <w:lvlJc w:val="left"/>
      <w:pPr>
        <w:ind w:left="2856" w:hanging="360"/>
      </w:pPr>
      <w:rPr>
        <w:u w:val="none"/>
      </w:rPr>
    </w:lvl>
    <w:lvl w:ilvl="2">
      <w:start w:val="1"/>
      <w:numFmt w:val="lowerRoman"/>
      <w:lvlText w:val="%3."/>
      <w:lvlJc w:val="right"/>
      <w:pPr>
        <w:ind w:left="3576" w:hanging="180"/>
      </w:pPr>
      <w:rPr>
        <w:u w:val="none"/>
      </w:rPr>
    </w:lvl>
    <w:lvl w:ilvl="3">
      <w:start w:val="1"/>
      <w:numFmt w:val="decimal"/>
      <w:lvlText w:val="%4."/>
      <w:lvlJc w:val="left"/>
      <w:pPr>
        <w:ind w:left="4296" w:hanging="360"/>
      </w:pPr>
      <w:rPr>
        <w:u w:val="none"/>
      </w:rPr>
    </w:lvl>
    <w:lvl w:ilvl="4">
      <w:start w:val="1"/>
      <w:numFmt w:val="lowerLetter"/>
      <w:lvlText w:val="%5."/>
      <w:lvlJc w:val="left"/>
      <w:pPr>
        <w:ind w:left="5016" w:hanging="360"/>
      </w:pPr>
      <w:rPr>
        <w:u w:val="none"/>
      </w:rPr>
    </w:lvl>
    <w:lvl w:ilvl="5">
      <w:start w:val="1"/>
      <w:numFmt w:val="lowerRoman"/>
      <w:lvlText w:val="%6."/>
      <w:lvlJc w:val="right"/>
      <w:pPr>
        <w:ind w:left="5736" w:hanging="180"/>
      </w:pPr>
      <w:rPr>
        <w:u w:val="none"/>
      </w:rPr>
    </w:lvl>
    <w:lvl w:ilvl="6">
      <w:start w:val="1"/>
      <w:numFmt w:val="decimal"/>
      <w:lvlText w:val="%7."/>
      <w:lvlJc w:val="left"/>
      <w:pPr>
        <w:ind w:left="6456" w:hanging="360"/>
      </w:pPr>
      <w:rPr>
        <w:u w:val="none"/>
      </w:rPr>
    </w:lvl>
    <w:lvl w:ilvl="7">
      <w:start w:val="1"/>
      <w:numFmt w:val="lowerLetter"/>
      <w:lvlText w:val="%8."/>
      <w:lvlJc w:val="left"/>
      <w:pPr>
        <w:ind w:left="7176" w:hanging="360"/>
      </w:pPr>
      <w:rPr>
        <w:u w:val="none"/>
      </w:rPr>
    </w:lvl>
    <w:lvl w:ilvl="8">
      <w:start w:val="1"/>
      <w:numFmt w:val="lowerRoman"/>
      <w:lvlText w:val="%9."/>
      <w:lvlJc w:val="right"/>
      <w:pPr>
        <w:ind w:left="7896" w:hanging="180"/>
      </w:pPr>
      <w:rPr>
        <w:u w:val="none"/>
      </w:rPr>
    </w:lvl>
  </w:abstractNum>
  <w:abstractNum w:abstractNumId="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1"/>
      <w:numFmt w:val="decimal"/>
      <w:lvlText w:val="%1."/>
      <w:lvlJc w:val="left"/>
      <w:pPr>
        <w:ind w:left="72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1080" w:hanging="360"/>
      </w:pPr>
      <w:rPr>
        <w:rFonts w:ascii="Noto Sans Symbols" w:cs="Noto Sans Symbols" w:eastAsia="Noto Sans Symbols" w:hAnsi="Noto Sans Symbols"/>
      </w:rPr>
    </w:lvl>
    <w:lvl w:ilvl="1">
      <w:start w:val="1"/>
      <w:numFmt w:val="lowerLetter"/>
      <w:lvlText w:val="%2."/>
      <w:lvlJc w:val="left"/>
      <w:pPr>
        <w:ind w:left="0" w:firstLine="0"/>
      </w:pPr>
      <w:rPr/>
    </w:lvl>
    <w:lvl w:ilvl="2">
      <w:start w:val="1"/>
      <w:numFmt w:val="lowerRoman"/>
      <w:lvlText w:val="%3."/>
      <w:lvlJc w:val="right"/>
      <w:pPr>
        <w:ind w:left="0" w:firstLine="0"/>
      </w:pPr>
      <w:rPr/>
    </w:lvl>
    <w:lvl w:ilvl="3">
      <w:start w:val="1"/>
      <w:numFmt w:val="decimal"/>
      <w:lvlText w:val="%4."/>
      <w:lvlJc w:val="left"/>
      <w:pPr>
        <w:ind w:left="0" w:firstLine="0"/>
      </w:pPr>
      <w:rPr/>
    </w:lvl>
    <w:lvl w:ilvl="4">
      <w:start w:val="1"/>
      <w:numFmt w:val="lowerLetter"/>
      <w:lvlText w:val="%5."/>
      <w:lvlJc w:val="left"/>
      <w:pPr>
        <w:ind w:left="0" w:firstLine="0"/>
      </w:pPr>
      <w:rPr/>
    </w:lvl>
    <w:lvl w:ilvl="5">
      <w:start w:val="1"/>
      <w:numFmt w:val="lowerRoman"/>
      <w:lvlText w:val="%6."/>
      <w:lvlJc w:val="right"/>
      <w:pPr>
        <w:ind w:left="0" w:firstLine="0"/>
      </w:pPr>
      <w:rPr/>
    </w:lvl>
    <w:lvl w:ilvl="6">
      <w:start w:val="1"/>
      <w:numFmt w:val="decimal"/>
      <w:lvlText w:val="%7."/>
      <w:lvlJc w:val="left"/>
      <w:pPr>
        <w:ind w:left="0" w:firstLine="0"/>
      </w:pPr>
      <w:rPr/>
    </w:lvl>
    <w:lvl w:ilvl="7">
      <w:start w:val="1"/>
      <w:numFmt w:val="lowerLetter"/>
      <w:lvlText w:val="%8."/>
      <w:lvlJc w:val="left"/>
      <w:pPr>
        <w:ind w:left="0" w:firstLine="0"/>
      </w:pPr>
      <w:rPr/>
    </w:lvl>
    <w:lvl w:ilvl="8">
      <w:start w:val="1"/>
      <w:numFmt w:val="lowerRoman"/>
      <w:lvlText w:val="%9."/>
      <w:lvlJc w:val="right"/>
      <w:pPr>
        <w:ind w:left="0" w:firstLine="0"/>
      </w:pPr>
      <w:rPr/>
    </w:lvl>
  </w:abstractNum>
  <w:abstractNum w:abstractNumId="11">
    <w:lvl w:ilvl="0">
      <w:start w:val="1"/>
      <w:numFmt w:val="lowerLetter"/>
      <w:lvlText w:val="%1)"/>
      <w:lvlJc w:val="left"/>
      <w:pPr>
        <w:ind w:left="720" w:hanging="360"/>
      </w:pPr>
      <w:rPr/>
    </w:lvl>
    <w:lvl w:ilvl="1">
      <w:start w:val="1"/>
      <w:numFmt w:val="lowerLetter"/>
      <w:lvlText w:val="%2)"/>
      <w:lvlJc w:val="left"/>
      <w:pPr>
        <w:ind w:left="0" w:firstLine="0"/>
      </w:pPr>
      <w:rPr/>
    </w:lvl>
    <w:lvl w:ilvl="2">
      <w:start w:val="1"/>
      <w:numFmt w:val="lowerRoman"/>
      <w:lvlText w:val="%3)"/>
      <w:lvlJc w:val="right"/>
      <w:pPr>
        <w:ind w:left="0" w:firstLine="0"/>
      </w:pPr>
      <w:rPr/>
    </w:lvl>
    <w:lvl w:ilvl="3">
      <w:start w:val="1"/>
      <w:numFmt w:val="decimal"/>
      <w:lvlText w:val="(%4)"/>
      <w:lvlJc w:val="left"/>
      <w:pPr>
        <w:ind w:left="0" w:firstLine="0"/>
      </w:pPr>
      <w:rPr/>
    </w:lvl>
    <w:lvl w:ilvl="4">
      <w:start w:val="1"/>
      <w:numFmt w:val="lowerLetter"/>
      <w:lvlText w:val="(%5)"/>
      <w:lvlJc w:val="left"/>
      <w:pPr>
        <w:ind w:left="0" w:firstLine="0"/>
      </w:pPr>
      <w:rPr/>
    </w:lvl>
    <w:lvl w:ilvl="5">
      <w:start w:val="1"/>
      <w:numFmt w:val="lowerRoman"/>
      <w:lvlText w:val="(%6)"/>
      <w:lvlJc w:val="right"/>
      <w:pPr>
        <w:ind w:left="0" w:firstLine="0"/>
      </w:pPr>
      <w:rPr/>
    </w:lvl>
    <w:lvl w:ilvl="6">
      <w:start w:val="1"/>
      <w:numFmt w:val="decimal"/>
      <w:lvlText w:val="%7."/>
      <w:lvlJc w:val="left"/>
      <w:pPr>
        <w:ind w:left="0" w:firstLine="0"/>
      </w:pPr>
      <w:rPr/>
    </w:lvl>
    <w:lvl w:ilvl="7">
      <w:start w:val="1"/>
      <w:numFmt w:val="lowerLetter"/>
      <w:lvlText w:val="%8."/>
      <w:lvlJc w:val="left"/>
      <w:pPr>
        <w:ind w:left="0" w:firstLine="0"/>
      </w:pPr>
      <w:rPr/>
    </w:lvl>
    <w:lvl w:ilvl="8">
      <w:start w:val="1"/>
      <w:numFmt w:val="lowerRoman"/>
      <w:lvlText w:val="%9."/>
      <w:lvlJc w:val="right"/>
      <w:pPr>
        <w:ind w:left="0" w:firstLine="0"/>
      </w:pPr>
      <w:rPr/>
    </w:lvl>
  </w:abstractNum>
  <w:abstractNum w:abstractNumId="12">
    <w:lvl w:ilvl="0">
      <w:start w:val="1"/>
      <w:numFmt w:val="decimal"/>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2"/>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
    <w:lvl w:ilvl="0">
      <w:start w:val="1"/>
      <w:numFmt w:val="lowerRoman"/>
      <w:lvlText w:val="%1."/>
      <w:lvlJc w:val="right"/>
      <w:pPr>
        <w:ind w:left="1776" w:hanging="360"/>
      </w:pPr>
      <w:rPr>
        <w:u w:val="none"/>
      </w:rPr>
    </w:lvl>
    <w:lvl w:ilvl="1">
      <w:start w:val="1"/>
      <w:numFmt w:val="lowerLetter"/>
      <w:lvlText w:val="%2."/>
      <w:lvlJc w:val="left"/>
      <w:pPr>
        <w:ind w:left="2496" w:hanging="360"/>
      </w:pPr>
      <w:rPr>
        <w:u w:val="none"/>
      </w:rPr>
    </w:lvl>
    <w:lvl w:ilvl="2">
      <w:start w:val="1"/>
      <w:numFmt w:val="lowerRoman"/>
      <w:lvlText w:val="%3."/>
      <w:lvlJc w:val="right"/>
      <w:pPr>
        <w:ind w:left="3216" w:hanging="180"/>
      </w:pPr>
      <w:rPr>
        <w:u w:val="none"/>
      </w:rPr>
    </w:lvl>
    <w:lvl w:ilvl="3">
      <w:start w:val="1"/>
      <w:numFmt w:val="decimal"/>
      <w:lvlText w:val="%4."/>
      <w:lvlJc w:val="left"/>
      <w:pPr>
        <w:ind w:left="3936" w:hanging="360"/>
      </w:pPr>
      <w:rPr>
        <w:u w:val="none"/>
      </w:rPr>
    </w:lvl>
    <w:lvl w:ilvl="4">
      <w:start w:val="1"/>
      <w:numFmt w:val="lowerLetter"/>
      <w:lvlText w:val="%5."/>
      <w:lvlJc w:val="left"/>
      <w:pPr>
        <w:ind w:left="4656" w:hanging="360"/>
      </w:pPr>
      <w:rPr>
        <w:u w:val="none"/>
      </w:rPr>
    </w:lvl>
    <w:lvl w:ilvl="5">
      <w:start w:val="1"/>
      <w:numFmt w:val="lowerRoman"/>
      <w:lvlText w:val="%6."/>
      <w:lvlJc w:val="right"/>
      <w:pPr>
        <w:ind w:left="5376" w:hanging="180"/>
      </w:pPr>
      <w:rPr>
        <w:u w:val="none"/>
      </w:rPr>
    </w:lvl>
    <w:lvl w:ilvl="6">
      <w:start w:val="1"/>
      <w:numFmt w:val="decimal"/>
      <w:lvlText w:val="%7."/>
      <w:lvlJc w:val="left"/>
      <w:pPr>
        <w:ind w:left="6096" w:hanging="360"/>
      </w:pPr>
      <w:rPr>
        <w:u w:val="none"/>
      </w:rPr>
    </w:lvl>
    <w:lvl w:ilvl="7">
      <w:start w:val="1"/>
      <w:numFmt w:val="lowerLetter"/>
      <w:lvlText w:val="%8."/>
      <w:lvlJc w:val="left"/>
      <w:pPr>
        <w:ind w:left="6816" w:hanging="360"/>
      </w:pPr>
      <w:rPr>
        <w:u w:val="none"/>
      </w:rPr>
    </w:lvl>
    <w:lvl w:ilvl="8">
      <w:start w:val="1"/>
      <w:numFmt w:val="lowerRoman"/>
      <w:lvlText w:val="%9."/>
      <w:lvlJc w:val="right"/>
      <w:pPr>
        <w:ind w:left="7536" w:hanging="180"/>
      </w:pPr>
      <w:rPr>
        <w:u w:val="none"/>
      </w:rPr>
    </w:lvl>
  </w:abstractNum>
  <w:abstractNum w:abstractNumId="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mailto:info@gender-centru.md" TargetMode="External"/><Relationship Id="rId10" Type="http://schemas.openxmlformats.org/officeDocument/2006/relationships/hyperlink" Target="mailto:info@gender-centru.md" TargetMode="External"/><Relationship Id="rId12" Type="http://schemas.openxmlformats.org/officeDocument/2006/relationships/footer" Target="footer1.xml"/><Relationship Id="rId9" Type="http://schemas.openxmlformats.org/officeDocument/2006/relationships/hyperlink" Target="https://www.legis.md/cautare/getResults?doc_id=125572&amp;lang=ro"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thedocs.worldbank.org/en/doc/6c0602876d68949e80820507d90a14ed-0290012023/original/Procurement-Regulations-September-202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Hkj7FhHGmaRerkW4YbRAfWsDww==">CgMxLjAyDmguMXI2cTJjYnNrYzdkOAByITF6a29RaVZoZlRUNXlOTUpEY1BRS0NGZlNhbmc0U3FoTA==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