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40" w:before="0" w:lineRule="auto"/>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CERERE DE COTAȚII</w:t>
      </w:r>
      <w:r w:rsidDel="00000000" w:rsidR="00000000" w:rsidRPr="00000000">
        <w:rPr>
          <w:rtl w:val="0"/>
        </w:rPr>
      </w:r>
    </w:p>
    <w:p w:rsidR="00000000" w:rsidDel="00000000" w:rsidP="00000000" w:rsidRDefault="00000000" w:rsidRPr="00000000" w14:paraId="00000002">
      <w:pPr>
        <w:spacing w:after="280" w:before="0" w:lineRule="auto"/>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RFQ Nr.: </w:t>
      </w:r>
      <w:r w:rsidDel="00000000" w:rsidR="00000000" w:rsidRPr="00000000">
        <w:rPr>
          <w:b w:val="1"/>
          <w:bCs w:val="1"/>
          <w:rtl w:val="0"/>
        </w:rPr>
        <w:t xml:space="preserve">MD-AGC-571313-GO-RFQ</w:t>
      </w:r>
      <w:r w:rsidDel="00000000" w:rsidR="00000000" w:rsidRPr="00000000">
        <w:rPr>
          <w:rtl w:val="0"/>
        </w:rPr>
      </w:r>
    </w:p>
    <w:p w:rsidR="00000000" w:rsidDel="00000000" w:rsidP="00000000" w:rsidRDefault="00000000" w:rsidRPr="00000000" w14:paraId="00000003">
      <w:pPr>
        <w:spacing w:after="320" w:before="0" w:lineRule="auto"/>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cu privire la procurarea echipamentului de croitorie și producere textilă, materiale consumabile (LOT 1 – LOT 5)</w:t>
      </w:r>
      <w:r w:rsidDel="00000000" w:rsidR="00000000" w:rsidRPr="00000000">
        <w:rPr>
          <w:rtl w:val="0"/>
        </w:rPr>
      </w:r>
    </w:p>
    <w:p w:rsidR="00000000" w:rsidDel="00000000" w:rsidP="00000000" w:rsidRDefault="00000000" w:rsidRPr="00000000" w14:paraId="00000004">
      <w:pPr>
        <w:spacing w:after="240" w:lineRule="auto"/>
        <w:jc w:val="both"/>
        <w:rPr/>
      </w:pPr>
      <w:r w:rsidDel="00000000" w:rsidR="00000000" w:rsidRPr="00000000">
        <w:rPr>
          <w:rtl w:val="0"/>
        </w:rPr>
        <w:t xml:space="preserve">Stimate(ă) Domn/Doamnă,</w:t>
      </w:r>
    </w:p>
    <w:p w:rsidR="00000000" w:rsidDel="00000000" w:rsidP="00000000" w:rsidRDefault="00000000" w:rsidRPr="00000000" w14:paraId="00000005">
      <w:pPr>
        <w:spacing w:after="0" w:lineRule="auto"/>
        <w:jc w:val="both"/>
        <w:rPr/>
      </w:pPr>
      <w:r w:rsidDel="00000000" w:rsidR="00000000" w:rsidRPr="00000000">
        <w:rPr>
          <w:rtl w:val="0"/>
        </w:rPr>
        <w:t xml:space="preserve">AO „Gender-Centru” a primit de la Asociația Internațională pentru Dezvoltare și Banca Internațională pentru Reconstrucție și Dezvoltare parte a „Grupului Banca Mondială” un grant pentru finanțarea Proiectului „</w:t>
      </w:r>
      <w:r w:rsidDel="00000000" w:rsidR="00000000" w:rsidRPr="00000000">
        <w:rPr>
          <w:i w:val="1"/>
          <w:iCs w:val="1"/>
          <w:rtl w:val="0"/>
        </w:rPr>
        <w:t xml:space="preserve">Abilitarea Femeilor prin Servicii de Răspuns la Violența în Bază de Gen</w:t>
      </w:r>
      <w:r w:rsidDel="00000000" w:rsidR="00000000" w:rsidRPr="00000000">
        <w:rPr>
          <w:rtl w:val="0"/>
        </w:rPr>
        <w:t xml:space="preserve">” (SAVV), aprobat prin Acordul nr. TC0C8205 din 28 mai 2025, și intenționează să utilizeze o parte din aceste fonduri pentru procurarea echipamentului de croitorie, producere textilă și materiale consumabile care vor fi distribuite supraviețuitoarelor violenței în bază de gen.</w:t>
      </w:r>
    </w:p>
    <w:p w:rsidR="00000000" w:rsidDel="00000000" w:rsidP="00000000" w:rsidRDefault="00000000" w:rsidRPr="00000000" w14:paraId="00000006">
      <w:pPr>
        <w:spacing w:after="0" w:lineRule="auto"/>
        <w:jc w:val="both"/>
        <w:rPr/>
      </w:pPr>
      <w:r w:rsidDel="00000000" w:rsidR="00000000" w:rsidRPr="00000000">
        <w:rPr>
          <w:rtl w:val="0"/>
        </w:rPr>
      </w:r>
    </w:p>
    <w:p w:rsidR="00000000" w:rsidDel="00000000" w:rsidP="00000000" w:rsidRDefault="00000000" w:rsidRPr="00000000" w14:paraId="00000007">
      <w:pPr>
        <w:spacing w:after="0" w:lineRule="auto"/>
        <w:jc w:val="both"/>
        <w:rPr/>
      </w:pPr>
      <w:r w:rsidDel="00000000" w:rsidR="00000000" w:rsidRPr="00000000">
        <w:rPr>
          <w:rtl w:val="0"/>
        </w:rPr>
        <w:t xml:space="preserve">Achiziția se realizează utilizând procedura Cerere de cotații (RFQ) în conformitate cu prevederile din </w:t>
      </w:r>
      <w:hyperlink r:id="rId8">
        <w:r w:rsidDel="00000000" w:rsidR="00000000" w:rsidRPr="00000000">
          <w:rPr>
            <w:color w:val="0000ff"/>
            <w:u w:val="single"/>
            <w:rtl w:val="0"/>
          </w:rPr>
          <w:t xml:space="preserve">Regulamentul privind achizițiile pentru împrumuturile de investiții ale Împrumutatului, datat septembrie 2023</w:t>
        </w:r>
      </w:hyperlink>
      <w:r w:rsidDel="00000000" w:rsidR="00000000" w:rsidRPr="00000000">
        <w:rPr>
          <w:rtl w:val="0"/>
        </w:rPr>
        <w:t xml:space="preserve">.</w:t>
      </w:r>
    </w:p>
    <w:p w:rsidR="00000000" w:rsidDel="00000000" w:rsidP="00000000" w:rsidRDefault="00000000" w:rsidRPr="00000000" w14:paraId="00000008">
      <w:pPr>
        <w:spacing w:after="0" w:lineRule="auto"/>
        <w:jc w:val="both"/>
        <w:rPr/>
      </w:pPr>
      <w:r w:rsidDel="00000000" w:rsidR="00000000" w:rsidRPr="00000000">
        <w:rPr>
          <w:rtl w:val="0"/>
        </w:rPr>
      </w:r>
    </w:p>
    <w:p w:rsidR="00000000" w:rsidDel="00000000" w:rsidP="00000000" w:rsidRDefault="00000000" w:rsidRPr="00000000" w14:paraId="00000009">
      <w:pPr>
        <w:spacing w:after="0" w:lineRule="auto"/>
        <w:jc w:val="both"/>
        <w:rPr/>
      </w:pPr>
      <w:r w:rsidDel="00000000" w:rsidR="00000000" w:rsidRPr="00000000">
        <w:rPr>
          <w:rtl w:val="0"/>
        </w:rPr>
        <w:t xml:space="preserve">Scopul achiziției este procurarea echipamentului de croitorie, producere textilă și materiale consumabile, care vor fi distribuite supreviețuitoarelor violenței în bază de gen beneficiare ale Proiectului „</w:t>
      </w:r>
      <w:r w:rsidDel="00000000" w:rsidR="00000000" w:rsidRPr="00000000">
        <w:rPr>
          <w:i w:val="1"/>
          <w:iCs w:val="1"/>
          <w:rtl w:val="0"/>
        </w:rPr>
        <w:t xml:space="preserve">Abilitarea Femeilor prin Servicii de Răspuns la Violența în Bază de Gen</w:t>
      </w:r>
      <w:r w:rsidDel="00000000" w:rsidR="00000000" w:rsidRPr="00000000">
        <w:rPr>
          <w:rtl w:val="0"/>
        </w:rPr>
        <w:t xml:space="preserve">” (SAVV). Prestatorul va asigura livrarea echipamentelor la locația specificată de Cumpărător.</w:t>
      </w:r>
    </w:p>
    <w:p w:rsidR="00000000" w:rsidDel="00000000" w:rsidP="00000000" w:rsidRDefault="00000000" w:rsidRPr="00000000" w14:paraId="0000000A">
      <w:pPr>
        <w:spacing w:after="0" w:lineRule="auto"/>
        <w:jc w:val="both"/>
        <w:rPr/>
      </w:pPr>
      <w:r w:rsidDel="00000000" w:rsidR="00000000" w:rsidRPr="00000000">
        <w:rPr>
          <w:rtl w:val="0"/>
        </w:rPr>
      </w:r>
    </w:p>
    <w:p w:rsidR="00000000" w:rsidDel="00000000" w:rsidP="00000000" w:rsidRDefault="00000000" w:rsidRPr="00000000" w14:paraId="0000000B">
      <w:pPr>
        <w:spacing w:after="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Cod referință achiziție:</w:t>
      </w:r>
      <w:r w:rsidDel="00000000" w:rsidR="00000000" w:rsidRPr="00000000">
        <w:rPr>
          <w:rtl w:val="0"/>
        </w:rPr>
      </w:r>
    </w:p>
    <w:p w:rsidR="00000000" w:rsidDel="00000000" w:rsidP="00000000" w:rsidRDefault="00000000" w:rsidRPr="00000000" w14:paraId="0000000C">
      <w:pPr>
        <w:spacing w:after="40" w:before="0" w:lineRule="auto"/>
        <w:ind w:left="432" w:firstLine="0"/>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LOT 1 „Mașini de cusut industriale”: </w:t>
      </w:r>
      <w:r w:rsidDel="00000000" w:rsidR="00000000" w:rsidRPr="00000000">
        <w:rPr>
          <w:b w:val="1"/>
          <w:bCs w:val="1"/>
          <w:rtl w:val="0"/>
        </w:rPr>
        <w:t xml:space="preserve">MD-AGC-571313-GO-RFQ</w:t>
      </w:r>
      <w:r w:rsidDel="00000000" w:rsidR="00000000" w:rsidRPr="00000000">
        <w:rPr>
          <w:rtl w:val="0"/>
        </w:rPr>
      </w:r>
    </w:p>
    <w:p w:rsidR="00000000" w:rsidDel="00000000" w:rsidP="00000000" w:rsidRDefault="00000000" w:rsidRPr="00000000" w14:paraId="0000000D">
      <w:pPr>
        <w:spacing w:after="40" w:before="0" w:lineRule="auto"/>
        <w:ind w:left="432" w:firstLine="0"/>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LOT 2 „Mașini industriale de overlock și acoperire (coverstitch)”: </w:t>
      </w:r>
      <w:r w:rsidDel="00000000" w:rsidR="00000000" w:rsidRPr="00000000">
        <w:rPr>
          <w:b w:val="1"/>
          <w:bCs w:val="1"/>
          <w:rtl w:val="0"/>
        </w:rPr>
        <w:t xml:space="preserve">MD-AGC-571313-GO-RFQ</w:t>
      </w:r>
      <w:r w:rsidDel="00000000" w:rsidR="00000000" w:rsidRPr="00000000">
        <w:rPr>
          <w:rtl w:val="0"/>
        </w:rPr>
      </w:r>
    </w:p>
    <w:p w:rsidR="00000000" w:rsidDel="00000000" w:rsidP="00000000" w:rsidRDefault="00000000" w:rsidRPr="00000000" w14:paraId="0000000E">
      <w:pPr>
        <w:spacing w:after="40" w:before="0" w:lineRule="auto"/>
        <w:ind w:left="432" w:firstLine="0"/>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LOT 3 „Echipament auxiliar de finisare textilă”: </w:t>
      </w:r>
      <w:r w:rsidDel="00000000" w:rsidR="00000000" w:rsidRPr="00000000">
        <w:rPr>
          <w:b w:val="1"/>
          <w:bCs w:val="1"/>
          <w:rtl w:val="0"/>
        </w:rPr>
        <w:t xml:space="preserve">MD-AGC-571313-GO-RFQ</w:t>
      </w:r>
      <w:r w:rsidDel="00000000" w:rsidR="00000000" w:rsidRPr="00000000">
        <w:rPr>
          <w:rtl w:val="0"/>
        </w:rPr>
      </w:r>
    </w:p>
    <w:p w:rsidR="00000000" w:rsidDel="00000000" w:rsidP="00000000" w:rsidRDefault="00000000" w:rsidRPr="00000000" w14:paraId="0000000F">
      <w:pPr>
        <w:spacing w:after="40" w:before="0" w:lineRule="auto"/>
        <w:ind w:left="432" w:firstLine="0"/>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LOT 4 „Unelte și instrumente de croitorie”:</w:t>
      </w:r>
      <w:r w:rsidDel="00000000" w:rsidR="00000000" w:rsidRPr="00000000">
        <w:rPr>
          <w:b w:val="1"/>
          <w:bCs w:val="1"/>
          <w:rtl w:val="0"/>
        </w:rPr>
        <w:t xml:space="preserve">MD-AGC-571313-GO-RFQ</w:t>
      </w:r>
      <w:r w:rsidDel="00000000" w:rsidR="00000000" w:rsidRPr="00000000">
        <w:rPr>
          <w:rtl w:val="0"/>
        </w:rPr>
      </w:r>
    </w:p>
    <w:p w:rsidR="00000000" w:rsidDel="00000000" w:rsidP="00000000" w:rsidRDefault="00000000" w:rsidRPr="00000000" w14:paraId="00000010">
      <w:pPr>
        <w:spacing w:after="40" w:before="0" w:lineRule="auto"/>
        <w:ind w:left="432" w:firstLine="0"/>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LOT 5 „Materiale textile și consumabile de croitorie”: </w:t>
      </w:r>
      <w:r w:rsidDel="00000000" w:rsidR="00000000" w:rsidRPr="00000000">
        <w:rPr>
          <w:b w:val="1"/>
          <w:bCs w:val="1"/>
          <w:rtl w:val="0"/>
        </w:rPr>
        <w:t xml:space="preserve">MD-AGC-571313-GO-RFQ</w:t>
      </w:r>
      <w:r w:rsidDel="00000000" w:rsidR="00000000" w:rsidRPr="00000000">
        <w:rPr>
          <w:rtl w:val="0"/>
        </w:rPr>
      </w:r>
    </w:p>
    <w:p w:rsidR="00000000" w:rsidDel="00000000" w:rsidP="00000000" w:rsidRDefault="00000000" w:rsidRPr="00000000" w14:paraId="00000011">
      <w:pPr>
        <w:spacing w:after="200" w:before="0" w:lineRule="auto"/>
        <w:jc w:val="both"/>
        <w:rPr/>
      </w:pPr>
      <w:r w:rsidDel="00000000" w:rsidR="00000000" w:rsidRPr="00000000">
        <w:rPr>
          <w:rtl w:val="0"/>
        </w:rPr>
      </w:r>
    </w:p>
    <w:p w:rsidR="00000000" w:rsidDel="00000000" w:rsidP="00000000" w:rsidRDefault="00000000" w:rsidRPr="00000000" w14:paraId="00000012">
      <w:pPr>
        <w:spacing w:after="160" w:before="80" w:lineRule="auto"/>
        <w:ind w:left="432" w:hanging="432"/>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1.</w:t>
        <w:tab/>
      </w:r>
      <w:r w:rsidDel="00000000" w:rsidR="00000000" w:rsidRPr="00000000">
        <w:rPr>
          <w:rFonts w:ascii="Times New Roman" w:cs="Times New Roman" w:eastAsia="Times New Roman" w:hAnsi="Times New Roman"/>
          <w:b w:val="0"/>
          <w:bCs w:val="0"/>
          <w:i w:val="0"/>
          <w:iCs w:val="0"/>
          <w:sz w:val="24"/>
          <w:szCs w:val="24"/>
          <w:u w:val="none"/>
          <w:rtl w:val="0"/>
        </w:rPr>
        <w:t xml:space="preserve">În acest context, vă invităm să ne transmiteți oferta Dvs. de preț pentru procurarea echipamentului/materialelor și livrarea acestora la locațiile beneficiarelor/beneficiarilor, menționate la punctul 7(i) de mai jos, după cum urmează:</w:t>
      </w:r>
      <w:r w:rsidDel="00000000" w:rsidR="00000000" w:rsidRPr="00000000">
        <w:rPr>
          <w:rtl w:val="0"/>
        </w:rPr>
      </w:r>
    </w:p>
    <w:p w:rsidR="00000000" w:rsidDel="00000000" w:rsidP="00000000" w:rsidRDefault="00000000" w:rsidRPr="00000000" w14:paraId="00000013">
      <w:pPr>
        <w:spacing w:after="120" w:before="0" w:lineRule="auto"/>
        <w:ind w:left="432" w:firstLine="0"/>
        <w:jc w:val="left"/>
        <w:rPr/>
      </w:pPr>
      <w:r w:rsidDel="00000000" w:rsidR="00000000" w:rsidRPr="00000000">
        <w:rPr>
          <w:rFonts w:ascii="Times New Roman" w:cs="Times New Roman" w:eastAsia="Times New Roman" w:hAnsi="Times New Roman"/>
          <w:b w:val="1"/>
          <w:bCs w:val="1"/>
          <w:i w:val="0"/>
          <w:iCs w:val="0"/>
          <w:sz w:val="24"/>
          <w:szCs w:val="24"/>
          <w:u w:val="none"/>
          <w:rtl w:val="0"/>
        </w:rPr>
        <w:t xml:space="preserve">LOT 1 „Mașini de cusut industriale”</w:t>
      </w:r>
      <w:r w:rsidDel="00000000" w:rsidR="00000000" w:rsidRPr="00000000">
        <w:rPr>
          <w:rtl w:val="0"/>
        </w:rPr>
      </w:r>
    </w:p>
    <w:tbl>
      <w:tblPr>
        <w:tblStyle w:val="Table1"/>
        <w:tblW w:w="972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0"/>
        <w:gridCol w:w="6525"/>
        <w:gridCol w:w="1125"/>
        <w:gridCol w:w="1170"/>
        <w:tblGridChange w:id="0">
          <w:tblGrid>
            <w:gridCol w:w="900"/>
            <w:gridCol w:w="6525"/>
            <w:gridCol w:w="1125"/>
            <w:gridCol w:w="1170"/>
          </w:tblGrid>
        </w:tblGridChange>
      </w:tblGrid>
      <w:tr>
        <w:trPr>
          <w:cantSplit w:val="0"/>
          <w:tblHeader w:val="0"/>
        </w:trPr>
        <w:tc>
          <w:tcPr>
            <w:shd w:fill="f2f2f2" w:val="clear"/>
          </w:tcPr>
          <w:p w:rsidR="00000000" w:rsidDel="00000000" w:rsidP="00000000" w:rsidRDefault="00000000" w:rsidRPr="00000000" w14:paraId="00000014">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Nr. crt.</w:t>
            </w:r>
            <w:r w:rsidDel="00000000" w:rsidR="00000000" w:rsidRPr="00000000">
              <w:rPr>
                <w:rtl w:val="0"/>
              </w:rPr>
            </w:r>
          </w:p>
        </w:tc>
        <w:tc>
          <w:tcPr>
            <w:shd w:fill="f2f2f2" w:val="clear"/>
          </w:tcPr>
          <w:p w:rsidR="00000000" w:rsidDel="00000000" w:rsidP="00000000" w:rsidRDefault="00000000" w:rsidRPr="00000000" w14:paraId="00000015">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Descriere</w:t>
            </w:r>
            <w:r w:rsidDel="00000000" w:rsidR="00000000" w:rsidRPr="00000000">
              <w:rPr>
                <w:rtl w:val="0"/>
              </w:rPr>
            </w:r>
          </w:p>
        </w:tc>
        <w:tc>
          <w:tcPr>
            <w:shd w:fill="f2f2f2" w:val="clear"/>
          </w:tcPr>
          <w:p w:rsidR="00000000" w:rsidDel="00000000" w:rsidP="00000000" w:rsidRDefault="00000000" w:rsidRPr="00000000" w14:paraId="00000016">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UM</w:t>
            </w:r>
            <w:r w:rsidDel="00000000" w:rsidR="00000000" w:rsidRPr="00000000">
              <w:rPr>
                <w:rtl w:val="0"/>
              </w:rPr>
            </w:r>
          </w:p>
        </w:tc>
        <w:tc>
          <w:tcPr>
            <w:shd w:fill="f2f2f2" w:val="clear"/>
          </w:tcPr>
          <w:p w:rsidR="00000000" w:rsidDel="00000000" w:rsidP="00000000" w:rsidRDefault="00000000" w:rsidRPr="00000000" w14:paraId="00000017">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Cantitate</w:t>
            </w:r>
            <w:r w:rsidDel="00000000" w:rsidR="00000000" w:rsidRPr="00000000">
              <w:rPr>
                <w:rtl w:val="0"/>
              </w:rPr>
            </w:r>
          </w:p>
        </w:tc>
      </w:tr>
      <w:tr>
        <w:trPr>
          <w:cantSplit w:val="0"/>
          <w:tblHeader w:val="0"/>
        </w:trPr>
        <w:tc>
          <w:tcPr/>
          <w:p w:rsidR="00000000" w:rsidDel="00000000" w:rsidP="00000000" w:rsidRDefault="00000000" w:rsidRPr="00000000" w14:paraId="00000018">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c>
          <w:tcPr/>
          <w:p w:rsidR="00000000" w:rsidDel="00000000" w:rsidP="00000000" w:rsidRDefault="00000000" w:rsidRPr="00000000" w14:paraId="00000019">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Mașină de cusut industrială, uz intensiv (multistrat)</w:t>
            </w:r>
            <w:r w:rsidDel="00000000" w:rsidR="00000000" w:rsidRPr="00000000">
              <w:rPr>
                <w:rtl w:val="0"/>
              </w:rPr>
            </w:r>
          </w:p>
        </w:tc>
        <w:tc>
          <w:tcPr/>
          <w:p w:rsidR="00000000" w:rsidDel="00000000" w:rsidP="00000000" w:rsidRDefault="00000000" w:rsidRPr="00000000" w14:paraId="0000001A">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1B">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3</w:t>
            </w:r>
            <w:r w:rsidDel="00000000" w:rsidR="00000000" w:rsidRPr="00000000">
              <w:rPr>
                <w:rtl w:val="0"/>
              </w:rPr>
            </w:r>
          </w:p>
        </w:tc>
      </w:tr>
      <w:tr>
        <w:trPr>
          <w:cantSplit w:val="0"/>
          <w:tblHeader w:val="0"/>
        </w:trPr>
        <w:tc>
          <w:tcPr/>
          <w:p w:rsidR="00000000" w:rsidDel="00000000" w:rsidP="00000000" w:rsidRDefault="00000000" w:rsidRPr="00000000" w14:paraId="0000001C">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2</w:t>
            </w:r>
            <w:r w:rsidDel="00000000" w:rsidR="00000000" w:rsidRPr="00000000">
              <w:rPr>
                <w:rtl w:val="0"/>
              </w:rPr>
            </w:r>
          </w:p>
        </w:tc>
        <w:tc>
          <w:tcPr/>
          <w:p w:rsidR="00000000" w:rsidDel="00000000" w:rsidP="00000000" w:rsidRDefault="00000000" w:rsidRPr="00000000" w14:paraId="0000001D">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Mașină de cusut semi-profesională, uz didactic/producție redusă</w:t>
            </w:r>
            <w:r w:rsidDel="00000000" w:rsidR="00000000" w:rsidRPr="00000000">
              <w:rPr>
                <w:rtl w:val="0"/>
              </w:rPr>
            </w:r>
          </w:p>
        </w:tc>
        <w:tc>
          <w:tcPr/>
          <w:p w:rsidR="00000000" w:rsidDel="00000000" w:rsidP="00000000" w:rsidRDefault="00000000" w:rsidRPr="00000000" w14:paraId="0000001E">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1F">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bl>
    <w:p w:rsidR="00000000" w:rsidDel="00000000" w:rsidP="00000000" w:rsidRDefault="00000000" w:rsidRPr="00000000" w14:paraId="00000020">
      <w:pPr>
        <w:spacing w:after="200" w:before="0" w:lineRule="auto"/>
        <w:jc w:val="both"/>
        <w:rPr/>
      </w:pPr>
      <w:r w:rsidDel="00000000" w:rsidR="00000000" w:rsidRPr="00000000">
        <w:rPr>
          <w:rtl w:val="0"/>
        </w:rPr>
      </w:r>
    </w:p>
    <w:p w:rsidR="00000000" w:rsidDel="00000000" w:rsidP="00000000" w:rsidRDefault="00000000" w:rsidRPr="00000000" w14:paraId="00000021">
      <w:pPr>
        <w:spacing w:after="120" w:before="0" w:lineRule="auto"/>
        <w:ind w:left="432" w:firstLine="0"/>
        <w:jc w:val="left"/>
        <w:rPr/>
      </w:pPr>
      <w:r w:rsidDel="00000000" w:rsidR="00000000" w:rsidRPr="00000000">
        <w:rPr>
          <w:rFonts w:ascii="Times New Roman" w:cs="Times New Roman" w:eastAsia="Times New Roman" w:hAnsi="Times New Roman"/>
          <w:b w:val="1"/>
          <w:bCs w:val="1"/>
          <w:i w:val="0"/>
          <w:iCs w:val="0"/>
          <w:sz w:val="24"/>
          <w:szCs w:val="24"/>
          <w:u w:val="none"/>
          <w:rtl w:val="0"/>
        </w:rPr>
        <w:t xml:space="preserve">LOT 2 „Mașini industriale de overlock și acoperire (coverstitch)”</w:t>
      </w:r>
      <w:r w:rsidDel="00000000" w:rsidR="00000000" w:rsidRPr="00000000">
        <w:rPr>
          <w:rtl w:val="0"/>
        </w:rPr>
      </w:r>
    </w:p>
    <w:tbl>
      <w:tblPr>
        <w:tblStyle w:val="Table2"/>
        <w:tblW w:w="972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25"/>
        <w:gridCol w:w="6690"/>
        <w:gridCol w:w="990"/>
        <w:gridCol w:w="1215"/>
        <w:tblGridChange w:id="0">
          <w:tblGrid>
            <w:gridCol w:w="825"/>
            <w:gridCol w:w="6690"/>
            <w:gridCol w:w="990"/>
            <w:gridCol w:w="1215"/>
          </w:tblGrid>
        </w:tblGridChange>
      </w:tblGrid>
      <w:tr>
        <w:trPr>
          <w:cantSplit w:val="0"/>
          <w:tblHeader w:val="0"/>
        </w:trPr>
        <w:tc>
          <w:tcPr>
            <w:shd w:fill="f2f2f2" w:val="clear"/>
          </w:tcPr>
          <w:p w:rsidR="00000000" w:rsidDel="00000000" w:rsidP="00000000" w:rsidRDefault="00000000" w:rsidRPr="00000000" w14:paraId="00000022">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Nr. crt.</w:t>
            </w:r>
            <w:r w:rsidDel="00000000" w:rsidR="00000000" w:rsidRPr="00000000">
              <w:rPr>
                <w:rtl w:val="0"/>
              </w:rPr>
            </w:r>
          </w:p>
        </w:tc>
        <w:tc>
          <w:tcPr>
            <w:shd w:fill="f2f2f2" w:val="clear"/>
          </w:tcPr>
          <w:p w:rsidR="00000000" w:rsidDel="00000000" w:rsidP="00000000" w:rsidRDefault="00000000" w:rsidRPr="00000000" w14:paraId="00000023">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Descriere</w:t>
            </w:r>
            <w:r w:rsidDel="00000000" w:rsidR="00000000" w:rsidRPr="00000000">
              <w:rPr>
                <w:rtl w:val="0"/>
              </w:rPr>
            </w:r>
          </w:p>
        </w:tc>
        <w:tc>
          <w:tcPr>
            <w:shd w:fill="f2f2f2" w:val="clear"/>
          </w:tcPr>
          <w:p w:rsidR="00000000" w:rsidDel="00000000" w:rsidP="00000000" w:rsidRDefault="00000000" w:rsidRPr="00000000" w14:paraId="00000024">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UM</w:t>
            </w:r>
            <w:r w:rsidDel="00000000" w:rsidR="00000000" w:rsidRPr="00000000">
              <w:rPr>
                <w:rtl w:val="0"/>
              </w:rPr>
            </w:r>
          </w:p>
        </w:tc>
        <w:tc>
          <w:tcPr>
            <w:shd w:fill="f2f2f2" w:val="clear"/>
          </w:tcPr>
          <w:p w:rsidR="00000000" w:rsidDel="00000000" w:rsidP="00000000" w:rsidRDefault="00000000" w:rsidRPr="00000000" w14:paraId="00000025">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Cantitate</w:t>
            </w:r>
            <w:r w:rsidDel="00000000" w:rsidR="00000000" w:rsidRPr="00000000">
              <w:rPr>
                <w:rtl w:val="0"/>
              </w:rPr>
            </w:r>
          </w:p>
        </w:tc>
      </w:tr>
      <w:tr>
        <w:trPr>
          <w:cantSplit w:val="0"/>
          <w:tblHeader w:val="0"/>
        </w:trPr>
        <w:tc>
          <w:tcPr/>
          <w:p w:rsidR="00000000" w:rsidDel="00000000" w:rsidP="00000000" w:rsidRDefault="00000000" w:rsidRPr="00000000" w14:paraId="00000026">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c>
          <w:tcPr/>
          <w:p w:rsidR="00000000" w:rsidDel="00000000" w:rsidP="00000000" w:rsidRDefault="00000000" w:rsidRPr="00000000" w14:paraId="00000027">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Mașină de surfilat industrială (overlock)</w:t>
            </w:r>
            <w:r w:rsidDel="00000000" w:rsidR="00000000" w:rsidRPr="00000000">
              <w:rPr>
                <w:rtl w:val="0"/>
              </w:rPr>
            </w:r>
          </w:p>
        </w:tc>
        <w:tc>
          <w:tcPr/>
          <w:p w:rsidR="00000000" w:rsidDel="00000000" w:rsidP="00000000" w:rsidRDefault="00000000" w:rsidRPr="00000000" w14:paraId="00000028">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29">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5</w:t>
            </w:r>
            <w:r w:rsidDel="00000000" w:rsidR="00000000" w:rsidRPr="00000000">
              <w:rPr>
                <w:rtl w:val="0"/>
              </w:rPr>
            </w:r>
          </w:p>
        </w:tc>
      </w:tr>
      <w:tr>
        <w:trPr>
          <w:cantSplit w:val="0"/>
          <w:tblHeader w:val="0"/>
        </w:trPr>
        <w:tc>
          <w:tcPr/>
          <w:p w:rsidR="00000000" w:rsidDel="00000000" w:rsidP="00000000" w:rsidRDefault="00000000" w:rsidRPr="00000000" w14:paraId="0000002A">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2</w:t>
            </w:r>
            <w:r w:rsidDel="00000000" w:rsidR="00000000" w:rsidRPr="00000000">
              <w:rPr>
                <w:rtl w:val="0"/>
              </w:rPr>
            </w:r>
          </w:p>
        </w:tc>
        <w:tc>
          <w:tcPr/>
          <w:p w:rsidR="00000000" w:rsidDel="00000000" w:rsidP="00000000" w:rsidRDefault="00000000" w:rsidRPr="00000000" w14:paraId="0000002B">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Mașină de acoperire tip coverstitch</w:t>
            </w:r>
            <w:r w:rsidDel="00000000" w:rsidR="00000000" w:rsidRPr="00000000">
              <w:rPr>
                <w:rtl w:val="0"/>
              </w:rPr>
            </w:r>
          </w:p>
        </w:tc>
        <w:tc>
          <w:tcPr/>
          <w:p w:rsidR="00000000" w:rsidDel="00000000" w:rsidP="00000000" w:rsidRDefault="00000000" w:rsidRPr="00000000" w14:paraId="0000002C">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2D">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bl>
    <w:p w:rsidR="00000000" w:rsidDel="00000000" w:rsidP="00000000" w:rsidRDefault="00000000" w:rsidRPr="00000000" w14:paraId="0000002E">
      <w:pPr>
        <w:spacing w:after="200" w:before="0" w:lineRule="auto"/>
        <w:jc w:val="both"/>
        <w:rPr/>
      </w:pPr>
      <w:r w:rsidDel="00000000" w:rsidR="00000000" w:rsidRPr="00000000">
        <w:rPr>
          <w:rtl w:val="0"/>
        </w:rPr>
      </w:r>
    </w:p>
    <w:p w:rsidR="00000000" w:rsidDel="00000000" w:rsidP="00000000" w:rsidRDefault="00000000" w:rsidRPr="00000000" w14:paraId="0000002F">
      <w:pPr>
        <w:spacing w:after="120" w:before="0" w:lineRule="auto"/>
        <w:ind w:left="432" w:firstLine="0"/>
        <w:jc w:val="left"/>
        <w:rPr/>
      </w:pPr>
      <w:r w:rsidDel="00000000" w:rsidR="00000000" w:rsidRPr="00000000">
        <w:rPr>
          <w:rFonts w:ascii="Times New Roman" w:cs="Times New Roman" w:eastAsia="Times New Roman" w:hAnsi="Times New Roman"/>
          <w:b w:val="1"/>
          <w:bCs w:val="1"/>
          <w:i w:val="0"/>
          <w:iCs w:val="0"/>
          <w:sz w:val="24"/>
          <w:szCs w:val="24"/>
          <w:u w:val="none"/>
          <w:rtl w:val="0"/>
        </w:rPr>
        <w:t xml:space="preserve">LOT 3 „Echipament auxiliar de finisare textilă”</w:t>
      </w:r>
      <w:r w:rsidDel="00000000" w:rsidR="00000000" w:rsidRPr="00000000">
        <w:rPr>
          <w:rtl w:val="0"/>
        </w:rPr>
      </w:r>
    </w:p>
    <w:tbl>
      <w:tblPr>
        <w:tblStyle w:val="Table3"/>
        <w:tblW w:w="972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90"/>
        <w:gridCol w:w="6285"/>
        <w:gridCol w:w="990"/>
        <w:gridCol w:w="1455"/>
        <w:tblGridChange w:id="0">
          <w:tblGrid>
            <w:gridCol w:w="990"/>
            <w:gridCol w:w="6285"/>
            <w:gridCol w:w="990"/>
            <w:gridCol w:w="1455"/>
          </w:tblGrid>
        </w:tblGridChange>
      </w:tblGrid>
      <w:tr>
        <w:trPr>
          <w:cantSplit w:val="0"/>
          <w:tblHeader w:val="0"/>
        </w:trPr>
        <w:tc>
          <w:tcPr>
            <w:shd w:fill="f2f2f2" w:val="clear"/>
          </w:tcPr>
          <w:p w:rsidR="00000000" w:rsidDel="00000000" w:rsidP="00000000" w:rsidRDefault="00000000" w:rsidRPr="00000000" w14:paraId="00000030">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Nr. crt.</w:t>
            </w:r>
            <w:r w:rsidDel="00000000" w:rsidR="00000000" w:rsidRPr="00000000">
              <w:rPr>
                <w:rtl w:val="0"/>
              </w:rPr>
            </w:r>
          </w:p>
        </w:tc>
        <w:tc>
          <w:tcPr>
            <w:shd w:fill="f2f2f2" w:val="clear"/>
          </w:tcPr>
          <w:p w:rsidR="00000000" w:rsidDel="00000000" w:rsidP="00000000" w:rsidRDefault="00000000" w:rsidRPr="00000000" w14:paraId="00000031">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Descriere</w:t>
            </w:r>
            <w:r w:rsidDel="00000000" w:rsidR="00000000" w:rsidRPr="00000000">
              <w:rPr>
                <w:rtl w:val="0"/>
              </w:rPr>
            </w:r>
          </w:p>
        </w:tc>
        <w:tc>
          <w:tcPr>
            <w:shd w:fill="f2f2f2" w:val="clear"/>
          </w:tcPr>
          <w:p w:rsidR="00000000" w:rsidDel="00000000" w:rsidP="00000000" w:rsidRDefault="00000000" w:rsidRPr="00000000" w14:paraId="00000032">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UM</w:t>
            </w:r>
            <w:r w:rsidDel="00000000" w:rsidR="00000000" w:rsidRPr="00000000">
              <w:rPr>
                <w:rtl w:val="0"/>
              </w:rPr>
            </w:r>
          </w:p>
        </w:tc>
        <w:tc>
          <w:tcPr>
            <w:shd w:fill="f2f2f2" w:val="clear"/>
          </w:tcPr>
          <w:p w:rsidR="00000000" w:rsidDel="00000000" w:rsidP="00000000" w:rsidRDefault="00000000" w:rsidRPr="00000000" w14:paraId="00000033">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Cantitate</w:t>
            </w:r>
            <w:r w:rsidDel="00000000" w:rsidR="00000000" w:rsidRPr="00000000">
              <w:rPr>
                <w:rtl w:val="0"/>
              </w:rPr>
            </w:r>
          </w:p>
        </w:tc>
      </w:tr>
      <w:tr>
        <w:trPr>
          <w:cantSplit w:val="0"/>
          <w:tblHeader w:val="0"/>
        </w:trPr>
        <w:tc>
          <w:tcPr/>
          <w:p w:rsidR="00000000" w:rsidDel="00000000" w:rsidP="00000000" w:rsidRDefault="00000000" w:rsidRPr="00000000" w14:paraId="00000034">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c>
          <w:tcPr/>
          <w:p w:rsidR="00000000" w:rsidDel="00000000" w:rsidP="00000000" w:rsidRDefault="00000000" w:rsidRPr="00000000" w14:paraId="00000035">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Presă de mână pentru fixarea nasturilor/capselor</w:t>
            </w:r>
            <w:r w:rsidDel="00000000" w:rsidR="00000000" w:rsidRPr="00000000">
              <w:rPr>
                <w:rtl w:val="0"/>
              </w:rPr>
            </w:r>
          </w:p>
        </w:tc>
        <w:tc>
          <w:tcPr/>
          <w:p w:rsidR="00000000" w:rsidDel="00000000" w:rsidP="00000000" w:rsidRDefault="00000000" w:rsidRPr="00000000" w14:paraId="00000036">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37">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r>
        <w:trPr>
          <w:cantSplit w:val="0"/>
          <w:tblHeader w:val="0"/>
        </w:trPr>
        <w:tc>
          <w:tcPr/>
          <w:p w:rsidR="00000000" w:rsidDel="00000000" w:rsidP="00000000" w:rsidRDefault="00000000" w:rsidRPr="00000000" w14:paraId="00000038">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2</w:t>
            </w:r>
            <w:r w:rsidDel="00000000" w:rsidR="00000000" w:rsidRPr="00000000">
              <w:rPr>
                <w:rtl w:val="0"/>
              </w:rPr>
            </w:r>
          </w:p>
        </w:tc>
        <w:tc>
          <w:tcPr/>
          <w:p w:rsidR="00000000" w:rsidDel="00000000" w:rsidP="00000000" w:rsidRDefault="00000000" w:rsidRPr="00000000" w14:paraId="00000039">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Fier de călcat cu generator de abur</w:t>
            </w:r>
            <w:r w:rsidDel="00000000" w:rsidR="00000000" w:rsidRPr="00000000">
              <w:rPr>
                <w:rtl w:val="0"/>
              </w:rPr>
            </w:r>
          </w:p>
        </w:tc>
        <w:tc>
          <w:tcPr/>
          <w:p w:rsidR="00000000" w:rsidDel="00000000" w:rsidP="00000000" w:rsidRDefault="00000000" w:rsidRPr="00000000" w14:paraId="0000003A">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3B">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4</w:t>
            </w:r>
            <w:r w:rsidDel="00000000" w:rsidR="00000000" w:rsidRPr="00000000">
              <w:rPr>
                <w:rtl w:val="0"/>
              </w:rPr>
            </w:r>
          </w:p>
        </w:tc>
      </w:tr>
      <w:tr>
        <w:trPr>
          <w:cantSplit w:val="0"/>
          <w:tblHeader w:val="0"/>
        </w:trPr>
        <w:tc>
          <w:tcPr/>
          <w:p w:rsidR="00000000" w:rsidDel="00000000" w:rsidP="00000000" w:rsidRDefault="00000000" w:rsidRPr="00000000" w14:paraId="0000003C">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3</w:t>
            </w:r>
            <w:r w:rsidDel="00000000" w:rsidR="00000000" w:rsidRPr="00000000">
              <w:rPr>
                <w:rtl w:val="0"/>
              </w:rPr>
            </w:r>
          </w:p>
        </w:tc>
        <w:tc>
          <w:tcPr/>
          <w:p w:rsidR="00000000" w:rsidDel="00000000" w:rsidP="00000000" w:rsidRDefault="00000000" w:rsidRPr="00000000" w14:paraId="0000003D">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Cuțit termic pentru tăierea materialelor sintetice expandate</w:t>
            </w:r>
            <w:r w:rsidDel="00000000" w:rsidR="00000000" w:rsidRPr="00000000">
              <w:rPr>
                <w:rtl w:val="0"/>
              </w:rPr>
            </w:r>
          </w:p>
        </w:tc>
        <w:tc>
          <w:tcPr/>
          <w:p w:rsidR="00000000" w:rsidDel="00000000" w:rsidP="00000000" w:rsidRDefault="00000000" w:rsidRPr="00000000" w14:paraId="0000003E">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3F">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bl>
    <w:p w:rsidR="00000000" w:rsidDel="00000000" w:rsidP="00000000" w:rsidRDefault="00000000" w:rsidRPr="00000000" w14:paraId="00000040">
      <w:pPr>
        <w:spacing w:after="200" w:before="0" w:lineRule="auto"/>
        <w:jc w:val="both"/>
        <w:rPr/>
      </w:pPr>
      <w:r w:rsidDel="00000000" w:rsidR="00000000" w:rsidRPr="00000000">
        <w:rPr>
          <w:rtl w:val="0"/>
        </w:rPr>
      </w:r>
    </w:p>
    <w:p w:rsidR="00000000" w:rsidDel="00000000" w:rsidP="00000000" w:rsidRDefault="00000000" w:rsidRPr="00000000" w14:paraId="00000041">
      <w:pPr>
        <w:spacing w:after="120" w:before="0" w:lineRule="auto"/>
        <w:ind w:left="432" w:firstLine="0"/>
        <w:jc w:val="left"/>
        <w:rPr/>
      </w:pPr>
      <w:r w:rsidDel="00000000" w:rsidR="00000000" w:rsidRPr="00000000">
        <w:rPr>
          <w:rFonts w:ascii="Times New Roman" w:cs="Times New Roman" w:eastAsia="Times New Roman" w:hAnsi="Times New Roman"/>
          <w:b w:val="1"/>
          <w:bCs w:val="1"/>
          <w:i w:val="0"/>
          <w:iCs w:val="0"/>
          <w:sz w:val="24"/>
          <w:szCs w:val="24"/>
          <w:u w:val="none"/>
          <w:rtl w:val="0"/>
        </w:rPr>
        <w:t xml:space="preserve">LOT 4 „Unelte și instrumente de croitorie”</w:t>
      </w:r>
      <w:r w:rsidDel="00000000" w:rsidR="00000000" w:rsidRPr="00000000">
        <w:rPr>
          <w:rtl w:val="0"/>
        </w:rPr>
      </w:r>
    </w:p>
    <w:tbl>
      <w:tblPr>
        <w:tblStyle w:val="Table4"/>
        <w:tblW w:w="972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45"/>
        <w:gridCol w:w="6570"/>
        <w:gridCol w:w="915"/>
        <w:gridCol w:w="1290"/>
        <w:tblGridChange w:id="0">
          <w:tblGrid>
            <w:gridCol w:w="945"/>
            <w:gridCol w:w="6570"/>
            <w:gridCol w:w="915"/>
            <w:gridCol w:w="1290"/>
          </w:tblGrid>
        </w:tblGridChange>
      </w:tblGrid>
      <w:tr>
        <w:trPr>
          <w:cantSplit w:val="0"/>
          <w:tblHeader w:val="0"/>
        </w:trPr>
        <w:tc>
          <w:tcPr>
            <w:shd w:fill="f2f2f2" w:val="clear"/>
          </w:tcPr>
          <w:p w:rsidR="00000000" w:rsidDel="00000000" w:rsidP="00000000" w:rsidRDefault="00000000" w:rsidRPr="00000000" w14:paraId="00000042">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Nr. crt.</w:t>
            </w:r>
            <w:r w:rsidDel="00000000" w:rsidR="00000000" w:rsidRPr="00000000">
              <w:rPr>
                <w:rtl w:val="0"/>
              </w:rPr>
            </w:r>
          </w:p>
        </w:tc>
        <w:tc>
          <w:tcPr>
            <w:shd w:fill="f2f2f2" w:val="clear"/>
          </w:tcPr>
          <w:p w:rsidR="00000000" w:rsidDel="00000000" w:rsidP="00000000" w:rsidRDefault="00000000" w:rsidRPr="00000000" w14:paraId="00000043">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Descriere</w:t>
            </w:r>
            <w:r w:rsidDel="00000000" w:rsidR="00000000" w:rsidRPr="00000000">
              <w:rPr>
                <w:rtl w:val="0"/>
              </w:rPr>
            </w:r>
          </w:p>
        </w:tc>
        <w:tc>
          <w:tcPr>
            <w:shd w:fill="f2f2f2" w:val="clear"/>
          </w:tcPr>
          <w:p w:rsidR="00000000" w:rsidDel="00000000" w:rsidP="00000000" w:rsidRDefault="00000000" w:rsidRPr="00000000" w14:paraId="00000044">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UM</w:t>
            </w:r>
            <w:r w:rsidDel="00000000" w:rsidR="00000000" w:rsidRPr="00000000">
              <w:rPr>
                <w:rtl w:val="0"/>
              </w:rPr>
            </w:r>
          </w:p>
        </w:tc>
        <w:tc>
          <w:tcPr>
            <w:shd w:fill="f2f2f2" w:val="clear"/>
          </w:tcPr>
          <w:p w:rsidR="00000000" w:rsidDel="00000000" w:rsidP="00000000" w:rsidRDefault="00000000" w:rsidRPr="00000000" w14:paraId="00000045">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Cantitate</w:t>
            </w:r>
            <w:r w:rsidDel="00000000" w:rsidR="00000000" w:rsidRPr="00000000">
              <w:rPr>
                <w:rtl w:val="0"/>
              </w:rPr>
            </w:r>
          </w:p>
        </w:tc>
      </w:tr>
      <w:tr>
        <w:trPr>
          <w:cantSplit w:val="0"/>
          <w:tblHeader w:val="0"/>
        </w:trPr>
        <w:tc>
          <w:tcPr/>
          <w:p w:rsidR="00000000" w:rsidDel="00000000" w:rsidP="00000000" w:rsidRDefault="00000000" w:rsidRPr="00000000" w14:paraId="00000046">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c>
          <w:tcPr/>
          <w:p w:rsidR="00000000" w:rsidDel="00000000" w:rsidP="00000000" w:rsidRDefault="00000000" w:rsidRPr="00000000" w14:paraId="00000047">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Riglă pentru trasarea curbelor de tipar</w:t>
            </w:r>
            <w:r w:rsidDel="00000000" w:rsidR="00000000" w:rsidRPr="00000000">
              <w:rPr>
                <w:rtl w:val="0"/>
              </w:rPr>
            </w:r>
          </w:p>
        </w:tc>
        <w:tc>
          <w:tcPr/>
          <w:p w:rsidR="00000000" w:rsidDel="00000000" w:rsidP="00000000" w:rsidRDefault="00000000" w:rsidRPr="00000000" w14:paraId="00000048">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49">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r>
        <w:trPr>
          <w:cantSplit w:val="0"/>
          <w:tblHeader w:val="0"/>
        </w:trPr>
        <w:tc>
          <w:tcPr/>
          <w:p w:rsidR="00000000" w:rsidDel="00000000" w:rsidP="00000000" w:rsidRDefault="00000000" w:rsidRPr="00000000" w14:paraId="0000004A">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2</w:t>
            </w:r>
            <w:r w:rsidDel="00000000" w:rsidR="00000000" w:rsidRPr="00000000">
              <w:rPr>
                <w:rtl w:val="0"/>
              </w:rPr>
            </w:r>
          </w:p>
        </w:tc>
        <w:tc>
          <w:tcPr/>
          <w:p w:rsidR="00000000" w:rsidDel="00000000" w:rsidP="00000000" w:rsidRDefault="00000000" w:rsidRPr="00000000" w14:paraId="0000004B">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Foarfecă industrială de croitorie</w:t>
            </w:r>
            <w:r w:rsidDel="00000000" w:rsidR="00000000" w:rsidRPr="00000000">
              <w:rPr>
                <w:rtl w:val="0"/>
              </w:rPr>
            </w:r>
          </w:p>
        </w:tc>
        <w:tc>
          <w:tcPr/>
          <w:p w:rsidR="00000000" w:rsidDel="00000000" w:rsidP="00000000" w:rsidRDefault="00000000" w:rsidRPr="00000000" w14:paraId="0000004C">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4D">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2</w:t>
            </w:r>
            <w:r w:rsidDel="00000000" w:rsidR="00000000" w:rsidRPr="00000000">
              <w:rPr>
                <w:rtl w:val="0"/>
              </w:rPr>
            </w:r>
          </w:p>
        </w:tc>
      </w:tr>
      <w:tr>
        <w:trPr>
          <w:cantSplit w:val="0"/>
          <w:tblHeader w:val="0"/>
        </w:trPr>
        <w:tc>
          <w:tcPr/>
          <w:p w:rsidR="00000000" w:rsidDel="00000000" w:rsidP="00000000" w:rsidRDefault="00000000" w:rsidRPr="00000000" w14:paraId="0000004E">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3</w:t>
            </w:r>
            <w:r w:rsidDel="00000000" w:rsidR="00000000" w:rsidRPr="00000000">
              <w:rPr>
                <w:rtl w:val="0"/>
              </w:rPr>
            </w:r>
          </w:p>
        </w:tc>
        <w:tc>
          <w:tcPr/>
          <w:p w:rsidR="00000000" w:rsidDel="00000000" w:rsidP="00000000" w:rsidRDefault="00000000" w:rsidRPr="00000000" w14:paraId="0000004F">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Ace pentru mașină de cusut industrială, set universal</w:t>
            </w:r>
            <w:r w:rsidDel="00000000" w:rsidR="00000000" w:rsidRPr="00000000">
              <w:rPr>
                <w:rtl w:val="0"/>
              </w:rPr>
            </w:r>
          </w:p>
        </w:tc>
        <w:tc>
          <w:tcPr/>
          <w:p w:rsidR="00000000" w:rsidDel="00000000" w:rsidP="00000000" w:rsidRDefault="00000000" w:rsidRPr="00000000" w14:paraId="00000050">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set</w:t>
            </w:r>
            <w:r w:rsidDel="00000000" w:rsidR="00000000" w:rsidRPr="00000000">
              <w:rPr>
                <w:rtl w:val="0"/>
              </w:rPr>
            </w:r>
          </w:p>
        </w:tc>
        <w:tc>
          <w:tcPr/>
          <w:p w:rsidR="00000000" w:rsidDel="00000000" w:rsidP="00000000" w:rsidRDefault="00000000" w:rsidRPr="00000000" w14:paraId="00000051">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r>
        <w:trPr>
          <w:cantSplit w:val="0"/>
          <w:tblHeader w:val="0"/>
        </w:trPr>
        <w:tc>
          <w:tcPr/>
          <w:p w:rsidR="00000000" w:rsidDel="00000000" w:rsidP="00000000" w:rsidRDefault="00000000" w:rsidRPr="00000000" w14:paraId="00000052">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4</w:t>
            </w:r>
            <w:r w:rsidDel="00000000" w:rsidR="00000000" w:rsidRPr="00000000">
              <w:rPr>
                <w:rtl w:val="0"/>
              </w:rPr>
            </w:r>
          </w:p>
        </w:tc>
        <w:tc>
          <w:tcPr/>
          <w:p w:rsidR="00000000" w:rsidDel="00000000" w:rsidP="00000000" w:rsidRDefault="00000000" w:rsidRPr="00000000" w14:paraId="00000053">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Ace pentru mașină de cusut, tip stretch (materiale elastice)</w:t>
            </w:r>
            <w:r w:rsidDel="00000000" w:rsidR="00000000" w:rsidRPr="00000000">
              <w:rPr>
                <w:rtl w:val="0"/>
              </w:rPr>
            </w:r>
          </w:p>
        </w:tc>
        <w:tc>
          <w:tcPr/>
          <w:p w:rsidR="00000000" w:rsidDel="00000000" w:rsidP="00000000" w:rsidRDefault="00000000" w:rsidRPr="00000000" w14:paraId="00000054">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set</w:t>
            </w:r>
            <w:r w:rsidDel="00000000" w:rsidR="00000000" w:rsidRPr="00000000">
              <w:rPr>
                <w:rtl w:val="0"/>
              </w:rPr>
            </w:r>
          </w:p>
        </w:tc>
        <w:tc>
          <w:tcPr/>
          <w:p w:rsidR="00000000" w:rsidDel="00000000" w:rsidP="00000000" w:rsidRDefault="00000000" w:rsidRPr="00000000" w14:paraId="00000055">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r>
        <w:trPr>
          <w:cantSplit w:val="0"/>
          <w:tblHeader w:val="0"/>
        </w:trPr>
        <w:tc>
          <w:tcPr/>
          <w:p w:rsidR="00000000" w:rsidDel="00000000" w:rsidP="00000000" w:rsidRDefault="00000000" w:rsidRPr="00000000" w14:paraId="00000056">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5</w:t>
            </w:r>
            <w:r w:rsidDel="00000000" w:rsidR="00000000" w:rsidRPr="00000000">
              <w:rPr>
                <w:rtl w:val="0"/>
              </w:rPr>
            </w:r>
          </w:p>
        </w:tc>
        <w:tc>
          <w:tcPr/>
          <w:p w:rsidR="00000000" w:rsidDel="00000000" w:rsidP="00000000" w:rsidRDefault="00000000" w:rsidRPr="00000000" w14:paraId="00000057">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Ace pentru mașină de cusut</w:t>
            </w:r>
            <w:r w:rsidDel="00000000" w:rsidR="00000000" w:rsidRPr="00000000">
              <w:rPr>
                <w:rtl w:val="0"/>
              </w:rPr>
            </w:r>
          </w:p>
        </w:tc>
        <w:tc>
          <w:tcPr/>
          <w:p w:rsidR="00000000" w:rsidDel="00000000" w:rsidP="00000000" w:rsidRDefault="00000000" w:rsidRPr="00000000" w14:paraId="00000058">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set</w:t>
            </w:r>
            <w:r w:rsidDel="00000000" w:rsidR="00000000" w:rsidRPr="00000000">
              <w:rPr>
                <w:rtl w:val="0"/>
              </w:rPr>
            </w:r>
          </w:p>
        </w:tc>
        <w:tc>
          <w:tcPr/>
          <w:p w:rsidR="00000000" w:rsidDel="00000000" w:rsidP="00000000" w:rsidRDefault="00000000" w:rsidRPr="00000000" w14:paraId="00000059">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r>
        <w:trPr>
          <w:cantSplit w:val="0"/>
          <w:tblHeader w:val="0"/>
        </w:trPr>
        <w:tc>
          <w:tcPr/>
          <w:p w:rsidR="00000000" w:rsidDel="00000000" w:rsidP="00000000" w:rsidRDefault="00000000" w:rsidRPr="00000000" w14:paraId="0000005A">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6</w:t>
            </w:r>
            <w:r w:rsidDel="00000000" w:rsidR="00000000" w:rsidRPr="00000000">
              <w:rPr>
                <w:rtl w:val="0"/>
              </w:rPr>
            </w:r>
          </w:p>
        </w:tc>
        <w:tc>
          <w:tcPr/>
          <w:p w:rsidR="00000000" w:rsidDel="00000000" w:rsidP="00000000" w:rsidRDefault="00000000" w:rsidRPr="00000000" w14:paraId="0000005B">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Ață/fire de cusut, set</w:t>
            </w:r>
            <w:r w:rsidDel="00000000" w:rsidR="00000000" w:rsidRPr="00000000">
              <w:rPr>
                <w:rtl w:val="0"/>
              </w:rPr>
            </w:r>
          </w:p>
        </w:tc>
        <w:tc>
          <w:tcPr/>
          <w:p w:rsidR="00000000" w:rsidDel="00000000" w:rsidP="00000000" w:rsidRDefault="00000000" w:rsidRPr="00000000" w14:paraId="0000005C">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set</w:t>
            </w:r>
            <w:r w:rsidDel="00000000" w:rsidR="00000000" w:rsidRPr="00000000">
              <w:rPr>
                <w:rtl w:val="0"/>
              </w:rPr>
            </w:r>
          </w:p>
        </w:tc>
        <w:tc>
          <w:tcPr/>
          <w:p w:rsidR="00000000" w:rsidDel="00000000" w:rsidP="00000000" w:rsidRDefault="00000000" w:rsidRPr="00000000" w14:paraId="0000005D">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bl>
    <w:p w:rsidR="00000000" w:rsidDel="00000000" w:rsidP="00000000" w:rsidRDefault="00000000" w:rsidRPr="00000000" w14:paraId="0000005E">
      <w:pPr>
        <w:spacing w:after="200" w:before="0" w:lineRule="auto"/>
        <w:jc w:val="both"/>
        <w:rPr/>
      </w:pPr>
      <w:r w:rsidDel="00000000" w:rsidR="00000000" w:rsidRPr="00000000">
        <w:rPr>
          <w:rtl w:val="0"/>
        </w:rPr>
      </w:r>
    </w:p>
    <w:p w:rsidR="00000000" w:rsidDel="00000000" w:rsidP="00000000" w:rsidRDefault="00000000" w:rsidRPr="00000000" w14:paraId="0000005F">
      <w:pPr>
        <w:spacing w:after="120" w:before="0" w:lineRule="auto"/>
        <w:ind w:left="432" w:firstLine="0"/>
        <w:jc w:val="left"/>
        <w:rPr/>
      </w:pPr>
      <w:r w:rsidDel="00000000" w:rsidR="00000000" w:rsidRPr="00000000">
        <w:rPr>
          <w:rFonts w:ascii="Times New Roman" w:cs="Times New Roman" w:eastAsia="Times New Roman" w:hAnsi="Times New Roman"/>
          <w:b w:val="1"/>
          <w:bCs w:val="1"/>
          <w:i w:val="0"/>
          <w:iCs w:val="0"/>
          <w:sz w:val="24"/>
          <w:szCs w:val="24"/>
          <w:u w:val="none"/>
          <w:rtl w:val="0"/>
        </w:rPr>
        <w:t xml:space="preserve">LOT 5 „Materiale textile și consumabile de croitorie”</w:t>
      </w:r>
      <w:r w:rsidDel="00000000" w:rsidR="00000000" w:rsidRPr="00000000">
        <w:rPr>
          <w:rtl w:val="0"/>
        </w:rPr>
      </w:r>
    </w:p>
    <w:tbl>
      <w:tblPr>
        <w:tblStyle w:val="Table5"/>
        <w:tblW w:w="972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0"/>
        <w:gridCol w:w="6660"/>
        <w:gridCol w:w="885"/>
        <w:gridCol w:w="1275"/>
        <w:tblGridChange w:id="0">
          <w:tblGrid>
            <w:gridCol w:w="900"/>
            <w:gridCol w:w="6660"/>
            <w:gridCol w:w="885"/>
            <w:gridCol w:w="1275"/>
          </w:tblGrid>
        </w:tblGridChange>
      </w:tblGrid>
      <w:tr>
        <w:trPr>
          <w:cantSplit w:val="0"/>
          <w:tblHeader w:val="0"/>
        </w:trPr>
        <w:tc>
          <w:tcPr>
            <w:shd w:fill="f2f2f2" w:val="clear"/>
          </w:tcPr>
          <w:p w:rsidR="00000000" w:rsidDel="00000000" w:rsidP="00000000" w:rsidRDefault="00000000" w:rsidRPr="00000000" w14:paraId="00000060">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Nr. crt.</w:t>
            </w:r>
            <w:r w:rsidDel="00000000" w:rsidR="00000000" w:rsidRPr="00000000">
              <w:rPr>
                <w:rtl w:val="0"/>
              </w:rPr>
            </w:r>
          </w:p>
        </w:tc>
        <w:tc>
          <w:tcPr>
            <w:shd w:fill="f2f2f2" w:val="clear"/>
          </w:tcPr>
          <w:p w:rsidR="00000000" w:rsidDel="00000000" w:rsidP="00000000" w:rsidRDefault="00000000" w:rsidRPr="00000000" w14:paraId="00000061">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Descriere</w:t>
            </w:r>
            <w:r w:rsidDel="00000000" w:rsidR="00000000" w:rsidRPr="00000000">
              <w:rPr>
                <w:rtl w:val="0"/>
              </w:rPr>
            </w:r>
          </w:p>
        </w:tc>
        <w:tc>
          <w:tcPr>
            <w:shd w:fill="f2f2f2" w:val="clear"/>
          </w:tcPr>
          <w:p w:rsidR="00000000" w:rsidDel="00000000" w:rsidP="00000000" w:rsidRDefault="00000000" w:rsidRPr="00000000" w14:paraId="00000062">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UM</w:t>
            </w:r>
            <w:r w:rsidDel="00000000" w:rsidR="00000000" w:rsidRPr="00000000">
              <w:rPr>
                <w:rtl w:val="0"/>
              </w:rPr>
            </w:r>
          </w:p>
        </w:tc>
        <w:tc>
          <w:tcPr>
            <w:shd w:fill="f2f2f2" w:val="clear"/>
          </w:tcPr>
          <w:p w:rsidR="00000000" w:rsidDel="00000000" w:rsidP="00000000" w:rsidRDefault="00000000" w:rsidRPr="00000000" w14:paraId="00000063">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Cantitate</w:t>
            </w:r>
            <w:r w:rsidDel="00000000" w:rsidR="00000000" w:rsidRPr="00000000">
              <w:rPr>
                <w:rtl w:val="0"/>
              </w:rPr>
            </w:r>
          </w:p>
        </w:tc>
      </w:tr>
      <w:tr>
        <w:trPr>
          <w:cantSplit w:val="0"/>
          <w:tblHeader w:val="0"/>
        </w:trPr>
        <w:tc>
          <w:tcPr/>
          <w:p w:rsidR="00000000" w:rsidDel="00000000" w:rsidP="00000000" w:rsidRDefault="00000000" w:rsidRPr="00000000" w14:paraId="00000064">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c>
          <w:tcPr/>
          <w:p w:rsidR="00000000" w:rsidDel="00000000" w:rsidP="00000000" w:rsidRDefault="00000000" w:rsidRPr="00000000" w14:paraId="00000065">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Țesătură/material textil, tip ranforsat, alb</w:t>
            </w:r>
            <w:r w:rsidDel="00000000" w:rsidR="00000000" w:rsidRPr="00000000">
              <w:rPr>
                <w:rtl w:val="0"/>
              </w:rPr>
            </w:r>
          </w:p>
        </w:tc>
        <w:tc>
          <w:tcPr/>
          <w:p w:rsidR="00000000" w:rsidDel="00000000" w:rsidP="00000000" w:rsidRDefault="00000000" w:rsidRPr="00000000" w14:paraId="00000066">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m</w:t>
            </w:r>
            <w:r w:rsidDel="00000000" w:rsidR="00000000" w:rsidRPr="00000000">
              <w:rPr>
                <w:rtl w:val="0"/>
              </w:rPr>
            </w:r>
          </w:p>
        </w:tc>
        <w:tc>
          <w:tcPr/>
          <w:p w:rsidR="00000000" w:rsidDel="00000000" w:rsidP="00000000" w:rsidRDefault="00000000" w:rsidRPr="00000000" w14:paraId="00000067">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25</w:t>
            </w:r>
            <w:r w:rsidDel="00000000" w:rsidR="00000000" w:rsidRPr="00000000">
              <w:rPr>
                <w:rtl w:val="0"/>
              </w:rPr>
            </w:r>
          </w:p>
        </w:tc>
      </w:tr>
      <w:tr>
        <w:trPr>
          <w:cantSplit w:val="0"/>
          <w:tblHeader w:val="0"/>
        </w:trPr>
        <w:tc>
          <w:tcPr/>
          <w:p w:rsidR="00000000" w:rsidDel="00000000" w:rsidP="00000000" w:rsidRDefault="00000000" w:rsidRPr="00000000" w14:paraId="00000068">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2</w:t>
            </w:r>
            <w:r w:rsidDel="00000000" w:rsidR="00000000" w:rsidRPr="00000000">
              <w:rPr>
                <w:rtl w:val="0"/>
              </w:rPr>
            </w:r>
          </w:p>
        </w:tc>
        <w:tc>
          <w:tcPr/>
          <w:p w:rsidR="00000000" w:rsidDel="00000000" w:rsidP="00000000" w:rsidRDefault="00000000" w:rsidRPr="00000000" w14:paraId="00000069">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Țesătură/material textil, tip ranforsat, albastru deschis</w:t>
            </w:r>
            <w:r w:rsidDel="00000000" w:rsidR="00000000" w:rsidRPr="00000000">
              <w:rPr>
                <w:rtl w:val="0"/>
              </w:rPr>
            </w:r>
          </w:p>
        </w:tc>
        <w:tc>
          <w:tcPr/>
          <w:p w:rsidR="00000000" w:rsidDel="00000000" w:rsidP="00000000" w:rsidRDefault="00000000" w:rsidRPr="00000000" w14:paraId="0000006A">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m</w:t>
            </w:r>
            <w:r w:rsidDel="00000000" w:rsidR="00000000" w:rsidRPr="00000000">
              <w:rPr>
                <w:rtl w:val="0"/>
              </w:rPr>
            </w:r>
          </w:p>
        </w:tc>
        <w:tc>
          <w:tcPr/>
          <w:p w:rsidR="00000000" w:rsidDel="00000000" w:rsidP="00000000" w:rsidRDefault="00000000" w:rsidRPr="00000000" w14:paraId="0000006B">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25</w:t>
            </w:r>
            <w:r w:rsidDel="00000000" w:rsidR="00000000" w:rsidRPr="00000000">
              <w:rPr>
                <w:rtl w:val="0"/>
              </w:rPr>
            </w:r>
          </w:p>
        </w:tc>
      </w:tr>
      <w:tr>
        <w:trPr>
          <w:cantSplit w:val="0"/>
          <w:tblHeader w:val="0"/>
        </w:trPr>
        <w:tc>
          <w:tcPr/>
          <w:p w:rsidR="00000000" w:rsidDel="00000000" w:rsidP="00000000" w:rsidRDefault="00000000" w:rsidRPr="00000000" w14:paraId="0000006C">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3</w:t>
            </w:r>
            <w:r w:rsidDel="00000000" w:rsidR="00000000" w:rsidRPr="00000000">
              <w:rPr>
                <w:rtl w:val="0"/>
              </w:rPr>
            </w:r>
          </w:p>
        </w:tc>
        <w:tc>
          <w:tcPr/>
          <w:p w:rsidR="00000000" w:rsidDel="00000000" w:rsidP="00000000" w:rsidRDefault="00000000" w:rsidRPr="00000000" w14:paraId="0000006D">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Țesătură/material textil impermeabilă (tip duck), diverse culori</w:t>
            </w:r>
            <w:r w:rsidDel="00000000" w:rsidR="00000000" w:rsidRPr="00000000">
              <w:rPr>
                <w:rtl w:val="0"/>
              </w:rPr>
            </w:r>
          </w:p>
        </w:tc>
        <w:tc>
          <w:tcPr/>
          <w:p w:rsidR="00000000" w:rsidDel="00000000" w:rsidP="00000000" w:rsidRDefault="00000000" w:rsidRPr="00000000" w14:paraId="0000006E">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m</w:t>
            </w:r>
            <w:r w:rsidDel="00000000" w:rsidR="00000000" w:rsidRPr="00000000">
              <w:rPr>
                <w:rtl w:val="0"/>
              </w:rPr>
            </w:r>
          </w:p>
        </w:tc>
        <w:tc>
          <w:tcPr/>
          <w:p w:rsidR="00000000" w:rsidDel="00000000" w:rsidP="00000000" w:rsidRDefault="00000000" w:rsidRPr="00000000" w14:paraId="0000006F">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cca. 21</w:t>
            </w:r>
            <w:r w:rsidDel="00000000" w:rsidR="00000000" w:rsidRPr="00000000">
              <w:rPr>
                <w:rtl w:val="0"/>
              </w:rPr>
            </w:r>
          </w:p>
        </w:tc>
      </w:tr>
      <w:tr>
        <w:trPr>
          <w:cantSplit w:val="0"/>
          <w:tblHeader w:val="0"/>
        </w:trPr>
        <w:tc>
          <w:tcPr/>
          <w:p w:rsidR="00000000" w:rsidDel="00000000" w:rsidP="00000000" w:rsidRDefault="00000000" w:rsidRPr="00000000" w14:paraId="00000070">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4</w:t>
            </w:r>
            <w:r w:rsidDel="00000000" w:rsidR="00000000" w:rsidRPr="00000000">
              <w:rPr>
                <w:rtl w:val="0"/>
              </w:rPr>
            </w:r>
          </w:p>
        </w:tc>
        <w:tc>
          <w:tcPr/>
          <w:p w:rsidR="00000000" w:rsidDel="00000000" w:rsidP="00000000" w:rsidRDefault="00000000" w:rsidRPr="00000000" w14:paraId="00000071">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Ață de cusut, diverse culori</w:t>
            </w:r>
            <w:r w:rsidDel="00000000" w:rsidR="00000000" w:rsidRPr="00000000">
              <w:rPr>
                <w:rtl w:val="0"/>
              </w:rPr>
            </w:r>
          </w:p>
        </w:tc>
        <w:tc>
          <w:tcPr/>
          <w:p w:rsidR="00000000" w:rsidDel="00000000" w:rsidP="00000000" w:rsidRDefault="00000000" w:rsidRPr="00000000" w14:paraId="00000072">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73">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12</w:t>
            </w:r>
            <w:r w:rsidDel="00000000" w:rsidR="00000000" w:rsidRPr="00000000">
              <w:rPr>
                <w:rtl w:val="0"/>
              </w:rPr>
            </w:r>
          </w:p>
        </w:tc>
      </w:tr>
      <w:tr>
        <w:trPr>
          <w:cantSplit w:val="0"/>
          <w:tblHeader w:val="0"/>
        </w:trPr>
        <w:tc>
          <w:tcPr/>
          <w:p w:rsidR="00000000" w:rsidDel="00000000" w:rsidP="00000000" w:rsidRDefault="00000000" w:rsidRPr="00000000" w14:paraId="00000074">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5</w:t>
            </w:r>
            <w:r w:rsidDel="00000000" w:rsidR="00000000" w:rsidRPr="00000000">
              <w:rPr>
                <w:rtl w:val="0"/>
              </w:rPr>
            </w:r>
          </w:p>
        </w:tc>
        <w:tc>
          <w:tcPr/>
          <w:p w:rsidR="00000000" w:rsidDel="00000000" w:rsidP="00000000" w:rsidRDefault="00000000" w:rsidRPr="00000000" w14:paraId="00000075">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Ață pentru overlock</w:t>
            </w:r>
            <w:r w:rsidDel="00000000" w:rsidR="00000000" w:rsidRPr="00000000">
              <w:rPr>
                <w:rtl w:val="0"/>
              </w:rPr>
            </w:r>
          </w:p>
        </w:tc>
        <w:tc>
          <w:tcPr/>
          <w:p w:rsidR="00000000" w:rsidDel="00000000" w:rsidP="00000000" w:rsidRDefault="00000000" w:rsidRPr="00000000" w14:paraId="00000076">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77">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13–14</w:t>
            </w:r>
            <w:r w:rsidDel="00000000" w:rsidR="00000000" w:rsidRPr="00000000">
              <w:rPr>
                <w:rtl w:val="0"/>
              </w:rPr>
            </w:r>
          </w:p>
        </w:tc>
      </w:tr>
      <w:tr>
        <w:trPr>
          <w:cantSplit w:val="0"/>
          <w:tblHeader w:val="0"/>
        </w:trPr>
        <w:tc>
          <w:tcPr/>
          <w:p w:rsidR="00000000" w:rsidDel="00000000" w:rsidP="00000000" w:rsidRDefault="00000000" w:rsidRPr="00000000" w14:paraId="00000078">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6</w:t>
            </w:r>
            <w:r w:rsidDel="00000000" w:rsidR="00000000" w:rsidRPr="00000000">
              <w:rPr>
                <w:rtl w:val="0"/>
              </w:rPr>
            </w:r>
          </w:p>
        </w:tc>
        <w:tc>
          <w:tcPr/>
          <w:p w:rsidR="00000000" w:rsidDel="00000000" w:rsidP="00000000" w:rsidRDefault="00000000" w:rsidRPr="00000000" w14:paraId="00000079">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Ață de cusut, tip poliester, diverse culori</w:t>
            </w:r>
            <w:r w:rsidDel="00000000" w:rsidR="00000000" w:rsidRPr="00000000">
              <w:rPr>
                <w:rtl w:val="0"/>
              </w:rPr>
            </w:r>
          </w:p>
        </w:tc>
        <w:tc>
          <w:tcPr/>
          <w:p w:rsidR="00000000" w:rsidDel="00000000" w:rsidP="00000000" w:rsidRDefault="00000000" w:rsidRPr="00000000" w14:paraId="0000007A">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7B">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13</w:t>
            </w:r>
            <w:r w:rsidDel="00000000" w:rsidR="00000000" w:rsidRPr="00000000">
              <w:rPr>
                <w:rtl w:val="0"/>
              </w:rPr>
            </w:r>
          </w:p>
        </w:tc>
      </w:tr>
      <w:tr>
        <w:trPr>
          <w:cantSplit w:val="0"/>
          <w:tblHeader w:val="0"/>
        </w:trPr>
        <w:tc>
          <w:tcPr/>
          <w:p w:rsidR="00000000" w:rsidDel="00000000" w:rsidP="00000000" w:rsidRDefault="00000000" w:rsidRPr="00000000" w14:paraId="0000007C">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7</w:t>
            </w:r>
            <w:r w:rsidDel="00000000" w:rsidR="00000000" w:rsidRPr="00000000">
              <w:rPr>
                <w:rtl w:val="0"/>
              </w:rPr>
            </w:r>
          </w:p>
        </w:tc>
        <w:tc>
          <w:tcPr/>
          <w:p w:rsidR="00000000" w:rsidDel="00000000" w:rsidP="00000000" w:rsidRDefault="00000000" w:rsidRPr="00000000" w14:paraId="0000007D">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Material textil pentru producere (jucării/articole textile)</w:t>
            </w:r>
            <w:r w:rsidDel="00000000" w:rsidR="00000000" w:rsidRPr="00000000">
              <w:rPr>
                <w:rtl w:val="0"/>
              </w:rPr>
            </w:r>
          </w:p>
        </w:tc>
        <w:tc>
          <w:tcPr/>
          <w:p w:rsidR="00000000" w:rsidDel="00000000" w:rsidP="00000000" w:rsidRDefault="00000000" w:rsidRPr="00000000" w14:paraId="0000007E">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7F">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69</w:t>
            </w:r>
            <w:r w:rsidDel="00000000" w:rsidR="00000000" w:rsidRPr="00000000">
              <w:rPr>
                <w:rtl w:val="0"/>
              </w:rPr>
            </w:r>
          </w:p>
        </w:tc>
      </w:tr>
      <w:tr>
        <w:trPr>
          <w:cantSplit w:val="0"/>
          <w:tblHeader w:val="0"/>
        </w:trPr>
        <w:tc>
          <w:tcPr/>
          <w:p w:rsidR="00000000" w:rsidDel="00000000" w:rsidP="00000000" w:rsidRDefault="00000000" w:rsidRPr="00000000" w14:paraId="00000080">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8</w:t>
            </w:r>
            <w:r w:rsidDel="00000000" w:rsidR="00000000" w:rsidRPr="00000000">
              <w:rPr>
                <w:rtl w:val="0"/>
              </w:rPr>
            </w:r>
          </w:p>
        </w:tc>
        <w:tc>
          <w:tcPr/>
          <w:p w:rsidR="00000000" w:rsidDel="00000000" w:rsidP="00000000" w:rsidRDefault="00000000" w:rsidRPr="00000000" w14:paraId="00000081">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Țesătură atlas artificială / țesături diverse tipuri și culori</w:t>
            </w:r>
            <w:r w:rsidDel="00000000" w:rsidR="00000000" w:rsidRPr="00000000">
              <w:rPr>
                <w:rtl w:val="0"/>
              </w:rPr>
            </w:r>
          </w:p>
        </w:tc>
        <w:tc>
          <w:tcPr/>
          <w:p w:rsidR="00000000" w:rsidDel="00000000" w:rsidP="00000000" w:rsidRDefault="00000000" w:rsidRPr="00000000" w14:paraId="00000082">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m</w:t>
            </w:r>
            <w:r w:rsidDel="00000000" w:rsidR="00000000" w:rsidRPr="00000000">
              <w:rPr>
                <w:rtl w:val="0"/>
              </w:rPr>
            </w:r>
          </w:p>
        </w:tc>
        <w:tc>
          <w:tcPr/>
          <w:p w:rsidR="00000000" w:rsidDel="00000000" w:rsidP="00000000" w:rsidRDefault="00000000" w:rsidRPr="00000000" w14:paraId="00000083">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14,4</w:t>
            </w:r>
            <w:r w:rsidDel="00000000" w:rsidR="00000000" w:rsidRPr="00000000">
              <w:rPr>
                <w:rtl w:val="0"/>
              </w:rPr>
            </w:r>
          </w:p>
        </w:tc>
      </w:tr>
      <w:tr>
        <w:trPr>
          <w:cantSplit w:val="0"/>
          <w:tblHeader w:val="0"/>
        </w:trPr>
        <w:tc>
          <w:tcPr/>
          <w:p w:rsidR="00000000" w:rsidDel="00000000" w:rsidP="00000000" w:rsidRDefault="00000000" w:rsidRPr="00000000" w14:paraId="00000084">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9</w:t>
            </w:r>
            <w:r w:rsidDel="00000000" w:rsidR="00000000" w:rsidRPr="00000000">
              <w:rPr>
                <w:rtl w:val="0"/>
              </w:rPr>
            </w:r>
          </w:p>
        </w:tc>
        <w:tc>
          <w:tcPr/>
          <w:p w:rsidR="00000000" w:rsidDel="00000000" w:rsidP="00000000" w:rsidRDefault="00000000" w:rsidRPr="00000000" w14:paraId="00000085">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Burete/spumă poliuretanică pentru mobilier</w:t>
            </w:r>
            <w:r w:rsidDel="00000000" w:rsidR="00000000" w:rsidRPr="00000000">
              <w:rPr>
                <w:rtl w:val="0"/>
              </w:rPr>
            </w:r>
          </w:p>
        </w:tc>
        <w:tc>
          <w:tcPr/>
          <w:p w:rsidR="00000000" w:rsidDel="00000000" w:rsidP="00000000" w:rsidRDefault="00000000" w:rsidRPr="00000000" w14:paraId="00000086">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87">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10</w:t>
            </w:r>
            <w:r w:rsidDel="00000000" w:rsidR="00000000" w:rsidRPr="00000000">
              <w:rPr>
                <w:rtl w:val="0"/>
              </w:rPr>
            </w:r>
          </w:p>
        </w:tc>
      </w:tr>
    </w:tbl>
    <w:p w:rsidR="00000000" w:rsidDel="00000000" w:rsidP="00000000" w:rsidRDefault="00000000" w:rsidRPr="00000000" w14:paraId="00000088">
      <w:pPr>
        <w:spacing w:after="200" w:before="0" w:lineRule="auto"/>
        <w:jc w:val="both"/>
        <w:rPr/>
      </w:pPr>
      <w:r w:rsidDel="00000000" w:rsidR="00000000" w:rsidRPr="00000000">
        <w:rPr>
          <w:rtl w:val="0"/>
        </w:rPr>
      </w:r>
    </w:p>
    <w:p w:rsidR="00000000" w:rsidDel="00000000" w:rsidP="00000000" w:rsidRDefault="00000000" w:rsidRPr="00000000" w14:paraId="00000089">
      <w:pPr>
        <w:spacing w:after="160" w:before="0" w:lineRule="auto"/>
        <w:jc w:val="both"/>
        <w:rPr/>
      </w:pPr>
      <w:r w:rsidDel="00000000" w:rsidR="00000000" w:rsidRPr="00000000">
        <w:rPr>
          <w:rFonts w:ascii="Times New Roman" w:cs="Times New Roman" w:eastAsia="Times New Roman" w:hAnsi="Times New Roman"/>
          <w:b w:val="0"/>
          <w:bCs w:val="0"/>
          <w:i w:val="1"/>
          <w:iCs w:val="1"/>
          <w:sz w:val="24"/>
          <w:szCs w:val="24"/>
          <w:u w:val="none"/>
          <w:rtl w:val="0"/>
        </w:rPr>
        <w:t xml:space="preserve">Informații cu privire la specificațiile tehnice, cantitățile, garanția minimă, costul de livrare și alte cerințe ale bunurilor menționate mai sus sunt incluse în Anexa nr. 4.</w:t>
      </w:r>
      <w:r w:rsidDel="00000000" w:rsidR="00000000" w:rsidRPr="00000000">
        <w:rPr>
          <w:rtl w:val="0"/>
        </w:rPr>
      </w:r>
    </w:p>
    <w:p w:rsidR="00000000" w:rsidDel="00000000" w:rsidP="00000000" w:rsidRDefault="00000000" w:rsidRPr="00000000" w14:paraId="0000008A">
      <w:pPr>
        <w:spacing w:after="240" w:lineRule="auto"/>
        <w:jc w:val="both"/>
        <w:rPr/>
      </w:pPr>
      <w:r w:rsidDel="00000000" w:rsidR="00000000" w:rsidRPr="00000000">
        <w:rPr>
          <w:b w:val="1"/>
          <w:bCs w:val="1"/>
          <w:rtl w:val="0"/>
        </w:rPr>
        <w:t xml:space="preserve">NOTĂ: Oferta de preț poate fi pentru unul sau ambele loturi.</w:t>
      </w:r>
      <w:r w:rsidDel="00000000" w:rsidR="00000000" w:rsidRPr="00000000">
        <w:rPr>
          <w:rtl w:val="0"/>
        </w:rPr>
      </w:r>
    </w:p>
    <w:p w:rsidR="00000000" w:rsidDel="00000000" w:rsidP="00000000" w:rsidRDefault="00000000" w:rsidRPr="00000000" w14:paraId="0000008B">
      <w:pPr>
        <w:spacing w:after="160" w:before="80" w:lineRule="auto"/>
        <w:ind w:left="432"/>
        <w:jc w:val="both"/>
        <w:rPr>
          <w:b w:val="1"/>
          <w:bCs w:val="1"/>
          <w:highlight w:val="yellow"/>
        </w:rPr>
      </w:pPr>
      <w:r w:rsidDel="00000000" w:rsidR="00000000" w:rsidRPr="00000000">
        <w:rPr>
          <w:b w:val="1"/>
          <w:bCs w:val="1"/>
          <w:rtl w:val="0"/>
        </w:rPr>
        <w:t xml:space="preserve">2.</w:t>
        <w:tab/>
      </w:r>
      <w:r w:rsidDel="00000000" w:rsidR="00000000" w:rsidRPr="00000000">
        <w:rPr>
          <w:rtl w:val="0"/>
        </w:rPr>
        <w:t xml:space="preserve">Oferta dumneavoastră trebuie să includă cotația de preț pentru produs, în cantitățile specificate în tabelul de mai sus. Prețul evaluat al ofertei pentru fiecare lot va reprezenta valoarea totală a produsului, fără TVA. Contractul va fi atribuit per lot ofertantului care obține cel mai mare scor total, calculat astfel: 10% pentru corespunderea criteriilor tehnice și disponibilitatea produselor solicitate, și 90% pentru oferirea celui mai mic preț total evaluat.</w:t>
      </w:r>
      <w:r w:rsidDel="00000000" w:rsidR="00000000" w:rsidRPr="00000000">
        <w:rPr>
          <w:rtl w:val="0"/>
        </w:rPr>
      </w:r>
    </w:p>
    <w:p w:rsidR="00000000" w:rsidDel="00000000" w:rsidP="00000000" w:rsidRDefault="00000000" w:rsidRPr="00000000" w14:paraId="0000008C">
      <w:pPr>
        <w:spacing w:after="160" w:before="80" w:lineRule="auto"/>
        <w:ind w:left="432"/>
        <w:jc w:val="both"/>
        <w:rPr/>
      </w:pPr>
      <w:r w:rsidDel="00000000" w:rsidR="00000000" w:rsidRPr="00000000">
        <w:rPr>
          <w:u w:val="single"/>
          <w:rtl w:val="0"/>
        </w:rPr>
        <w:t xml:space="preserve">Ofertele incomplete sau parțiale nu vor fi luate în considerare și vor fi respinse</w:t>
      </w:r>
      <w:r w:rsidDel="00000000" w:rsidR="00000000" w:rsidRPr="00000000">
        <w:rPr>
          <w:rtl w:val="0"/>
        </w:rPr>
        <w:t xml:space="preserve">. </w:t>
      </w:r>
    </w:p>
    <w:p w:rsidR="00000000" w:rsidDel="00000000" w:rsidP="00000000" w:rsidRDefault="00000000" w:rsidRPr="00000000" w14:paraId="0000008D">
      <w:pPr>
        <w:spacing w:after="0" w:lineRule="auto"/>
        <w:jc w:val="both"/>
        <w:rPr>
          <w:i w:val="1"/>
          <w:iCs w:val="1"/>
        </w:rPr>
      </w:pPr>
      <w:r w:rsidDel="00000000" w:rsidR="00000000" w:rsidRPr="00000000">
        <w:rPr>
          <w:b w:val="1"/>
          <w:bCs w:val="1"/>
          <w:i w:val="1"/>
          <w:iCs w:val="1"/>
          <w:rtl w:val="0"/>
        </w:rPr>
        <w:t xml:space="preserve">NOTĂ: Oferta financiară trebuie să fie transmisă cu TVA 0%, având în vedere că Asociația „Gender-Centru” beneficiază de scutire de TVA conform prevederilor din </w:t>
      </w:r>
      <w:hyperlink r:id="rId9">
        <w:r w:rsidDel="00000000" w:rsidR="00000000" w:rsidRPr="00000000">
          <w:rPr>
            <w:b w:val="1"/>
            <w:bCs w:val="1"/>
            <w:i w:val="1"/>
            <w:iCs w:val="1"/>
            <w:color w:val="0000ff"/>
            <w:u w:val="single"/>
            <w:rtl w:val="0"/>
          </w:rPr>
          <w:t xml:space="preserve">Hotărărea Guvernului Nr. 246 din 08-04-2010 cu privire la modul de aplicare a facilităţilor fiscale şi  vamale aferente realizării proiectelor de asistenţă tehnică şi investiţională în derulare, care cad sub incidenţa tratatelor internaţionale la care Republica Moldova este parte</w:t>
        </w:r>
      </w:hyperlink>
      <w:r w:rsidDel="00000000" w:rsidR="00000000" w:rsidRPr="00000000">
        <w:rPr>
          <w:b w:val="1"/>
          <w:bCs w:val="1"/>
          <w:i w:val="1"/>
          <w:iCs w:val="1"/>
          <w:rtl w:val="0"/>
        </w:rPr>
        <w:t xml:space="preserve">.</w:t>
      </w:r>
      <w:r w:rsidDel="00000000" w:rsidR="00000000" w:rsidRPr="00000000">
        <w:rPr>
          <w:rtl w:val="0"/>
        </w:rPr>
      </w:r>
    </w:p>
    <w:p w:rsidR="00000000" w:rsidDel="00000000" w:rsidP="00000000" w:rsidRDefault="00000000" w:rsidRPr="00000000" w14:paraId="0000008E">
      <w:pPr>
        <w:spacing w:after="240" w:lineRule="auto"/>
        <w:jc w:val="both"/>
        <w:rPr>
          <w:b w:val="1"/>
          <w:bCs w:val="1"/>
        </w:rPr>
      </w:pPr>
      <w:r w:rsidDel="00000000" w:rsidR="00000000" w:rsidRPr="00000000">
        <w:rPr>
          <w:rtl w:val="0"/>
        </w:rPr>
      </w:r>
    </w:p>
    <w:p w:rsidR="00000000" w:rsidDel="00000000" w:rsidP="00000000" w:rsidRDefault="00000000" w:rsidRPr="00000000" w14:paraId="0000008F">
      <w:pPr>
        <w:spacing w:after="160" w:before="80" w:lineRule="auto"/>
        <w:ind w:left="432"/>
        <w:jc w:val="both"/>
        <w:rPr/>
      </w:pPr>
      <w:r w:rsidDel="00000000" w:rsidR="00000000" w:rsidRPr="00000000">
        <w:rPr>
          <w:b w:val="1"/>
          <w:bCs w:val="1"/>
          <w:rtl w:val="0"/>
        </w:rPr>
        <w:t xml:space="preserve">3.</w:t>
        <w:tab/>
      </w:r>
      <w:r w:rsidDel="00000000" w:rsidR="00000000" w:rsidRPr="00000000">
        <w:rPr>
          <w:rtl w:val="0"/>
        </w:rPr>
        <w:t xml:space="preserve">Oferta Dvs., în formatul solicitat anexat, trebuie să fie expediată în format electronic (PDF) la următoarea adresă de e-mail:</w:t>
      </w:r>
    </w:p>
    <w:p w:rsidR="00000000" w:rsidDel="00000000" w:rsidP="00000000" w:rsidRDefault="00000000" w:rsidRPr="00000000" w14:paraId="00000090">
      <w:pPr>
        <w:spacing w:after="40" w:lineRule="auto"/>
        <w:ind w:left="432" w:firstLine="0"/>
        <w:jc w:val="both"/>
        <w:rPr/>
      </w:pPr>
      <w:hyperlink r:id="rId10">
        <w:r w:rsidDel="00000000" w:rsidR="00000000" w:rsidRPr="00000000">
          <w:rPr>
            <w:color w:val="1155cc"/>
            <w:u w:val="single"/>
            <w:rtl w:val="0"/>
          </w:rPr>
          <w:t xml:space="preserve">info@gender-centru.md</w:t>
        </w:r>
      </w:hyperlink>
      <w:r w:rsidDel="00000000" w:rsidR="00000000" w:rsidRPr="00000000">
        <w:rPr>
          <w:rtl w:val="0"/>
        </w:rPr>
        <w:t xml:space="preserve"> </w:t>
      </w:r>
    </w:p>
    <w:p w:rsidR="00000000" w:rsidDel="00000000" w:rsidP="00000000" w:rsidRDefault="00000000" w:rsidRPr="00000000" w14:paraId="00000091">
      <w:pPr>
        <w:spacing w:after="40" w:lineRule="auto"/>
        <w:ind w:left="432" w:firstLine="0"/>
        <w:jc w:val="both"/>
        <w:rPr/>
      </w:pPr>
      <w:r w:rsidDel="00000000" w:rsidR="00000000" w:rsidRPr="00000000">
        <w:rPr>
          <w:rtl w:val="0"/>
        </w:rPr>
        <w:t xml:space="preserve">Cristina Snegur, Asistentă de procurări</w:t>
      </w:r>
    </w:p>
    <w:p w:rsidR="00000000" w:rsidDel="00000000" w:rsidP="00000000" w:rsidRDefault="00000000" w:rsidRPr="00000000" w14:paraId="00000092">
      <w:pPr>
        <w:spacing w:after="40" w:lineRule="auto"/>
        <w:ind w:left="432" w:firstLine="0"/>
        <w:jc w:val="both"/>
        <w:rPr/>
      </w:pPr>
      <w:r w:rsidDel="00000000" w:rsidR="00000000" w:rsidRPr="00000000">
        <w:rPr>
          <w:rtl w:val="0"/>
        </w:rPr>
      </w:r>
    </w:p>
    <w:p w:rsidR="00000000" w:rsidDel="00000000" w:rsidP="00000000" w:rsidRDefault="00000000" w:rsidRPr="00000000" w14:paraId="00000093">
      <w:pPr>
        <w:spacing w:after="240" w:lineRule="auto"/>
        <w:ind w:left="440" w:firstLine="0"/>
        <w:jc w:val="both"/>
        <w:rPr>
          <w:i w:val="1"/>
          <w:iCs w:val="1"/>
          <w:u w:val="single"/>
        </w:rPr>
      </w:pPr>
      <w:r w:rsidDel="00000000" w:rsidR="00000000" w:rsidRPr="00000000">
        <w:rPr>
          <w:i w:val="1"/>
          <w:iCs w:val="1"/>
          <w:u w:val="single"/>
          <w:rtl w:val="0"/>
        </w:rPr>
        <w:t xml:space="preserve">Ref: Echipament de croitorie și producere textilă, materiale consumabile (LOT 1 – LOT 5)</w:t>
      </w:r>
    </w:p>
    <w:p w:rsidR="00000000" w:rsidDel="00000000" w:rsidP="00000000" w:rsidRDefault="00000000" w:rsidRPr="00000000" w14:paraId="00000094">
      <w:pPr>
        <w:spacing w:after="40" w:lineRule="auto"/>
        <w:jc w:val="both"/>
        <w:rPr/>
      </w:pPr>
      <w:r w:rsidDel="00000000" w:rsidR="00000000" w:rsidRPr="00000000">
        <w:rPr>
          <w:rtl w:val="0"/>
        </w:rPr>
        <w:t xml:space="preserve">Oferta poate fi depusă:</w:t>
      </w:r>
    </w:p>
    <w:p w:rsidR="00000000" w:rsidDel="00000000" w:rsidP="00000000" w:rsidRDefault="00000000" w:rsidRPr="00000000" w14:paraId="00000095">
      <w:pPr>
        <w:spacing w:after="40" w:lineRule="auto"/>
        <w:ind w:left="432" w:firstLine="0"/>
        <w:jc w:val="both"/>
        <w:rPr/>
      </w:pPr>
      <w:r w:rsidDel="00000000" w:rsidR="00000000" w:rsidRPr="00000000">
        <w:rPr>
          <w:rtl w:val="0"/>
        </w:rPr>
        <w:t xml:space="preserve">-  în original, semnată electronic conform Legii nr. 124/2022</w:t>
      </w:r>
    </w:p>
    <w:p w:rsidR="00000000" w:rsidDel="00000000" w:rsidP="00000000" w:rsidRDefault="00000000" w:rsidRPr="00000000" w14:paraId="00000096">
      <w:pPr>
        <w:spacing w:after="40" w:lineRule="auto"/>
        <w:ind w:left="432" w:firstLine="0"/>
        <w:jc w:val="both"/>
        <w:rPr/>
      </w:pPr>
      <w:r w:rsidDel="00000000" w:rsidR="00000000" w:rsidRPr="00000000">
        <w:rPr>
          <w:rtl w:val="0"/>
        </w:rPr>
        <w:t xml:space="preserve">sau</w:t>
      </w:r>
    </w:p>
    <w:p w:rsidR="00000000" w:rsidDel="00000000" w:rsidP="00000000" w:rsidRDefault="00000000" w:rsidRPr="00000000" w14:paraId="00000097">
      <w:pPr>
        <w:spacing w:after="240" w:lineRule="auto"/>
        <w:ind w:left="432" w:firstLine="0"/>
        <w:jc w:val="both"/>
        <w:rPr/>
      </w:pPr>
      <w:r w:rsidDel="00000000" w:rsidR="00000000" w:rsidRPr="00000000">
        <w:rPr>
          <w:rtl w:val="0"/>
        </w:rPr>
        <w:t xml:space="preserve">-  în copie scanată a originalului semnat olograf.</w:t>
      </w:r>
    </w:p>
    <w:p w:rsidR="00000000" w:rsidDel="00000000" w:rsidP="00000000" w:rsidRDefault="00000000" w:rsidRPr="00000000" w14:paraId="00000098">
      <w:pPr>
        <w:spacing w:after="80" w:lineRule="auto"/>
        <w:jc w:val="both"/>
        <w:rPr/>
      </w:pPr>
      <w:r w:rsidDel="00000000" w:rsidR="00000000" w:rsidRPr="00000000">
        <w:rPr>
          <w:rtl w:val="0"/>
        </w:rPr>
        <w:t xml:space="preserve">Oferta dumneavoastră trebuie să conțină:</w:t>
      </w:r>
    </w:p>
    <w:p w:rsidR="00000000" w:rsidDel="00000000" w:rsidP="00000000" w:rsidRDefault="00000000" w:rsidRPr="00000000" w14:paraId="00000099">
      <w:pPr>
        <w:spacing w:after="80" w:line="240" w:lineRule="auto"/>
        <w:ind w:left="432" w:firstLine="0"/>
        <w:jc w:val="both"/>
        <w:rPr/>
      </w:pPr>
      <w:r w:rsidDel="00000000" w:rsidR="00000000" w:rsidRPr="00000000">
        <w:rPr>
          <w:rtl w:val="0"/>
        </w:rPr>
        <w:t xml:space="preserve">a) </w:t>
      </w:r>
      <w:r w:rsidDel="00000000" w:rsidR="00000000" w:rsidRPr="00000000">
        <w:rPr>
          <w:b w:val="1"/>
          <w:bCs w:val="1"/>
          <w:rtl w:val="0"/>
        </w:rPr>
        <w:t xml:space="preserve">Anexa nr. 1</w:t>
      </w:r>
      <w:r w:rsidDel="00000000" w:rsidR="00000000" w:rsidRPr="00000000">
        <w:rPr>
          <w:rtl w:val="0"/>
        </w:rPr>
        <w:t xml:space="preserve"> - Formularul de Contract de furnizare semnat și ștampilat pentru acceptarea formatului și a clauzelor contractuale;</w:t>
      </w:r>
    </w:p>
    <w:p w:rsidR="00000000" w:rsidDel="00000000" w:rsidP="00000000" w:rsidRDefault="00000000" w:rsidRPr="00000000" w14:paraId="0000009A">
      <w:pPr>
        <w:spacing w:after="80" w:line="240" w:lineRule="auto"/>
        <w:ind w:left="432" w:firstLine="0"/>
        <w:jc w:val="both"/>
        <w:rPr/>
      </w:pPr>
      <w:r w:rsidDel="00000000" w:rsidR="00000000" w:rsidRPr="00000000">
        <w:rPr>
          <w:rtl w:val="0"/>
        </w:rPr>
        <w:t xml:space="preserve">b) </w:t>
      </w:r>
      <w:r w:rsidDel="00000000" w:rsidR="00000000" w:rsidRPr="00000000">
        <w:rPr>
          <w:b w:val="1"/>
          <w:bCs w:val="1"/>
          <w:rtl w:val="0"/>
        </w:rPr>
        <w:t xml:space="preserve">Anexa nr. 2</w:t>
      </w:r>
      <w:r w:rsidDel="00000000" w:rsidR="00000000" w:rsidRPr="00000000">
        <w:rPr>
          <w:rtl w:val="0"/>
        </w:rPr>
        <w:t xml:space="preserve"> - Fraudă și Corupție, semnat și ștampilat privind luarea la cunoștință;</w:t>
      </w:r>
    </w:p>
    <w:p w:rsidR="00000000" w:rsidDel="00000000" w:rsidP="00000000" w:rsidRDefault="00000000" w:rsidRPr="00000000" w14:paraId="0000009B">
      <w:pPr>
        <w:spacing w:after="80" w:line="240" w:lineRule="auto"/>
        <w:ind w:left="432" w:firstLine="0"/>
        <w:jc w:val="both"/>
        <w:rPr/>
      </w:pPr>
      <w:r w:rsidDel="00000000" w:rsidR="00000000" w:rsidRPr="00000000">
        <w:rPr>
          <w:rtl w:val="0"/>
        </w:rPr>
        <w:t xml:space="preserve">c) </w:t>
      </w:r>
      <w:r w:rsidDel="00000000" w:rsidR="00000000" w:rsidRPr="00000000">
        <w:rPr>
          <w:b w:val="1"/>
          <w:bCs w:val="1"/>
          <w:rtl w:val="0"/>
        </w:rPr>
        <w:t xml:space="preserve">Anexa nr. 3</w:t>
      </w:r>
      <w:r w:rsidDel="00000000" w:rsidR="00000000" w:rsidRPr="00000000">
        <w:rPr>
          <w:rtl w:val="0"/>
        </w:rPr>
        <w:t xml:space="preserve"> - Formularul de ofertă, semnat și ștampilat;</w:t>
      </w:r>
    </w:p>
    <w:p w:rsidR="00000000" w:rsidDel="00000000" w:rsidP="00000000" w:rsidRDefault="00000000" w:rsidRPr="00000000" w14:paraId="0000009C">
      <w:pPr>
        <w:spacing w:after="80" w:line="240" w:lineRule="auto"/>
        <w:ind w:left="432" w:firstLine="0"/>
        <w:jc w:val="both"/>
        <w:rPr/>
      </w:pPr>
      <w:r w:rsidDel="00000000" w:rsidR="00000000" w:rsidRPr="00000000">
        <w:rPr>
          <w:rtl w:val="0"/>
        </w:rPr>
        <w:t xml:space="preserve">d) </w:t>
      </w:r>
      <w:r w:rsidDel="00000000" w:rsidR="00000000" w:rsidRPr="00000000">
        <w:rPr>
          <w:b w:val="1"/>
          <w:bCs w:val="1"/>
          <w:rtl w:val="0"/>
        </w:rPr>
        <w:t xml:space="preserve">Anexa nr. 4</w:t>
      </w:r>
      <w:r w:rsidDel="00000000" w:rsidR="00000000" w:rsidRPr="00000000">
        <w:rPr>
          <w:rtl w:val="0"/>
        </w:rPr>
        <w:t xml:space="preserve"> – Formularul Termenii și condițiile de livrare și plată, cu prețurile cotate și costul de livrare, semnat și ștampilat în conformitate cu prevederile punctului 6 din Cererea de cotații;</w:t>
      </w:r>
    </w:p>
    <w:p w:rsidR="00000000" w:rsidDel="00000000" w:rsidP="00000000" w:rsidRDefault="00000000" w:rsidRPr="00000000" w14:paraId="0000009D">
      <w:pPr>
        <w:spacing w:after="80" w:line="240" w:lineRule="auto"/>
        <w:ind w:left="432" w:firstLine="0"/>
        <w:jc w:val="both"/>
        <w:rPr/>
      </w:pPr>
      <w:r w:rsidDel="00000000" w:rsidR="00000000" w:rsidRPr="00000000">
        <w:rPr>
          <w:rtl w:val="0"/>
        </w:rPr>
        <w:t xml:space="preserve">e) </w:t>
      </w:r>
      <w:r w:rsidDel="00000000" w:rsidR="00000000" w:rsidRPr="00000000">
        <w:rPr>
          <w:b w:val="1"/>
          <w:bCs w:val="1"/>
          <w:rtl w:val="0"/>
        </w:rPr>
        <w:t xml:space="preserve">Anexa nr. 5</w:t>
      </w:r>
      <w:r w:rsidDel="00000000" w:rsidR="00000000" w:rsidRPr="00000000">
        <w:rPr>
          <w:rtl w:val="0"/>
        </w:rPr>
        <w:t xml:space="preserve"> – Declarație pe propria răspundere semnată (document care atestă calificarea ofertantului);</w:t>
      </w:r>
    </w:p>
    <w:p w:rsidR="00000000" w:rsidDel="00000000" w:rsidP="00000000" w:rsidRDefault="00000000" w:rsidRPr="00000000" w14:paraId="0000009E">
      <w:pPr>
        <w:spacing w:after="80" w:line="240" w:lineRule="auto"/>
        <w:ind w:left="432" w:firstLine="0"/>
        <w:jc w:val="both"/>
        <w:rPr/>
      </w:pPr>
      <w:r w:rsidDel="00000000" w:rsidR="00000000" w:rsidRPr="00000000">
        <w:rPr>
          <w:rtl w:val="0"/>
        </w:rPr>
        <w:t xml:space="preserve">f) </w:t>
      </w:r>
      <w:r w:rsidDel="00000000" w:rsidR="00000000" w:rsidRPr="00000000">
        <w:rPr>
          <w:b w:val="1"/>
          <w:bCs w:val="1"/>
          <w:rtl w:val="0"/>
        </w:rPr>
        <w:t xml:space="preserve">Anexa nr. 6</w:t>
      </w:r>
      <w:r w:rsidDel="00000000" w:rsidR="00000000" w:rsidRPr="00000000">
        <w:rPr>
          <w:rtl w:val="0"/>
        </w:rPr>
        <w:t xml:space="preserve"> - Împuternicire scrisă pentru semnatarul documentelor ofertei;</w:t>
      </w:r>
    </w:p>
    <w:p w:rsidR="00000000" w:rsidDel="00000000" w:rsidP="00000000" w:rsidRDefault="00000000" w:rsidRPr="00000000" w14:paraId="0000009F">
      <w:pPr>
        <w:spacing w:after="80" w:line="240" w:lineRule="auto"/>
        <w:ind w:left="432" w:firstLine="0"/>
        <w:jc w:val="both"/>
        <w:rPr/>
      </w:pPr>
      <w:r w:rsidDel="00000000" w:rsidR="00000000" w:rsidRPr="00000000">
        <w:rPr>
          <w:rtl w:val="0"/>
        </w:rPr>
        <w:t xml:space="preserve">g) </w:t>
      </w:r>
      <w:r w:rsidDel="00000000" w:rsidR="00000000" w:rsidRPr="00000000">
        <w:rPr>
          <w:b w:val="1"/>
          <w:bCs w:val="1"/>
          <w:rtl w:val="0"/>
        </w:rPr>
        <w:t xml:space="preserve">Documentele solicitate la punctul 4 de mai jos.</w:t>
      </w:r>
      <w:r w:rsidDel="00000000" w:rsidR="00000000" w:rsidRPr="00000000">
        <w:rPr>
          <w:rtl w:val="0"/>
        </w:rPr>
      </w:r>
    </w:p>
    <w:p w:rsidR="00000000" w:rsidDel="00000000" w:rsidP="00000000" w:rsidRDefault="00000000" w:rsidRPr="00000000" w14:paraId="000000A0">
      <w:pPr>
        <w:spacing w:after="160" w:lineRule="auto"/>
        <w:jc w:val="both"/>
        <w:rPr/>
      </w:pPr>
      <w:r w:rsidDel="00000000" w:rsidR="00000000" w:rsidRPr="00000000">
        <w:rPr>
          <w:rtl w:val="0"/>
        </w:rPr>
      </w:r>
    </w:p>
    <w:p w:rsidR="00000000" w:rsidDel="00000000" w:rsidP="00000000" w:rsidRDefault="00000000" w:rsidRPr="00000000" w14:paraId="000000A1">
      <w:pPr>
        <w:spacing w:after="160" w:before="80" w:lineRule="auto"/>
        <w:ind w:left="432"/>
        <w:jc w:val="both"/>
        <w:rPr/>
      </w:pPr>
      <w:r w:rsidDel="00000000" w:rsidR="00000000" w:rsidRPr="00000000">
        <w:rPr>
          <w:b w:val="1"/>
          <w:bCs w:val="1"/>
          <w:rtl w:val="0"/>
        </w:rPr>
        <w:t xml:space="preserve">4.</w:t>
        <w:tab/>
      </w:r>
      <w:r w:rsidDel="00000000" w:rsidR="00000000" w:rsidRPr="00000000">
        <w:rPr>
          <w:rtl w:val="0"/>
        </w:rPr>
        <w:t xml:space="preserve">Oferta dumneavoastră, elaborată în limba română, va fi însoțită și de următoarele documente:</w:t>
      </w:r>
    </w:p>
    <w:p w:rsidR="00000000" w:rsidDel="00000000" w:rsidP="00000000" w:rsidRDefault="00000000" w:rsidRPr="00000000" w14:paraId="000000A2">
      <w:pPr>
        <w:spacing w:after="40" w:lineRule="auto"/>
        <w:ind w:left="720" w:firstLine="0"/>
        <w:jc w:val="both"/>
        <w:rPr/>
      </w:pPr>
      <w:r w:rsidDel="00000000" w:rsidR="00000000" w:rsidRPr="00000000">
        <w:rPr>
          <w:rtl w:val="0"/>
        </w:rPr>
        <w:t xml:space="preserve">i.   Copie după Certificatul de înregistrare sau a Extrasului din Registrul de Stat;</w:t>
      </w:r>
    </w:p>
    <w:p w:rsidR="00000000" w:rsidDel="00000000" w:rsidP="00000000" w:rsidRDefault="00000000" w:rsidRPr="00000000" w14:paraId="000000A3">
      <w:pPr>
        <w:spacing w:after="40" w:lineRule="auto"/>
        <w:ind w:left="720" w:firstLine="0"/>
        <w:jc w:val="both"/>
        <w:rPr/>
      </w:pPr>
      <w:r w:rsidDel="00000000" w:rsidR="00000000" w:rsidRPr="00000000">
        <w:rPr>
          <w:rtl w:val="0"/>
        </w:rPr>
        <w:t xml:space="preserve">ii.  Certificate/declarații de conformitate pentru produsele ofertate, potrivit cerințelor specificațiilor tehnice din Anexa nr. 4;</w:t>
      </w:r>
    </w:p>
    <w:p w:rsidR="00000000" w:rsidDel="00000000" w:rsidP="00000000" w:rsidRDefault="00000000" w:rsidRPr="00000000" w14:paraId="000000A4">
      <w:pPr>
        <w:spacing w:after="240" w:lineRule="auto"/>
        <w:ind w:left="720" w:firstLine="0"/>
        <w:jc w:val="both"/>
        <w:rPr/>
      </w:pPr>
      <w:r w:rsidDel="00000000" w:rsidR="00000000" w:rsidRPr="00000000">
        <w:rPr>
          <w:rtl w:val="0"/>
        </w:rPr>
        <w:t xml:space="preserve">iii. Dovada capacității de livrare a produselor pe teritoriul Republicii Moldova (rețea de distribuție, puncte de lucru/showroom-uri, parteneri de curierat sau echivalent).</w:t>
      </w:r>
    </w:p>
    <w:p w:rsidR="00000000" w:rsidDel="00000000" w:rsidP="00000000" w:rsidRDefault="00000000" w:rsidRPr="00000000" w14:paraId="000000A5">
      <w:pPr>
        <w:spacing w:after="160" w:before="80" w:lineRule="auto"/>
        <w:ind w:left="432"/>
        <w:jc w:val="both"/>
        <w:rPr>
          <w:b w:val="1"/>
          <w:bCs w:val="1"/>
        </w:rPr>
      </w:pPr>
      <w:r w:rsidDel="00000000" w:rsidR="00000000" w:rsidRPr="00000000">
        <w:rPr>
          <w:b w:val="1"/>
          <w:bCs w:val="1"/>
          <w:rtl w:val="0"/>
        </w:rPr>
        <w:t xml:space="preserve">5.</w:t>
        <w:tab/>
      </w:r>
      <w:r w:rsidDel="00000000" w:rsidR="00000000" w:rsidRPr="00000000">
        <w:rPr>
          <w:rtl w:val="0"/>
        </w:rPr>
        <w:t xml:space="preserve">Termenul limită de primire a ofertei Dvs. la adresa de email indicată la punctul 3 de mai sus este: </w:t>
      </w:r>
      <w:r w:rsidDel="00000000" w:rsidR="00000000" w:rsidRPr="00000000">
        <w:rPr>
          <w:b w:val="1"/>
          <w:bCs w:val="1"/>
          <w:rtl w:val="0"/>
        </w:rPr>
        <w:t xml:space="preserve">23 septembrie 2026</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A6">
      <w:pPr>
        <w:spacing w:after="160" w:before="80" w:lineRule="auto"/>
        <w:ind w:left="432" w:hanging="432"/>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6.</w:t>
        <w:tab/>
      </w:r>
      <w:r w:rsidDel="00000000" w:rsidR="00000000" w:rsidRPr="00000000">
        <w:rPr>
          <w:rFonts w:ascii="Times New Roman" w:cs="Times New Roman" w:eastAsia="Times New Roman" w:hAnsi="Times New Roman"/>
          <w:b w:val="0"/>
          <w:bCs w:val="0"/>
          <w:i w:val="0"/>
          <w:iCs w:val="0"/>
          <w:sz w:val="24"/>
          <w:szCs w:val="24"/>
          <w:u w:val="none"/>
          <w:rtl w:val="0"/>
        </w:rPr>
        <w:t xml:space="preserve">Criterii minime de eligibilitate</w:t>
      </w:r>
      <w:r w:rsidDel="00000000" w:rsidR="00000000" w:rsidRPr="00000000">
        <w:rPr>
          <w:rtl w:val="0"/>
        </w:rPr>
      </w:r>
    </w:p>
    <w:p w:rsidR="00000000" w:rsidDel="00000000" w:rsidP="00000000" w:rsidRDefault="00000000" w:rsidRPr="00000000" w14:paraId="000000A7">
      <w:pPr>
        <w:spacing w:after="120" w:before="0" w:lineRule="auto"/>
        <w:ind w:left="432" w:firstLine="0"/>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Oferta dumneavoastră trebuie să demonstreze îndeplinirea următoarelor criterii minime de eligibilitate:</w:t>
      </w:r>
      <w:r w:rsidDel="00000000" w:rsidR="00000000" w:rsidRPr="00000000">
        <w:rPr>
          <w:rtl w:val="0"/>
        </w:rPr>
      </w:r>
    </w:p>
    <w:p w:rsidR="00000000" w:rsidDel="00000000" w:rsidP="00000000" w:rsidRDefault="00000000" w:rsidRPr="00000000" w14:paraId="000000A8">
      <w:pPr>
        <w:spacing w:after="80" w:before="120" w:lineRule="auto"/>
        <w:ind w:left="432" w:firstLine="0"/>
        <w:jc w:val="left"/>
        <w:rPr/>
      </w:pPr>
      <w:r w:rsidDel="00000000" w:rsidR="00000000" w:rsidRPr="00000000">
        <w:rPr>
          <w:rFonts w:ascii="Times New Roman" w:cs="Times New Roman" w:eastAsia="Times New Roman" w:hAnsi="Times New Roman"/>
          <w:b w:val="1"/>
          <w:bCs w:val="1"/>
          <w:i w:val="0"/>
          <w:iCs w:val="0"/>
          <w:sz w:val="24"/>
          <w:szCs w:val="24"/>
          <w:u w:val="none"/>
          <w:rtl w:val="0"/>
        </w:rPr>
        <w:t xml:space="preserve">LOT 1</w:t>
      </w:r>
      <w:r w:rsidDel="00000000" w:rsidR="00000000" w:rsidRPr="00000000">
        <w:rPr>
          <w:rtl w:val="0"/>
        </w:rPr>
      </w:r>
    </w:p>
    <w:p w:rsidR="00000000" w:rsidDel="00000000" w:rsidP="00000000" w:rsidRDefault="00000000" w:rsidRPr="00000000" w14:paraId="000000A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trebuie să fie persoană juridică înregistrată legal în Republica Moldova.</w:t>
      </w:r>
    </w:p>
    <w:p w:rsidR="00000000" w:rsidDel="00000000" w:rsidP="00000000" w:rsidRDefault="00000000" w:rsidRPr="00000000" w14:paraId="000000A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trebuie să demonstreze experiență în comercializarea/furnizarea de mașini de cusut industriale similare celor solicitate.</w:t>
      </w:r>
    </w:p>
    <w:p w:rsidR="00000000" w:rsidDel="00000000" w:rsidP="00000000" w:rsidRDefault="00000000" w:rsidRPr="00000000" w14:paraId="000000A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80" w:before="0" w:line="276"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trebuie să asigure livrarea produselor la locațiile beneficiarelor pe teritoriul Republicii Moldova, inclusiv municipii și zone rurale, cu excepția Regiunii Transnistrene.</w:t>
      </w:r>
    </w:p>
    <w:p w:rsidR="00000000" w:rsidDel="00000000" w:rsidP="00000000" w:rsidRDefault="00000000" w:rsidRPr="00000000" w14:paraId="000000AC">
      <w:pPr>
        <w:spacing w:after="80" w:before="120" w:lineRule="auto"/>
        <w:ind w:left="432" w:firstLine="0"/>
        <w:jc w:val="left"/>
        <w:rPr/>
      </w:pPr>
      <w:r w:rsidDel="00000000" w:rsidR="00000000" w:rsidRPr="00000000">
        <w:rPr>
          <w:rFonts w:ascii="Times New Roman" w:cs="Times New Roman" w:eastAsia="Times New Roman" w:hAnsi="Times New Roman"/>
          <w:b w:val="1"/>
          <w:bCs w:val="1"/>
          <w:i w:val="0"/>
          <w:iCs w:val="0"/>
          <w:sz w:val="24"/>
          <w:szCs w:val="24"/>
          <w:u w:val="none"/>
          <w:rtl w:val="0"/>
        </w:rPr>
        <w:t xml:space="preserve">LOT 2</w:t>
      </w:r>
      <w:r w:rsidDel="00000000" w:rsidR="00000000" w:rsidRPr="00000000">
        <w:rPr>
          <w:rtl w:val="0"/>
        </w:rPr>
      </w:r>
    </w:p>
    <w:p w:rsidR="00000000" w:rsidDel="00000000" w:rsidP="00000000" w:rsidRDefault="00000000" w:rsidRPr="00000000" w14:paraId="000000A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trebuie să fie persoană juridică înregistrată legal în Republica Moldova.</w:t>
      </w:r>
    </w:p>
    <w:p w:rsidR="00000000" w:rsidDel="00000000" w:rsidP="00000000" w:rsidRDefault="00000000" w:rsidRPr="00000000" w14:paraId="000000A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trebuie să demonstreze experiență în comercializarea/furnizarea de mașini de overlock/coverstitch similare celor solicitate.</w:t>
      </w:r>
    </w:p>
    <w:p w:rsidR="00000000" w:rsidDel="00000000" w:rsidP="00000000" w:rsidRDefault="00000000" w:rsidRPr="00000000" w14:paraId="000000A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80" w:before="0" w:line="276"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trebuie să asigure livrarea produselor la locațiile beneficiarelor pe teritoriul Republicii Moldova, inclusiv municipii și zone rurale, cu excepția Regiunii Transnistrene.</w:t>
      </w:r>
    </w:p>
    <w:p w:rsidR="00000000" w:rsidDel="00000000" w:rsidP="00000000" w:rsidRDefault="00000000" w:rsidRPr="00000000" w14:paraId="000000B0">
      <w:pPr>
        <w:spacing w:after="80" w:before="120" w:lineRule="auto"/>
        <w:ind w:left="432" w:firstLine="0"/>
        <w:jc w:val="left"/>
        <w:rPr/>
      </w:pPr>
      <w:r w:rsidDel="00000000" w:rsidR="00000000" w:rsidRPr="00000000">
        <w:rPr>
          <w:rFonts w:ascii="Times New Roman" w:cs="Times New Roman" w:eastAsia="Times New Roman" w:hAnsi="Times New Roman"/>
          <w:b w:val="1"/>
          <w:bCs w:val="1"/>
          <w:i w:val="0"/>
          <w:iCs w:val="0"/>
          <w:sz w:val="24"/>
          <w:szCs w:val="24"/>
          <w:u w:val="none"/>
          <w:rtl w:val="0"/>
        </w:rPr>
        <w:t xml:space="preserve">LOT 3</w:t>
      </w:r>
      <w:r w:rsidDel="00000000" w:rsidR="00000000" w:rsidRPr="00000000">
        <w:rPr>
          <w:rtl w:val="0"/>
        </w:rPr>
      </w:r>
    </w:p>
    <w:p w:rsidR="00000000" w:rsidDel="00000000" w:rsidP="00000000" w:rsidRDefault="00000000" w:rsidRPr="00000000" w14:paraId="000000B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trebuie să fie persoană juridică înregistrată legal în Republica Moldova.</w:t>
      </w:r>
    </w:p>
    <w:p w:rsidR="00000000" w:rsidDel="00000000" w:rsidP="00000000" w:rsidRDefault="00000000" w:rsidRPr="00000000" w14:paraId="000000B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trebuie să demonstreze experiență în comercializarea/furnizarea de echipament auxiliar de finisare textilă similar celui solicitat.</w:t>
      </w:r>
    </w:p>
    <w:p w:rsidR="00000000" w:rsidDel="00000000" w:rsidP="00000000" w:rsidRDefault="00000000" w:rsidRPr="00000000" w14:paraId="000000B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80" w:before="0" w:line="276"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trebuie să asigure livrarea produselor la locațiile beneficiarelor pe teritoriul Republicii Moldova, inclusiv municipii și zone rurale, cu excepția Regiunii Transnistrene.</w:t>
      </w:r>
    </w:p>
    <w:p w:rsidR="00000000" w:rsidDel="00000000" w:rsidP="00000000" w:rsidRDefault="00000000" w:rsidRPr="00000000" w14:paraId="000000B4">
      <w:pPr>
        <w:spacing w:after="80" w:before="120" w:lineRule="auto"/>
        <w:ind w:left="432" w:firstLine="0"/>
        <w:jc w:val="left"/>
        <w:rPr/>
      </w:pPr>
      <w:r w:rsidDel="00000000" w:rsidR="00000000" w:rsidRPr="00000000">
        <w:rPr>
          <w:rFonts w:ascii="Times New Roman" w:cs="Times New Roman" w:eastAsia="Times New Roman" w:hAnsi="Times New Roman"/>
          <w:b w:val="1"/>
          <w:bCs w:val="1"/>
          <w:i w:val="0"/>
          <w:iCs w:val="0"/>
          <w:sz w:val="24"/>
          <w:szCs w:val="24"/>
          <w:u w:val="none"/>
          <w:rtl w:val="0"/>
        </w:rPr>
        <w:t xml:space="preserve">LOT 4</w:t>
      </w:r>
      <w:r w:rsidDel="00000000" w:rsidR="00000000" w:rsidRPr="00000000">
        <w:rPr>
          <w:rtl w:val="0"/>
        </w:rPr>
      </w:r>
    </w:p>
    <w:p w:rsidR="00000000" w:rsidDel="00000000" w:rsidP="00000000" w:rsidRDefault="00000000" w:rsidRPr="00000000" w14:paraId="000000B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trebuie să fie persoană juridică înregistrată legal în Republica Moldova.</w:t>
      </w:r>
    </w:p>
    <w:p w:rsidR="00000000" w:rsidDel="00000000" w:rsidP="00000000" w:rsidRDefault="00000000" w:rsidRPr="00000000" w14:paraId="000000B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trebuie să demonstreze experiență în comercializarea/furnizarea de unelte și instrumente de croitorie similare celor solicitate.</w:t>
      </w:r>
    </w:p>
    <w:p w:rsidR="00000000" w:rsidDel="00000000" w:rsidP="00000000" w:rsidRDefault="00000000" w:rsidRPr="00000000" w14:paraId="000000B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80" w:before="0" w:line="276"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trebuie să asigure livrarea produselor la locațiile beneficiarelor pe teritoriul Republicii Moldova, inclusiv municipii și zone rurale, cu excepția Regiunii Transnistrene.</w:t>
      </w:r>
    </w:p>
    <w:p w:rsidR="00000000" w:rsidDel="00000000" w:rsidP="00000000" w:rsidRDefault="00000000" w:rsidRPr="00000000" w14:paraId="000000B8">
      <w:pPr>
        <w:spacing w:after="80" w:before="120" w:lineRule="auto"/>
        <w:ind w:left="432" w:firstLine="0"/>
        <w:jc w:val="left"/>
        <w:rPr/>
      </w:pPr>
      <w:r w:rsidDel="00000000" w:rsidR="00000000" w:rsidRPr="00000000">
        <w:rPr>
          <w:rFonts w:ascii="Times New Roman" w:cs="Times New Roman" w:eastAsia="Times New Roman" w:hAnsi="Times New Roman"/>
          <w:b w:val="1"/>
          <w:bCs w:val="1"/>
          <w:i w:val="0"/>
          <w:iCs w:val="0"/>
          <w:sz w:val="24"/>
          <w:szCs w:val="24"/>
          <w:u w:val="none"/>
          <w:rtl w:val="0"/>
        </w:rPr>
        <w:t xml:space="preserve">LOT 5</w:t>
      </w:r>
      <w:r w:rsidDel="00000000" w:rsidR="00000000" w:rsidRPr="00000000">
        <w:rPr>
          <w:rtl w:val="0"/>
        </w:rPr>
      </w:r>
    </w:p>
    <w:p w:rsidR="00000000" w:rsidDel="00000000" w:rsidP="00000000" w:rsidRDefault="00000000" w:rsidRPr="00000000" w14:paraId="000000B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trebuie să fie persoană juridică înregistrată legal în Republica Moldova.</w:t>
      </w:r>
    </w:p>
    <w:p w:rsidR="00000000" w:rsidDel="00000000" w:rsidP="00000000" w:rsidRDefault="00000000" w:rsidRPr="00000000" w14:paraId="000000B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trebuie să demonstreze experiență în comercializarea/furnizarea de materiale textile și consumabile de croitorie similare celor solicitate.</w:t>
      </w:r>
    </w:p>
    <w:p w:rsidR="00000000" w:rsidDel="00000000" w:rsidP="00000000" w:rsidRDefault="00000000" w:rsidRPr="00000000" w14:paraId="000000B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80" w:before="0" w:line="276"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trebuie să asigure livrarea produselor la locațiile beneficiarelor pe teritoriul Republicii Moldova, inclusiv municipii și zone rurale, cu excepția Regiunii Transnistrene.</w:t>
      </w:r>
    </w:p>
    <w:p w:rsidR="00000000" w:rsidDel="00000000" w:rsidP="00000000" w:rsidRDefault="00000000" w:rsidRPr="00000000" w14:paraId="000000BC">
      <w:pPr>
        <w:spacing w:after="160" w:before="0" w:lineRule="auto"/>
        <w:jc w:val="both"/>
        <w:rPr/>
      </w:pPr>
      <w:r w:rsidDel="00000000" w:rsidR="00000000" w:rsidRPr="00000000">
        <w:rPr>
          <w:rtl w:val="0"/>
        </w:rPr>
      </w:r>
    </w:p>
    <w:p w:rsidR="00000000" w:rsidDel="00000000" w:rsidP="00000000" w:rsidRDefault="00000000" w:rsidRPr="00000000" w14:paraId="000000BD">
      <w:pPr>
        <w:numPr>
          <w:ilvl w:val="0"/>
          <w:numId w:val="3"/>
        </w:numPr>
        <w:spacing w:after="0" w:lineRule="auto"/>
        <w:ind w:left="360"/>
      </w:pPr>
      <w:r w:rsidDel="00000000" w:rsidR="00000000" w:rsidRPr="00000000">
        <w:rPr>
          <w:rtl w:val="0"/>
        </w:rPr>
        <w:t xml:space="preserve">Oferta Dvs. va fi transmisă ţinând cont de următoarele instrucţiuni şi în concordanţă cu Termenii şi Condiţiile de livrare și plată din </w:t>
      </w:r>
      <w:r w:rsidDel="00000000" w:rsidR="00000000" w:rsidRPr="00000000">
        <w:rPr>
          <w:b w:val="1"/>
          <w:bCs w:val="1"/>
          <w:rtl w:val="0"/>
        </w:rPr>
        <w:t xml:space="preserve">Anexa nr. 4, </w:t>
      </w:r>
      <w:r w:rsidDel="00000000" w:rsidR="00000000" w:rsidRPr="00000000">
        <w:rPr>
          <w:rtl w:val="0"/>
        </w:rPr>
        <w:t xml:space="preserve">precum și cu clauzele formularului de Contract (</w:t>
      </w:r>
      <w:r w:rsidDel="00000000" w:rsidR="00000000" w:rsidRPr="00000000">
        <w:rPr>
          <w:b w:val="1"/>
          <w:bCs w:val="1"/>
          <w:rtl w:val="0"/>
        </w:rPr>
        <w:t xml:space="preserve">Anexa nr. 1</w:t>
      </w:r>
      <w:r w:rsidDel="00000000" w:rsidR="00000000" w:rsidRPr="00000000">
        <w:rPr>
          <w:rtl w:val="0"/>
        </w:rPr>
        <w:t xml:space="preserve">).</w:t>
      </w:r>
    </w:p>
    <w:p w:rsidR="00000000" w:rsidDel="00000000" w:rsidP="00000000" w:rsidRDefault="00000000" w:rsidRPr="00000000" w14:paraId="000000BE">
      <w:pPr>
        <w:spacing w:after="0" w:lineRule="auto"/>
        <w:ind w:left="720" w:firstLine="0"/>
        <w:rPr/>
      </w:pPr>
      <w:r w:rsidDel="00000000" w:rsidR="00000000" w:rsidRPr="00000000">
        <w:rPr>
          <w:rtl w:val="0"/>
        </w:rPr>
      </w:r>
    </w:p>
    <w:p w:rsidR="00000000" w:rsidDel="00000000" w:rsidP="00000000" w:rsidRDefault="00000000" w:rsidRPr="00000000" w14:paraId="000000BF">
      <w:pPr>
        <w:spacing w:after="0" w:lineRule="auto"/>
        <w:ind w:left="360" w:firstLine="0"/>
        <w:jc w:val="both"/>
        <w:rPr/>
      </w:pPr>
      <w:r w:rsidDel="00000000" w:rsidR="00000000" w:rsidRPr="00000000">
        <w:rPr>
          <w:b w:val="1"/>
          <w:bCs w:val="1"/>
          <w:rtl w:val="0"/>
        </w:rPr>
        <w:t xml:space="preserve">Vă rugăm să completați și să semnați formularul Termenii și condițiile de livrare și plată, </w:t>
      </w:r>
      <w:r w:rsidDel="00000000" w:rsidR="00000000" w:rsidRPr="00000000">
        <w:rPr>
          <w:rtl w:val="0"/>
        </w:rPr>
        <w:t xml:space="preserve">în conformitate cu instrucțiunile indicate în acesta. </w:t>
      </w:r>
      <w:r w:rsidDel="00000000" w:rsidR="00000000" w:rsidRPr="00000000">
        <w:rPr>
          <w:b w:val="1"/>
          <w:bCs w:val="1"/>
          <w:rtl w:val="0"/>
        </w:rPr>
        <w:t xml:space="preserve">Formularul Termenii și condițiile de livrare și plată </w:t>
      </w:r>
      <w:r w:rsidDel="00000000" w:rsidR="00000000" w:rsidRPr="00000000">
        <w:rPr>
          <w:rtl w:val="0"/>
        </w:rPr>
        <w:t xml:space="preserve">va deveni parte integrantă a </w:t>
      </w:r>
      <w:r w:rsidDel="00000000" w:rsidR="00000000" w:rsidRPr="00000000">
        <w:rPr>
          <w:b w:val="1"/>
          <w:bCs w:val="1"/>
          <w:rtl w:val="0"/>
        </w:rPr>
        <w:t xml:space="preserve">Contractului</w:t>
      </w:r>
      <w:r w:rsidDel="00000000" w:rsidR="00000000" w:rsidRPr="00000000">
        <w:rPr>
          <w:rtl w:val="0"/>
        </w:rPr>
        <w:t xml:space="preserve"> pe care Cumpărătorul îl va trimite spre semnare Ofertantului selectat.</w:t>
      </w:r>
    </w:p>
    <w:p w:rsidR="00000000" w:rsidDel="00000000" w:rsidP="00000000" w:rsidRDefault="00000000" w:rsidRPr="00000000" w14:paraId="000000C0">
      <w:pPr>
        <w:spacing w:after="0" w:lineRule="auto"/>
        <w:ind w:left="720" w:firstLine="0"/>
        <w:rPr/>
      </w:pPr>
      <w:r w:rsidDel="00000000" w:rsidR="00000000" w:rsidRPr="00000000">
        <w:rPr>
          <w:rtl w:val="0"/>
        </w:rPr>
      </w:r>
    </w:p>
    <w:p w:rsidR="00000000" w:rsidDel="00000000" w:rsidP="00000000" w:rsidRDefault="00000000" w:rsidRPr="00000000" w14:paraId="000000C1">
      <w:pPr>
        <w:spacing w:after="0" w:line="240" w:lineRule="auto"/>
        <w:ind w:left="360" w:firstLine="0"/>
        <w:jc w:val="both"/>
        <w:rPr>
          <w:b w:val="1"/>
          <w:bCs w:val="1"/>
        </w:rPr>
      </w:pPr>
      <w:r w:rsidDel="00000000" w:rsidR="00000000" w:rsidRPr="00000000">
        <w:rPr>
          <w:rtl w:val="0"/>
        </w:rPr>
        <w:t xml:space="preserve">Forma contractului care va fi încheiat cu Ofertantul care va fi declarat câştigător este prezentată în </w:t>
      </w:r>
      <w:r w:rsidDel="00000000" w:rsidR="00000000" w:rsidRPr="00000000">
        <w:rPr>
          <w:b w:val="1"/>
          <w:bCs w:val="1"/>
          <w:rtl w:val="0"/>
        </w:rPr>
        <w:t xml:space="preserve">Anexa nr. 1.</w:t>
      </w:r>
    </w:p>
    <w:p w:rsidR="00000000" w:rsidDel="00000000" w:rsidP="00000000" w:rsidRDefault="00000000" w:rsidRPr="00000000" w14:paraId="000000C2">
      <w:pPr>
        <w:spacing w:after="0" w:line="240" w:lineRule="auto"/>
        <w:ind w:left="360" w:firstLine="706"/>
        <w:jc w:val="both"/>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C3">
      <w:pPr>
        <w:numPr>
          <w:ilvl w:val="0"/>
          <w:numId w:val="5"/>
        </w:numPr>
        <w:spacing w:after="0" w:lineRule="auto"/>
        <w:ind w:left="1440" w:hanging="360"/>
        <w:jc w:val="both"/>
      </w:pPr>
      <w:r w:rsidDel="00000000" w:rsidR="00000000" w:rsidRPr="00000000">
        <w:rPr>
          <w:u w:val="single"/>
          <w:rtl w:val="0"/>
        </w:rPr>
        <w:t xml:space="preserve">PREȚURI</w:t>
      </w:r>
      <w:r w:rsidDel="00000000" w:rsidR="00000000" w:rsidRPr="00000000">
        <w:rPr>
          <w:rtl w:val="0"/>
        </w:rPr>
        <w:t xml:space="preserve">: Prețurile vor fie exprimate în MDL/lei și fără TVA reprezentând costul total pentru produs. Produsele vor fi livrate direct beneficiarelor/beneficiarilor Proiectului, la adrese diferite pe teritoriul Republicii Moldova, motiv pentru care Ofertanții sunt rugați să indice, separat, în ofertele lor, costul de livrare pentru fiecare lot, conform secțiunii dedicate din Anexa nr. 4. Lista nominală a beneficiarelor/beneficiarilor și adresele exacte de livrare vor fi comunicate Ofertantului declarat câștigător, ulterior semnării Contractului.</w:t>
      </w:r>
    </w:p>
    <w:p w:rsidR="00000000" w:rsidDel="00000000" w:rsidP="00000000" w:rsidRDefault="00000000" w:rsidRPr="00000000" w14:paraId="000000C4">
      <w:pPr>
        <w:ind w:left="432" w:firstLine="0"/>
        <w:jc w:val="both"/>
        <w:rPr/>
      </w:pPr>
      <w:r w:rsidDel="00000000" w:rsidR="00000000" w:rsidRPr="00000000">
        <w:rPr>
          <w:rtl w:val="0"/>
        </w:rPr>
        <w:t xml:space="preserve">(ii)  </w:t>
      </w:r>
      <w:r w:rsidDel="00000000" w:rsidR="00000000" w:rsidRPr="00000000">
        <w:rPr>
          <w:u w:val="single"/>
          <w:rtl w:val="0"/>
        </w:rPr>
        <w:t xml:space="preserve">EVALUAREA ȘI ATRIBUIREA CONTRACTULUI: </w:t>
      </w:r>
      <w:r w:rsidDel="00000000" w:rsidR="00000000" w:rsidRPr="00000000">
        <w:rPr>
          <w:rtl w:val="0"/>
        </w:rPr>
        <w:t xml:space="preserve">Ofertele stabilite a fi substanțial conforme cu cerințele din specificațiile tehnice solicitate conform punctului 1 din Anexa nr. 4 Termenii și Condițiile de livrare și plată, precum și cu celelalte cerințe menționate în această anexă, vor fi evaluate prin compararea prețurilor totale ofertate (preț produs + cost livrare) în conformitate cu paragraful 2 de mai sus, pentru fiecare lot separat. Ofertantul câștigător pentru fiecare lot va semna un Contract conform formularului atașat al contractului și termenilor și condițiilor de furnizare.</w:t>
      </w:r>
    </w:p>
    <w:p w:rsidR="00000000" w:rsidDel="00000000" w:rsidP="00000000" w:rsidRDefault="00000000" w:rsidRPr="00000000" w14:paraId="000000C5">
      <w:pPr>
        <w:spacing w:after="120" w:lineRule="auto"/>
        <w:jc w:val="both"/>
        <w:rPr/>
      </w:pPr>
      <w:r w:rsidDel="00000000" w:rsidR="00000000" w:rsidRPr="00000000">
        <w:rPr>
          <w:rtl w:val="0"/>
        </w:rPr>
        <w:t xml:space="preserve">În evaluarea ofertelor, Cumpărătorul va determina pentru fiecare ofertă prețul evaluat prin ajustarea ofertei de preț prin efectuarea oricărei corecții cu privire la erorile aritmetice după cum urmează:</w:t>
      </w:r>
    </w:p>
    <w:p w:rsidR="00000000" w:rsidDel="00000000" w:rsidP="00000000" w:rsidRDefault="00000000" w:rsidRPr="00000000" w14:paraId="000000C6">
      <w:pPr>
        <w:numPr>
          <w:ilvl w:val="0"/>
          <w:numId w:val="13"/>
        </w:numPr>
        <w:spacing w:after="0" w:lineRule="auto"/>
        <w:ind w:left="720" w:hanging="360"/>
        <w:jc w:val="both"/>
      </w:pPr>
      <w:r w:rsidDel="00000000" w:rsidR="00000000" w:rsidRPr="00000000">
        <w:rPr>
          <w:rtl w:val="0"/>
        </w:rPr>
        <w:t xml:space="preserve">în cazul în care există o discrepanță între valorile exprimate în cifre și în cuvinte, va prevala înțelesul valorilor exprimate în cuvinte;</w:t>
      </w:r>
    </w:p>
    <w:p w:rsidR="00000000" w:rsidDel="00000000" w:rsidP="00000000" w:rsidRDefault="00000000" w:rsidRPr="00000000" w14:paraId="000000C7">
      <w:pPr>
        <w:numPr>
          <w:ilvl w:val="0"/>
          <w:numId w:val="13"/>
        </w:numPr>
        <w:spacing w:after="0" w:lineRule="auto"/>
        <w:ind w:left="720" w:hanging="360"/>
        <w:jc w:val="both"/>
      </w:pPr>
      <w:r w:rsidDel="00000000" w:rsidR="00000000" w:rsidRPr="00000000">
        <w:rPr>
          <w:rtl w:val="0"/>
        </w:rPr>
        <w:t xml:space="preserve">în cazul în care există o neconcordanță între prețul unitar și prețul total al produsului respectiv, rezultat din înmulțirea prețului unitar cu cantitatea, prețul unitar ofertat va avea prioritate;</w:t>
      </w:r>
    </w:p>
    <w:p w:rsidR="00000000" w:rsidDel="00000000" w:rsidP="00000000" w:rsidRDefault="00000000" w:rsidRPr="00000000" w14:paraId="000000C8">
      <w:pPr>
        <w:numPr>
          <w:ilvl w:val="0"/>
          <w:numId w:val="13"/>
        </w:numPr>
        <w:spacing w:after="0" w:lineRule="auto"/>
        <w:ind w:left="720" w:hanging="360"/>
        <w:jc w:val="both"/>
      </w:pPr>
      <w:r w:rsidDel="00000000" w:rsidR="00000000" w:rsidRPr="00000000">
        <w:rPr>
          <w:rtl w:val="0"/>
        </w:rPr>
        <w:t xml:space="preserve">în cazul în care un Ofertant refuză să accepte corectarea prețului ofertat, oferta sa va fi respinsă.</w:t>
      </w:r>
    </w:p>
    <w:p w:rsidR="00000000" w:rsidDel="00000000" w:rsidP="00000000" w:rsidRDefault="00000000" w:rsidRPr="00000000" w14:paraId="000000C9">
      <w:pPr>
        <w:spacing w:after="160" w:lineRule="auto"/>
        <w:jc w:val="both"/>
        <w:rPr/>
      </w:pPr>
      <w:r w:rsidDel="00000000" w:rsidR="00000000" w:rsidRPr="00000000">
        <w:rPr>
          <w:rtl w:val="0"/>
        </w:rPr>
      </w:r>
    </w:p>
    <w:p w:rsidR="00000000" w:rsidDel="00000000" w:rsidP="00000000" w:rsidRDefault="00000000" w:rsidRPr="00000000" w14:paraId="000000CA">
      <w:pPr>
        <w:numPr>
          <w:ilvl w:val="0"/>
          <w:numId w:val="15"/>
        </w:numPr>
        <w:spacing w:after="0" w:lineRule="auto"/>
        <w:ind w:left="1440" w:hanging="360"/>
        <w:jc w:val="both"/>
      </w:pPr>
      <w:r w:rsidDel="00000000" w:rsidR="00000000" w:rsidRPr="00000000">
        <w:rPr>
          <w:u w:val="single"/>
          <w:rtl w:val="0"/>
        </w:rPr>
        <w:t xml:space="preserve">VALABILITATEA OFERTEI</w:t>
      </w:r>
      <w:r w:rsidDel="00000000" w:rsidR="00000000" w:rsidRPr="00000000">
        <w:rPr>
          <w:rtl w:val="0"/>
        </w:rPr>
        <w:t xml:space="preserve">: Oferta dvs. trebuie să fie valabilă pentru o perioadă de </w:t>
      </w:r>
      <w:r w:rsidDel="00000000" w:rsidR="00000000" w:rsidRPr="00000000">
        <w:rPr>
          <w:b w:val="1"/>
          <w:bCs w:val="1"/>
          <w:rtl w:val="0"/>
        </w:rPr>
        <w:t xml:space="preserve">treizeci (30) de zile calendaristice de la termenul limită </w:t>
      </w:r>
      <w:r w:rsidDel="00000000" w:rsidR="00000000" w:rsidRPr="00000000">
        <w:rPr>
          <w:rtl w:val="0"/>
        </w:rPr>
        <w:t xml:space="preserve">de primire a ofertelor menționată la punctul 5 al prezentei Cereri de cotații.</w:t>
      </w:r>
    </w:p>
    <w:p w:rsidR="00000000" w:rsidDel="00000000" w:rsidP="00000000" w:rsidRDefault="00000000" w:rsidRPr="00000000" w14:paraId="000000CB">
      <w:pPr>
        <w:spacing w:after="0" w:lineRule="auto"/>
        <w:ind w:left="1080" w:firstLine="0"/>
        <w:jc w:val="both"/>
        <w:rPr/>
      </w:pPr>
      <w:r w:rsidDel="00000000" w:rsidR="00000000" w:rsidRPr="00000000">
        <w:rPr>
          <w:rtl w:val="0"/>
        </w:rPr>
      </w:r>
    </w:p>
    <w:p w:rsidR="00000000" w:rsidDel="00000000" w:rsidP="00000000" w:rsidRDefault="00000000" w:rsidRPr="00000000" w14:paraId="000000CC">
      <w:pPr>
        <w:spacing w:after="160" w:before="80" w:lineRule="auto"/>
        <w:ind w:left="432"/>
        <w:jc w:val="both"/>
        <w:rPr/>
      </w:pPr>
      <w:r w:rsidDel="00000000" w:rsidR="00000000" w:rsidRPr="00000000">
        <w:rPr>
          <w:b w:val="1"/>
          <w:bCs w:val="1"/>
          <w:rtl w:val="0"/>
        </w:rPr>
        <w:t xml:space="preserve">8.</w:t>
        <w:tab/>
      </w:r>
      <w:r w:rsidDel="00000000" w:rsidR="00000000" w:rsidRPr="00000000">
        <w:rPr>
          <w:rtl w:val="0"/>
        </w:rPr>
        <w:t xml:space="preserve">Oricând înainte de termenul limită de depunere a ofertelor, Cumpărătorul poate modifica Cererea de cotații prin emiterea de acte adiționale. Orice act adițional emis va fi parte integrantă din Cererea de cotații și va fi comunicat în scris tuturor Ofertanților care au solicitat și obținut prezenta documentație de licitație direct de la Cumpărător.</w:t>
      </w:r>
    </w:p>
    <w:p w:rsidR="00000000" w:rsidDel="00000000" w:rsidP="00000000" w:rsidRDefault="00000000" w:rsidRPr="00000000" w14:paraId="000000CD">
      <w:pPr>
        <w:spacing w:after="160" w:before="80" w:lineRule="auto"/>
        <w:ind w:left="432"/>
        <w:jc w:val="both"/>
        <w:rPr/>
      </w:pPr>
      <w:r w:rsidDel="00000000" w:rsidR="00000000" w:rsidRPr="00000000">
        <w:rPr>
          <w:b w:val="1"/>
          <w:bCs w:val="1"/>
          <w:rtl w:val="0"/>
        </w:rPr>
        <w:t xml:space="preserve">9.</w:t>
        <w:tab/>
      </w:r>
      <w:r w:rsidDel="00000000" w:rsidR="00000000" w:rsidRPr="00000000">
        <w:rPr>
          <w:rtl w:val="0"/>
        </w:rPr>
        <w:t xml:space="preserve">Ofertantul va suporta toate costurile asociate pregătirii și transmiterii ofertei sale, iar Cumpărătorul nu va fi responsabil pentru aceste costuri, indiferent de derularea și rezultatul prezentei proceduri de achiziție.</w:t>
      </w:r>
    </w:p>
    <w:p w:rsidR="00000000" w:rsidDel="00000000" w:rsidP="00000000" w:rsidRDefault="00000000" w:rsidRPr="00000000" w14:paraId="000000CE">
      <w:pPr>
        <w:spacing w:after="40" w:lineRule="auto"/>
        <w:jc w:val="both"/>
        <w:rPr/>
      </w:pPr>
      <w:r w:rsidDel="00000000" w:rsidR="00000000" w:rsidRPr="00000000">
        <w:rPr>
          <w:b w:val="1"/>
          <w:bCs w:val="1"/>
          <w:rtl w:val="0"/>
        </w:rPr>
        <w:t xml:space="preserve">10. </w:t>
      </w:r>
      <w:r w:rsidDel="00000000" w:rsidR="00000000" w:rsidRPr="00000000">
        <w:rPr>
          <w:rtl w:val="0"/>
        </w:rPr>
        <w:t xml:space="preserve">Informații suplimentare pot fi obținute de la:</w:t>
      </w:r>
    </w:p>
    <w:p w:rsidR="00000000" w:rsidDel="00000000" w:rsidP="00000000" w:rsidRDefault="00000000" w:rsidRPr="00000000" w14:paraId="000000CF">
      <w:pPr>
        <w:spacing w:after="40" w:lineRule="auto"/>
        <w:ind w:left="432" w:firstLine="0"/>
        <w:jc w:val="both"/>
        <w:rPr/>
      </w:pPr>
      <w:hyperlink r:id="rId11">
        <w:r w:rsidDel="00000000" w:rsidR="00000000" w:rsidRPr="00000000">
          <w:rPr>
            <w:color w:val="1155cc"/>
            <w:u w:val="single"/>
            <w:rtl w:val="0"/>
          </w:rPr>
          <w:t xml:space="preserve">info@gender-centru.md</w:t>
        </w:r>
      </w:hyperlink>
      <w:r w:rsidDel="00000000" w:rsidR="00000000" w:rsidRPr="00000000">
        <w:rPr>
          <w:rtl w:val="0"/>
        </w:rPr>
        <w:t xml:space="preserve"> </w:t>
      </w:r>
    </w:p>
    <w:p w:rsidR="00000000" w:rsidDel="00000000" w:rsidP="00000000" w:rsidRDefault="00000000" w:rsidRPr="00000000" w14:paraId="000000D0">
      <w:pPr>
        <w:spacing w:after="240" w:lineRule="auto"/>
        <w:ind w:left="432" w:firstLine="0"/>
        <w:jc w:val="both"/>
        <w:rPr/>
      </w:pPr>
      <w:r w:rsidDel="00000000" w:rsidR="00000000" w:rsidRPr="00000000">
        <w:rPr>
          <w:rtl w:val="0"/>
        </w:rPr>
        <w:t xml:space="preserve">Cristina Snegur, Asistentă de procurări</w:t>
      </w:r>
    </w:p>
    <w:p w:rsidR="00000000" w:rsidDel="00000000" w:rsidP="00000000" w:rsidRDefault="00000000" w:rsidRPr="00000000" w14:paraId="000000D1">
      <w:pPr>
        <w:spacing w:after="0" w:lineRule="auto"/>
        <w:jc w:val="both"/>
        <w:rPr/>
      </w:pPr>
      <w:r w:rsidDel="00000000" w:rsidR="00000000" w:rsidRPr="00000000">
        <w:rPr>
          <w:b w:val="1"/>
          <w:bCs w:val="1"/>
          <w:rtl w:val="0"/>
        </w:rPr>
        <w:t xml:space="preserve">11. </w:t>
      </w:r>
      <w:r w:rsidDel="00000000" w:rsidR="00000000" w:rsidRPr="00000000">
        <w:rPr>
          <w:rtl w:val="0"/>
        </w:rPr>
        <w:t xml:space="preserve">Inspecție și audit</w:t>
      </w:r>
    </w:p>
    <w:p w:rsidR="00000000" w:rsidDel="00000000" w:rsidP="00000000" w:rsidRDefault="00000000" w:rsidRPr="00000000" w14:paraId="000000D2">
      <w:pPr>
        <w:spacing w:after="0" w:line="240" w:lineRule="auto"/>
        <w:ind w:left="720" w:firstLine="0"/>
        <w:jc w:val="both"/>
        <w:rPr/>
      </w:pPr>
      <w:r w:rsidDel="00000000" w:rsidR="00000000" w:rsidRPr="00000000">
        <w:rPr>
          <w:rtl w:val="0"/>
        </w:rPr>
        <w:t xml:space="preserve">11.1 Furnizorul va îndeplini toate instrucţiunile Cumpărătorului care respectă legislația aferentă în vigoare.</w:t>
      </w:r>
    </w:p>
    <w:p w:rsidR="00000000" w:rsidDel="00000000" w:rsidP="00000000" w:rsidRDefault="00000000" w:rsidRPr="00000000" w14:paraId="000000D3">
      <w:pPr>
        <w:spacing w:after="0" w:line="240" w:lineRule="auto"/>
        <w:ind w:left="720" w:firstLine="0"/>
        <w:jc w:val="both"/>
        <w:rPr/>
      </w:pPr>
      <w:r w:rsidDel="00000000" w:rsidR="00000000" w:rsidRPr="00000000">
        <w:rPr>
          <w:rtl w:val="0"/>
        </w:rPr>
        <w:t xml:space="preserve">11.2 Furnizorul va permite şi va impune subcontractorilor săi (dacă este cazul) ca Banca Mondială şi/sau persoane angajate de Bancă să inspecteze birourile furnizorului şi toate conturile şi înregistrările în legătură cu derularea Contractului şi depunerea ofertei şi să asigure auditarea acestora de către auditorii  numiţi de către Bancă, în cazul în care Banca solicită astfel. Se atrage atenţia Furnizorului şi subcontractorilor săi asupra Clauzei 6 Frauda şi Corupţie din Formularul de Contract, prin care se prevede că acţiunile care au ca scop neîndeplinirea acestor obligaţii constituie o practică interzisă care poate determina anularea contractului (şi de asemenea determinarea ineligibilităţii conform procedurilor de sancţionare aplicabile).</w:t>
      </w:r>
    </w:p>
    <w:p w:rsidR="00000000" w:rsidDel="00000000" w:rsidP="00000000" w:rsidRDefault="00000000" w:rsidRPr="00000000" w14:paraId="000000D4">
      <w:pPr>
        <w:spacing w:after="0" w:line="240" w:lineRule="auto"/>
        <w:ind w:left="720" w:firstLine="0"/>
        <w:rPr/>
      </w:pPr>
      <w:r w:rsidDel="00000000" w:rsidR="00000000" w:rsidRPr="00000000">
        <w:rPr>
          <w:rtl w:val="0"/>
        </w:rPr>
      </w:r>
    </w:p>
    <w:p w:rsidR="00000000" w:rsidDel="00000000" w:rsidP="00000000" w:rsidRDefault="00000000" w:rsidRPr="00000000" w14:paraId="000000D5">
      <w:pPr>
        <w:spacing w:after="0" w:lineRule="auto"/>
        <w:jc w:val="both"/>
        <w:rPr/>
      </w:pPr>
      <w:r w:rsidDel="00000000" w:rsidR="00000000" w:rsidRPr="00000000">
        <w:rPr>
          <w:b w:val="1"/>
          <w:bCs w:val="1"/>
          <w:rtl w:val="0"/>
        </w:rPr>
        <w:t xml:space="preserve">12.</w:t>
      </w:r>
      <w:r w:rsidDel="00000000" w:rsidR="00000000" w:rsidRPr="00000000">
        <w:rPr>
          <w:rtl w:val="0"/>
        </w:rPr>
        <w:t xml:space="preserve"> Atragem atenția Ofertanților asupra prevederilor Secțiunii III, paragrafele 3.14 şi 3.15 din Regulamentul privind achizițiile pentru împrumuturile de investiții ale Împrumutatului (“World Bank Procurement Regulations for IPF Borrowers”), datat septembrie 2023, care stabilesc politicile Băncii Mondiale referitoare la conflictul de interese.</w:t>
      </w:r>
    </w:p>
    <w:p w:rsidR="00000000" w:rsidDel="00000000" w:rsidP="00000000" w:rsidRDefault="00000000" w:rsidRPr="00000000" w14:paraId="000000D6">
      <w:pPr>
        <w:rPr>
          <w:b w:val="1"/>
          <w:bCs w:val="1"/>
        </w:rPr>
      </w:pPr>
      <w:r w:rsidDel="00000000" w:rsidR="00000000" w:rsidRPr="00000000">
        <w:rPr>
          <w:rtl w:val="0"/>
        </w:rPr>
      </w:r>
    </w:p>
    <w:p w:rsidR="00000000" w:rsidDel="00000000" w:rsidP="00000000" w:rsidRDefault="00000000" w:rsidRPr="00000000" w14:paraId="000000D7">
      <w:pPr>
        <w:spacing w:line="240" w:lineRule="auto"/>
        <w:jc w:val="both"/>
        <w:rPr>
          <w:b w:val="1"/>
          <w:bCs w:val="1"/>
        </w:rPr>
      </w:pPr>
      <w:r w:rsidDel="00000000" w:rsidR="00000000" w:rsidRPr="00000000">
        <w:rPr>
          <w:b w:val="1"/>
          <w:bCs w:val="1"/>
          <w:rtl w:val="0"/>
        </w:rPr>
        <w:t xml:space="preserve">Anexele următoare fac parte integrantă din prezenta Cerere de cotații:</w:t>
      </w:r>
    </w:p>
    <w:p w:rsidR="00000000" w:rsidDel="00000000" w:rsidP="00000000" w:rsidRDefault="00000000" w:rsidRPr="00000000" w14:paraId="000000D8">
      <w:pPr>
        <w:spacing w:after="80" w:line="240" w:lineRule="auto"/>
        <w:jc w:val="both"/>
        <w:rPr>
          <w:b w:val="1"/>
          <w:bCs w:val="1"/>
        </w:rPr>
      </w:pPr>
      <w:r w:rsidDel="00000000" w:rsidR="00000000" w:rsidRPr="00000000">
        <w:rPr>
          <w:b w:val="1"/>
          <w:bCs w:val="1"/>
          <w:rtl w:val="0"/>
        </w:rPr>
        <w:t xml:space="preserve">Anexa 1: Formularul de Contract</w:t>
      </w:r>
    </w:p>
    <w:p w:rsidR="00000000" w:rsidDel="00000000" w:rsidP="00000000" w:rsidRDefault="00000000" w:rsidRPr="00000000" w14:paraId="000000D9">
      <w:pPr>
        <w:spacing w:after="80" w:line="240" w:lineRule="auto"/>
        <w:jc w:val="both"/>
        <w:rPr>
          <w:b w:val="1"/>
          <w:bCs w:val="1"/>
        </w:rPr>
      </w:pPr>
      <w:r w:rsidDel="00000000" w:rsidR="00000000" w:rsidRPr="00000000">
        <w:rPr>
          <w:b w:val="1"/>
          <w:bCs w:val="1"/>
          <w:rtl w:val="0"/>
        </w:rPr>
        <w:t xml:space="preserve">Anexa 2: Fraudă și Corupție</w:t>
      </w:r>
    </w:p>
    <w:p w:rsidR="00000000" w:rsidDel="00000000" w:rsidP="00000000" w:rsidRDefault="00000000" w:rsidRPr="00000000" w14:paraId="000000DA">
      <w:pPr>
        <w:spacing w:after="80" w:line="240" w:lineRule="auto"/>
        <w:jc w:val="both"/>
        <w:rPr>
          <w:b w:val="1"/>
          <w:bCs w:val="1"/>
        </w:rPr>
      </w:pPr>
      <w:r w:rsidDel="00000000" w:rsidR="00000000" w:rsidRPr="00000000">
        <w:rPr>
          <w:b w:val="1"/>
          <w:bCs w:val="1"/>
          <w:rtl w:val="0"/>
        </w:rPr>
        <w:t xml:space="preserve">Anexa 3: Formular de ofertă</w:t>
      </w:r>
    </w:p>
    <w:p w:rsidR="00000000" w:rsidDel="00000000" w:rsidP="00000000" w:rsidRDefault="00000000" w:rsidRPr="00000000" w14:paraId="000000DB">
      <w:pPr>
        <w:spacing w:after="80" w:line="240" w:lineRule="auto"/>
        <w:jc w:val="both"/>
        <w:rPr>
          <w:b w:val="1"/>
          <w:bCs w:val="1"/>
        </w:rPr>
      </w:pPr>
      <w:r w:rsidDel="00000000" w:rsidR="00000000" w:rsidRPr="00000000">
        <w:rPr>
          <w:b w:val="1"/>
          <w:bCs w:val="1"/>
          <w:rtl w:val="0"/>
        </w:rPr>
        <w:t xml:space="preserve">Anexa 4: Termenii și condițiile de livrare și plată (includ specificațiile tehnice și costul de livrare)</w:t>
      </w:r>
    </w:p>
    <w:p w:rsidR="00000000" w:rsidDel="00000000" w:rsidP="00000000" w:rsidRDefault="00000000" w:rsidRPr="00000000" w14:paraId="000000DC">
      <w:pPr>
        <w:spacing w:after="80" w:line="240" w:lineRule="auto"/>
        <w:jc w:val="both"/>
        <w:rPr>
          <w:b w:val="1"/>
          <w:bCs w:val="1"/>
        </w:rPr>
      </w:pPr>
      <w:r w:rsidDel="00000000" w:rsidR="00000000" w:rsidRPr="00000000">
        <w:rPr>
          <w:b w:val="1"/>
          <w:bCs w:val="1"/>
          <w:rtl w:val="0"/>
        </w:rPr>
        <w:t xml:space="preserve">Anexa 5: Declarație pe propria răspundere</w:t>
      </w:r>
    </w:p>
    <w:p w:rsidR="00000000" w:rsidDel="00000000" w:rsidP="00000000" w:rsidRDefault="00000000" w:rsidRPr="00000000" w14:paraId="000000DD">
      <w:pPr>
        <w:spacing w:after="80" w:line="240" w:lineRule="auto"/>
        <w:jc w:val="both"/>
        <w:rPr>
          <w:b w:val="1"/>
          <w:bCs w:val="1"/>
        </w:rPr>
      </w:pPr>
      <w:r w:rsidDel="00000000" w:rsidR="00000000" w:rsidRPr="00000000">
        <w:rPr>
          <w:b w:val="1"/>
          <w:bCs w:val="1"/>
          <w:rtl w:val="0"/>
        </w:rPr>
        <w:t xml:space="preserve">Anexa 6: Împuternicire scrisă pentru semnatarul documentelor ofertei</w:t>
      </w:r>
    </w:p>
    <w:p w:rsidR="00000000" w:rsidDel="00000000" w:rsidP="00000000" w:rsidRDefault="00000000" w:rsidRPr="00000000" w14:paraId="000000DE">
      <w:pPr>
        <w:spacing w:after="80" w:before="0" w:lineRule="auto"/>
        <w:jc w:val="both"/>
        <w:rPr>
          <w:b w:val="1"/>
          <w:bCs w:val="1"/>
        </w:rPr>
      </w:pPr>
      <w:r w:rsidDel="00000000" w:rsidR="00000000" w:rsidRPr="00000000">
        <w:rPr>
          <w:rtl w:val="0"/>
        </w:rPr>
      </w:r>
    </w:p>
    <w:p w:rsidR="00000000" w:rsidDel="00000000" w:rsidP="00000000" w:rsidRDefault="00000000" w:rsidRPr="00000000" w14:paraId="000000DF">
      <w:pPr>
        <w:rPr/>
      </w:pPr>
      <w:r w:rsidDel="00000000" w:rsidR="00000000" w:rsidRPr="00000000">
        <w:br w:type="page"/>
      </w:r>
      <w:r w:rsidDel="00000000" w:rsidR="00000000" w:rsidRPr="00000000">
        <w:rPr>
          <w:rtl w:val="0"/>
        </w:rPr>
      </w:r>
    </w:p>
    <w:p w:rsidR="00000000" w:rsidDel="00000000" w:rsidP="00000000" w:rsidRDefault="00000000" w:rsidRPr="00000000" w14:paraId="000000E0">
      <w:pPr>
        <w:spacing w:after="120" w:before="0" w:lineRule="auto"/>
        <w:jc w:val="both"/>
        <w:rPr>
          <w:b w:val="1"/>
          <w:bCs w:val="1"/>
        </w:rPr>
      </w:pPr>
      <w:r w:rsidDel="00000000" w:rsidR="00000000" w:rsidRPr="00000000">
        <w:rPr>
          <w:b w:val="1"/>
          <w:bCs w:val="1"/>
          <w:i w:val="0"/>
          <w:iCs w:val="0"/>
          <w:sz w:val="24"/>
          <w:szCs w:val="24"/>
          <w:u w:val="none"/>
          <w:rtl w:val="0"/>
        </w:rPr>
        <w:t xml:space="preserve">Anexa nr. 1</w:t>
      </w:r>
      <w:r w:rsidDel="00000000" w:rsidR="00000000" w:rsidRPr="00000000">
        <w:rPr>
          <w:rtl w:val="0"/>
        </w:rPr>
      </w:r>
    </w:p>
    <w:p w:rsidR="00000000" w:rsidDel="00000000" w:rsidP="00000000" w:rsidRDefault="00000000" w:rsidRPr="00000000" w14:paraId="000000E1">
      <w:pPr>
        <w:spacing w:after="320" w:before="0" w:lineRule="auto"/>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FORMULARUL DE CONTRACT</w:t>
      </w:r>
      <w:r w:rsidDel="00000000" w:rsidR="00000000" w:rsidRPr="00000000">
        <w:rPr>
          <w:rtl w:val="0"/>
        </w:rPr>
      </w:r>
    </w:p>
    <w:p w:rsidR="00000000" w:rsidDel="00000000" w:rsidP="00000000" w:rsidRDefault="00000000" w:rsidRPr="00000000" w14:paraId="000000E2">
      <w:pPr>
        <w:spacing w:after="20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ACEST CONTRACT DE FURNIZARE Nr. ………… este încheiat în data de _____________, între</w:t>
      </w:r>
      <w:r w:rsidDel="00000000" w:rsidR="00000000" w:rsidRPr="00000000">
        <w:rPr>
          <w:rtl w:val="0"/>
        </w:rPr>
      </w:r>
    </w:p>
    <w:p w:rsidR="00000000" w:rsidDel="00000000" w:rsidP="00000000" w:rsidRDefault="00000000" w:rsidRPr="00000000" w14:paraId="000000E3">
      <w:pPr>
        <w:spacing w:after="1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AO „Gender-Centru”, în persoana Președintei/Președintelui ................................, cu sediul în mun. Chișinău, cod fiscal ......................., în calitate de Cumpărător,</w:t>
      </w:r>
      <w:r w:rsidDel="00000000" w:rsidR="00000000" w:rsidRPr="00000000">
        <w:rPr>
          <w:rtl w:val="0"/>
        </w:rPr>
      </w:r>
    </w:p>
    <w:p w:rsidR="00000000" w:rsidDel="00000000" w:rsidP="00000000" w:rsidRDefault="00000000" w:rsidRPr="00000000" w14:paraId="000000E4">
      <w:pPr>
        <w:spacing w:after="1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pe de o parte, și</w:t>
      </w:r>
      <w:r w:rsidDel="00000000" w:rsidR="00000000" w:rsidRPr="00000000">
        <w:rPr>
          <w:rtl w:val="0"/>
        </w:rPr>
      </w:r>
    </w:p>
    <w:p w:rsidR="00000000" w:rsidDel="00000000" w:rsidP="00000000" w:rsidRDefault="00000000" w:rsidRPr="00000000" w14:paraId="000000E5">
      <w:pPr>
        <w:spacing w:after="1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S.C...................................., în persoana .............., cu sediul în ........(adresa completă)..........................., cod fiscal ......................., în calitate de Furnizor,</w:t>
      </w:r>
      <w:r w:rsidDel="00000000" w:rsidR="00000000" w:rsidRPr="00000000">
        <w:rPr>
          <w:rtl w:val="0"/>
        </w:rPr>
      </w:r>
    </w:p>
    <w:p w:rsidR="00000000" w:rsidDel="00000000" w:rsidP="00000000" w:rsidRDefault="00000000" w:rsidRPr="00000000" w14:paraId="000000E6">
      <w:pPr>
        <w:spacing w:after="2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pe de altă parte.</w:t>
      </w:r>
      <w:r w:rsidDel="00000000" w:rsidR="00000000" w:rsidRPr="00000000">
        <w:rPr>
          <w:rtl w:val="0"/>
        </w:rPr>
      </w:r>
    </w:p>
    <w:p w:rsidR="00000000" w:rsidDel="00000000" w:rsidP="00000000" w:rsidRDefault="00000000" w:rsidRPr="00000000" w14:paraId="000000E7">
      <w:pPr>
        <w:spacing w:after="2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ÎNTRUCÂT Cumpărătorul a transmis Cererea de cotații cu privire la procurarea echipamentului de croitorie și producere textilă și/sau a materialelor consumabile pentru LOT________ (denumirea lotului), care trebuie furnizat de către Furnizor, inclusiv livrarea acestuia la locațiile beneficiarelor indicate de Cumpărător, conform prezentului Contract nr. ………/ denumit în continuare "Contract" și faptul că a acceptat Oferta Furnizorului pentru suma de __________ lei (________în litere______________), fără TVA, sumă care include costul produsului și costul de livrare, denumită în continuare „Prețul Contractului”</w:t>
      </w:r>
      <w:r w:rsidDel="00000000" w:rsidR="00000000" w:rsidRPr="00000000">
        <w:rPr>
          <w:rtl w:val="0"/>
        </w:rPr>
      </w:r>
    </w:p>
    <w:p w:rsidR="00000000" w:rsidDel="00000000" w:rsidP="00000000" w:rsidRDefault="00000000" w:rsidRPr="00000000" w14:paraId="000000E8">
      <w:pPr>
        <w:jc w:val="both"/>
        <w:rPr/>
      </w:pPr>
      <w:r w:rsidDel="00000000" w:rsidR="00000000" w:rsidRPr="00000000">
        <w:rPr>
          <w:b w:val="1"/>
          <w:bCs w:val="1"/>
          <w:rtl w:val="0"/>
        </w:rPr>
        <w:t xml:space="preserve">PREZENTUL CONTRACT PREVEDE URMĂTOARELE:</w:t>
      </w:r>
      <w:r w:rsidDel="00000000" w:rsidR="00000000" w:rsidRPr="00000000">
        <w:rPr>
          <w:rtl w:val="0"/>
        </w:rPr>
      </w:r>
    </w:p>
    <w:p w:rsidR="00000000" w:rsidDel="00000000" w:rsidP="00000000" w:rsidRDefault="00000000" w:rsidRPr="00000000" w14:paraId="000000E9">
      <w:pPr>
        <w:numPr>
          <w:ilvl w:val="0"/>
          <w:numId w:val="9"/>
        </w:numPr>
        <w:spacing w:after="0" w:line="240" w:lineRule="auto"/>
        <w:ind w:left="720" w:hanging="360"/>
        <w:jc w:val="both"/>
        <w:rPr>
          <w:rFonts w:ascii="Times New Roman" w:cs="Times New Roman" w:eastAsia="Times New Roman" w:hAnsi="Times New Roman"/>
        </w:rPr>
      </w:pPr>
      <w:r w:rsidDel="00000000" w:rsidR="00000000" w:rsidRPr="00000000">
        <w:rPr>
          <w:rtl w:val="0"/>
        </w:rPr>
        <w:t xml:space="preserve">Următoarele documente constituie, se citesc și se interpretează ca fiind parte a prezentului Contract, și anume:</w:t>
      </w:r>
    </w:p>
    <w:p w:rsidR="00000000" w:rsidDel="00000000" w:rsidP="00000000" w:rsidRDefault="00000000" w:rsidRPr="00000000" w14:paraId="000000EA">
      <w:pPr>
        <w:numPr>
          <w:ilvl w:val="0"/>
          <w:numId w:val="8"/>
        </w:numPr>
        <w:spacing w:after="0" w:line="240" w:lineRule="auto"/>
        <w:ind w:left="720" w:firstLine="0"/>
        <w:jc w:val="both"/>
        <w:rPr>
          <w:rFonts w:ascii="Times New Roman" w:cs="Times New Roman" w:eastAsia="Times New Roman" w:hAnsi="Times New Roman"/>
        </w:rPr>
      </w:pPr>
      <w:r w:rsidDel="00000000" w:rsidR="00000000" w:rsidRPr="00000000">
        <w:rPr>
          <w:rtl w:val="0"/>
        </w:rPr>
        <w:t xml:space="preserve">Anexa I Formularul de ofertă (cotație); </w:t>
      </w:r>
    </w:p>
    <w:p w:rsidR="00000000" w:rsidDel="00000000" w:rsidP="00000000" w:rsidRDefault="00000000" w:rsidRPr="00000000" w14:paraId="000000EB">
      <w:pPr>
        <w:numPr>
          <w:ilvl w:val="0"/>
          <w:numId w:val="8"/>
        </w:numPr>
        <w:spacing w:after="0" w:line="240" w:lineRule="auto"/>
        <w:ind w:left="720" w:firstLine="0"/>
        <w:jc w:val="both"/>
        <w:rPr>
          <w:rFonts w:ascii="Times New Roman" w:cs="Times New Roman" w:eastAsia="Times New Roman" w:hAnsi="Times New Roman"/>
        </w:rPr>
      </w:pPr>
      <w:r w:rsidDel="00000000" w:rsidR="00000000" w:rsidRPr="00000000">
        <w:rPr>
          <w:rtl w:val="0"/>
        </w:rPr>
        <w:t xml:space="preserve">Anexa II Termenii și Condițiile de livrare și plată completate, inclusiv specificațiile tehnice și clarificările privind oferta (dacă este cazul) din </w:t>
      </w:r>
      <w:r w:rsidDel="00000000" w:rsidR="00000000" w:rsidRPr="00000000">
        <w:rPr>
          <w:b w:val="1"/>
          <w:bCs w:val="1"/>
          <w:rtl w:val="0"/>
        </w:rPr>
        <w:t xml:space="preserve">oferta acceptată</w:t>
      </w:r>
      <w:r w:rsidDel="00000000" w:rsidR="00000000" w:rsidRPr="00000000">
        <w:rPr>
          <w:rtl w:val="0"/>
        </w:rPr>
        <w:t xml:space="preserve"> a Furnizorului;</w:t>
      </w:r>
    </w:p>
    <w:p w:rsidR="00000000" w:rsidDel="00000000" w:rsidP="00000000" w:rsidRDefault="00000000" w:rsidRPr="00000000" w14:paraId="000000EC">
      <w:pPr>
        <w:numPr>
          <w:ilvl w:val="0"/>
          <w:numId w:val="8"/>
        </w:numPr>
        <w:spacing w:after="0" w:line="240" w:lineRule="auto"/>
        <w:ind w:left="720" w:firstLine="0"/>
        <w:jc w:val="both"/>
        <w:rPr>
          <w:rFonts w:ascii="Times New Roman" w:cs="Times New Roman" w:eastAsia="Times New Roman" w:hAnsi="Times New Roman"/>
        </w:rPr>
      </w:pPr>
      <w:r w:rsidDel="00000000" w:rsidR="00000000" w:rsidRPr="00000000">
        <w:rPr>
          <w:rtl w:val="0"/>
        </w:rPr>
        <w:t xml:space="preserve">Acte adiționale (dacă este cazul).</w:t>
      </w:r>
    </w:p>
    <w:p w:rsidR="00000000" w:rsidDel="00000000" w:rsidP="00000000" w:rsidRDefault="00000000" w:rsidRPr="00000000" w14:paraId="000000ED">
      <w:pPr>
        <w:spacing w:after="0" w:line="240" w:lineRule="auto"/>
        <w:ind w:left="720" w:firstLine="0"/>
        <w:jc w:val="both"/>
        <w:rPr/>
      </w:pPr>
      <w:r w:rsidDel="00000000" w:rsidR="00000000" w:rsidRPr="00000000">
        <w:rPr>
          <w:rtl w:val="0"/>
        </w:rPr>
      </w:r>
    </w:p>
    <w:p w:rsidR="00000000" w:rsidDel="00000000" w:rsidP="00000000" w:rsidRDefault="00000000" w:rsidRPr="00000000" w14:paraId="000000EE">
      <w:pPr>
        <w:spacing w:after="0" w:line="240" w:lineRule="auto"/>
        <w:ind w:left="720" w:firstLine="0"/>
        <w:jc w:val="both"/>
        <w:rPr/>
      </w:pPr>
      <w:r w:rsidDel="00000000" w:rsidR="00000000" w:rsidRPr="00000000">
        <w:rPr>
          <w:rtl w:val="0"/>
        </w:rPr>
        <w:t xml:space="preserve">Documentele care alcătuiesc Contractul vor fi considerate ca documente care se explicitează reciproc. În cazul unor ambiguități sau conflicte între aceste documente, ordinea de precedență va fi cea de mai sus.</w:t>
      </w:r>
    </w:p>
    <w:p w:rsidR="00000000" w:rsidDel="00000000" w:rsidP="00000000" w:rsidRDefault="00000000" w:rsidRPr="00000000" w14:paraId="000000EF">
      <w:pPr>
        <w:spacing w:after="0" w:line="240" w:lineRule="auto"/>
        <w:ind w:left="720" w:firstLine="0"/>
        <w:jc w:val="both"/>
        <w:rPr/>
      </w:pPr>
      <w:r w:rsidDel="00000000" w:rsidR="00000000" w:rsidRPr="00000000">
        <w:rPr>
          <w:rtl w:val="0"/>
        </w:rPr>
      </w:r>
    </w:p>
    <w:p w:rsidR="00000000" w:rsidDel="00000000" w:rsidP="00000000" w:rsidRDefault="00000000" w:rsidRPr="00000000" w14:paraId="000000F0">
      <w:pPr>
        <w:numPr>
          <w:ilvl w:val="0"/>
          <w:numId w:val="9"/>
        </w:numPr>
        <w:spacing w:after="0" w:line="240" w:lineRule="auto"/>
        <w:ind w:left="720" w:hanging="360"/>
        <w:jc w:val="both"/>
        <w:rPr>
          <w:rFonts w:ascii="Times New Roman" w:cs="Times New Roman" w:eastAsia="Times New Roman" w:hAnsi="Times New Roman"/>
        </w:rPr>
      </w:pPr>
      <w:r w:rsidDel="00000000" w:rsidR="00000000" w:rsidRPr="00000000">
        <w:rPr>
          <w:rtl w:val="0"/>
        </w:rPr>
        <w:t xml:space="preserve">Luând în considerare plățile care urmează a fi efectuate de către Cumpărător Furnizorului, așa cum se menționează mai departe, Furnizorul se angajează prin prezentul Contract încheiat cu Cumpărătorul să execute și să finalizeze livrările din cadrul Contractului și să remedieze oricare defecte în conformitate cu  prevederile Contractului.</w:t>
      </w:r>
    </w:p>
    <w:p w:rsidR="00000000" w:rsidDel="00000000" w:rsidP="00000000" w:rsidRDefault="00000000" w:rsidRPr="00000000" w14:paraId="000000F1">
      <w:pPr>
        <w:spacing w:after="0" w:lineRule="auto"/>
        <w:ind w:left="360" w:firstLine="0"/>
        <w:jc w:val="both"/>
        <w:rPr/>
      </w:pPr>
      <w:r w:rsidDel="00000000" w:rsidR="00000000" w:rsidRPr="00000000">
        <w:rPr>
          <w:rtl w:val="0"/>
        </w:rPr>
      </w:r>
    </w:p>
    <w:p w:rsidR="00000000" w:rsidDel="00000000" w:rsidP="00000000" w:rsidRDefault="00000000" w:rsidRPr="00000000" w14:paraId="000000F2">
      <w:pPr>
        <w:numPr>
          <w:ilvl w:val="0"/>
          <w:numId w:val="9"/>
        </w:numPr>
        <w:spacing w:after="0" w:line="240" w:lineRule="auto"/>
        <w:ind w:left="720" w:hanging="360"/>
        <w:jc w:val="both"/>
        <w:rPr>
          <w:rFonts w:ascii="Times New Roman" w:cs="Times New Roman" w:eastAsia="Times New Roman" w:hAnsi="Times New Roman"/>
        </w:rPr>
      </w:pPr>
      <w:r w:rsidDel="00000000" w:rsidR="00000000" w:rsidRPr="00000000">
        <w:rPr>
          <w:rtl w:val="0"/>
        </w:rPr>
        <w:t xml:space="preserve">Cumpărătorul se angajează prin prezentul Contract să plătească pentru furnizarea bunului, ca urmare a acceptării tuturor clauzelor Contractului de către Furnizor (în care remedierea oricăror defecte aferente bunului livrat fiind exclusiv în sarcina Furnizorului), Prețul Contractului în conformitate cu Condițiile de Plată prevăzute în Contract. </w:t>
      </w:r>
    </w:p>
    <w:p w:rsidR="00000000" w:rsidDel="00000000" w:rsidP="00000000" w:rsidRDefault="00000000" w:rsidRPr="00000000" w14:paraId="000000F3">
      <w:pPr>
        <w:spacing w:after="0" w:lineRule="auto"/>
        <w:ind w:left="360" w:firstLine="0"/>
        <w:jc w:val="both"/>
        <w:rPr/>
      </w:pPr>
      <w:r w:rsidDel="00000000" w:rsidR="00000000" w:rsidRPr="00000000">
        <w:rPr>
          <w:rtl w:val="0"/>
        </w:rPr>
      </w:r>
    </w:p>
    <w:p w:rsidR="00000000" w:rsidDel="00000000" w:rsidP="00000000" w:rsidRDefault="00000000" w:rsidRPr="00000000" w14:paraId="000000F4">
      <w:pPr>
        <w:numPr>
          <w:ilvl w:val="0"/>
          <w:numId w:val="9"/>
        </w:numPr>
        <w:spacing w:after="0" w:line="240" w:lineRule="auto"/>
        <w:ind w:left="720" w:hanging="360"/>
        <w:jc w:val="both"/>
        <w:rPr>
          <w:rFonts w:ascii="Times New Roman" w:cs="Times New Roman" w:eastAsia="Times New Roman" w:hAnsi="Times New Roman"/>
        </w:rPr>
      </w:pPr>
      <w:r w:rsidDel="00000000" w:rsidR="00000000" w:rsidRPr="00000000">
        <w:rPr>
          <w:rtl w:val="0"/>
        </w:rPr>
        <w:t xml:space="preserve">Condiții de Plată</w:t>
      </w:r>
    </w:p>
    <w:p w:rsidR="00000000" w:rsidDel="00000000" w:rsidP="00000000" w:rsidRDefault="00000000" w:rsidRPr="00000000" w14:paraId="000000F5">
      <w:pPr>
        <w:spacing w:after="0" w:line="240" w:lineRule="auto"/>
        <w:ind w:left="720" w:firstLine="0"/>
        <w:jc w:val="both"/>
        <w:rPr/>
      </w:pPr>
      <w:r w:rsidDel="00000000" w:rsidR="00000000" w:rsidRPr="00000000">
        <w:rPr>
          <w:rtl w:val="0"/>
        </w:rPr>
        <w:t xml:space="preserve">La livrarea și recepționarea bunului care fac obiectul acestui Contract, plata se va face în contul bancar al Furnizorului după cum urmează:</w:t>
      </w:r>
    </w:p>
    <w:p w:rsidR="00000000" w:rsidDel="00000000" w:rsidP="00000000" w:rsidRDefault="00000000" w:rsidRPr="00000000" w14:paraId="000000F6">
      <w:pPr>
        <w:numPr>
          <w:ilvl w:val="0"/>
          <w:numId w:val="10"/>
        </w:numPr>
        <w:spacing w:after="0" w:line="240" w:lineRule="auto"/>
        <w:ind w:left="1080" w:hanging="360"/>
        <w:jc w:val="both"/>
      </w:pPr>
      <w:r w:rsidDel="00000000" w:rsidR="00000000" w:rsidRPr="00000000">
        <w:rPr>
          <w:rtl w:val="0"/>
        </w:rPr>
        <w:t xml:space="preserve">Plata va fi făcută în baza unui Act de Primire-Predare semnat între Cumpărător și Furnizor, care atestă că produsul a fost furnizat Cumpărătorului împreună cu documentele de livrare listate la punctul 7 din Anexa IV la prezentul Contract – Termenii și condițiile de livrare și plată, precum și faptul că produsul a fost recepționat cantitativ.</w:t>
      </w:r>
    </w:p>
    <w:p w:rsidR="00000000" w:rsidDel="00000000" w:rsidP="00000000" w:rsidRDefault="00000000" w:rsidRPr="00000000" w14:paraId="000000F7">
      <w:pPr>
        <w:numPr>
          <w:ilvl w:val="0"/>
          <w:numId w:val="10"/>
        </w:numPr>
        <w:spacing w:after="0" w:line="240" w:lineRule="auto"/>
        <w:ind w:left="1080" w:hanging="360"/>
        <w:jc w:val="both"/>
      </w:pPr>
      <w:r w:rsidDel="00000000" w:rsidR="00000000" w:rsidRPr="00000000">
        <w:rPr>
          <w:rtl w:val="0"/>
        </w:rPr>
        <w:t xml:space="preserve">Plata facturii emise de Furnizor, ca urmare a Actului de Primire-Predare se va face în termen de maxim 30 (treizeci) zile calendaristice de la data primirii facturii de către Cumpărător.</w:t>
      </w:r>
    </w:p>
    <w:p w:rsidR="00000000" w:rsidDel="00000000" w:rsidP="00000000" w:rsidRDefault="00000000" w:rsidRPr="00000000" w14:paraId="000000F8">
      <w:pPr>
        <w:spacing w:after="0" w:line="240" w:lineRule="auto"/>
        <w:ind w:left="360" w:firstLine="360"/>
        <w:jc w:val="both"/>
        <w:rPr/>
      </w:pPr>
      <w:r w:rsidDel="00000000" w:rsidR="00000000" w:rsidRPr="00000000">
        <w:rPr>
          <w:rtl w:val="0"/>
        </w:rPr>
      </w:r>
    </w:p>
    <w:p w:rsidR="00000000" w:rsidDel="00000000" w:rsidP="00000000" w:rsidRDefault="00000000" w:rsidRPr="00000000" w14:paraId="000000F9">
      <w:pPr>
        <w:numPr>
          <w:ilvl w:val="0"/>
          <w:numId w:val="9"/>
        </w:numPr>
        <w:spacing w:after="0" w:line="240" w:lineRule="auto"/>
        <w:ind w:left="720" w:hanging="360"/>
        <w:jc w:val="both"/>
        <w:rPr>
          <w:rFonts w:ascii="Times New Roman" w:cs="Times New Roman" w:eastAsia="Times New Roman" w:hAnsi="Times New Roman"/>
        </w:rPr>
      </w:pPr>
      <w:r w:rsidDel="00000000" w:rsidR="00000000" w:rsidRPr="00000000">
        <w:rPr>
          <w:rtl w:val="0"/>
        </w:rPr>
        <w:t xml:space="preserve">Durata Contractului</w:t>
      </w:r>
    </w:p>
    <w:p w:rsidR="00000000" w:rsidDel="00000000" w:rsidP="00000000" w:rsidRDefault="00000000" w:rsidRPr="00000000" w14:paraId="000000FA">
      <w:pPr>
        <w:spacing w:after="0" w:line="240" w:lineRule="auto"/>
        <w:ind w:left="720" w:firstLine="0"/>
        <w:jc w:val="both"/>
        <w:rPr/>
      </w:pPr>
      <w:r w:rsidDel="00000000" w:rsidR="00000000" w:rsidRPr="00000000">
        <w:rPr>
          <w:rtl w:val="0"/>
        </w:rPr>
        <w:t xml:space="preserve">Prezentul Contract intră în vigoare la data semnării acestuia de către ambele părți contractante și este valabil până la data de 1 mai 2029.</w:t>
      </w:r>
    </w:p>
    <w:p w:rsidR="00000000" w:rsidDel="00000000" w:rsidP="00000000" w:rsidRDefault="00000000" w:rsidRPr="00000000" w14:paraId="000000FB">
      <w:pPr>
        <w:spacing w:after="0" w:line="240" w:lineRule="auto"/>
        <w:ind w:left="360" w:firstLine="0"/>
        <w:jc w:val="both"/>
        <w:rPr/>
      </w:pPr>
      <w:r w:rsidDel="00000000" w:rsidR="00000000" w:rsidRPr="00000000">
        <w:rPr>
          <w:rtl w:val="0"/>
        </w:rPr>
      </w:r>
    </w:p>
    <w:p w:rsidR="00000000" w:rsidDel="00000000" w:rsidP="00000000" w:rsidRDefault="00000000" w:rsidRPr="00000000" w14:paraId="000000FC">
      <w:pPr>
        <w:numPr>
          <w:ilvl w:val="0"/>
          <w:numId w:val="9"/>
        </w:numPr>
        <w:spacing w:after="0" w:line="240" w:lineRule="auto"/>
        <w:ind w:left="720" w:hanging="360"/>
        <w:jc w:val="both"/>
        <w:rPr>
          <w:rFonts w:ascii="Times New Roman" w:cs="Times New Roman" w:eastAsia="Times New Roman" w:hAnsi="Times New Roman"/>
        </w:rPr>
      </w:pPr>
      <w:r w:rsidDel="00000000" w:rsidR="00000000" w:rsidRPr="00000000">
        <w:rPr>
          <w:rtl w:val="0"/>
        </w:rPr>
        <w:t xml:space="preserve">Încetare</w:t>
      </w:r>
    </w:p>
    <w:p w:rsidR="00000000" w:rsidDel="00000000" w:rsidP="00000000" w:rsidRDefault="00000000" w:rsidRPr="00000000" w14:paraId="000000FD">
      <w:pPr>
        <w:spacing w:after="0" w:line="240" w:lineRule="auto"/>
        <w:ind w:left="360" w:firstLine="360"/>
        <w:jc w:val="both"/>
        <w:rPr/>
      </w:pPr>
      <w:r w:rsidDel="00000000" w:rsidR="00000000" w:rsidRPr="00000000">
        <w:rPr>
          <w:rtl w:val="0"/>
        </w:rPr>
      </w:r>
    </w:p>
    <w:p w:rsidR="00000000" w:rsidDel="00000000" w:rsidP="00000000" w:rsidRDefault="00000000" w:rsidRPr="00000000" w14:paraId="000000FE">
      <w:pPr>
        <w:spacing w:after="0" w:line="240" w:lineRule="auto"/>
        <w:ind w:left="360" w:firstLine="360"/>
        <w:jc w:val="both"/>
        <w:rPr/>
      </w:pPr>
      <w:r w:rsidDel="00000000" w:rsidR="00000000" w:rsidRPr="00000000">
        <w:rPr>
          <w:rtl w:val="0"/>
        </w:rPr>
        <w:t xml:space="preserve">6.1 Încetarea de drept</w:t>
      </w:r>
    </w:p>
    <w:p w:rsidR="00000000" w:rsidDel="00000000" w:rsidP="00000000" w:rsidRDefault="00000000" w:rsidRPr="00000000" w14:paraId="000000FF">
      <w:pPr>
        <w:spacing w:after="0" w:line="240" w:lineRule="auto"/>
        <w:ind w:left="720" w:firstLine="0"/>
        <w:jc w:val="both"/>
        <w:rPr/>
      </w:pPr>
      <w:r w:rsidDel="00000000" w:rsidR="00000000" w:rsidRPr="00000000">
        <w:rPr>
          <w:rtl w:val="0"/>
        </w:rPr>
        <w:t xml:space="preserve">Prin executarea de către ambele părți a tuturor obligațiilor ce le revin conform contractului și a legislației moldovenești în vigoare.</w:t>
      </w:r>
    </w:p>
    <w:p w:rsidR="00000000" w:rsidDel="00000000" w:rsidP="00000000" w:rsidRDefault="00000000" w:rsidRPr="00000000" w14:paraId="00000100">
      <w:pPr>
        <w:spacing w:after="0" w:line="240" w:lineRule="auto"/>
        <w:ind w:left="360" w:firstLine="360"/>
        <w:jc w:val="both"/>
        <w:rPr/>
      </w:pPr>
      <w:r w:rsidDel="00000000" w:rsidR="00000000" w:rsidRPr="00000000">
        <w:rPr>
          <w:rtl w:val="0"/>
        </w:rPr>
      </w:r>
    </w:p>
    <w:p w:rsidR="00000000" w:rsidDel="00000000" w:rsidP="00000000" w:rsidRDefault="00000000" w:rsidRPr="00000000" w14:paraId="00000101">
      <w:pPr>
        <w:spacing w:after="0" w:line="240" w:lineRule="auto"/>
        <w:ind w:left="360" w:firstLine="360"/>
        <w:jc w:val="both"/>
        <w:rPr/>
      </w:pPr>
      <w:r w:rsidDel="00000000" w:rsidR="00000000" w:rsidRPr="00000000">
        <w:rPr>
          <w:rtl w:val="0"/>
        </w:rPr>
        <w:t xml:space="preserve">6.2 Rezilierea pentru neîndeplinirea obligațiilor contractuale de către Furnizor</w:t>
      </w:r>
    </w:p>
    <w:p w:rsidR="00000000" w:rsidDel="00000000" w:rsidP="00000000" w:rsidRDefault="00000000" w:rsidRPr="00000000" w14:paraId="00000102">
      <w:pPr>
        <w:spacing w:after="0" w:line="240" w:lineRule="auto"/>
        <w:ind w:left="1772" w:hanging="706"/>
        <w:jc w:val="both"/>
        <w:rPr/>
      </w:pPr>
      <w:r w:rsidDel="00000000" w:rsidR="00000000" w:rsidRPr="00000000">
        <w:rPr>
          <w:rtl w:val="0"/>
        </w:rPr>
        <w:t xml:space="preserve">a)  Cumpărătorul, fără a prejudicia și fără a aduce atingere oricărei alte căi de atac pentru încălcarea Contractului, printr-o notificare scrisă trimisă Furnizorului, poate rezilia Contractul în totalitate sau parțial:</w:t>
      </w:r>
    </w:p>
    <w:p w:rsidR="00000000" w:rsidDel="00000000" w:rsidP="00000000" w:rsidRDefault="00000000" w:rsidRPr="00000000" w14:paraId="00000103">
      <w:pPr>
        <w:pStyle w:val="Heading4"/>
        <w:keepNext w:val="0"/>
        <w:keepLines w:val="0"/>
        <w:numPr>
          <w:ilvl w:val="0"/>
          <w:numId w:val="4"/>
        </w:numPr>
        <w:spacing w:before="0" w:line="240" w:lineRule="auto"/>
        <w:ind w:left="2136" w:hanging="360"/>
        <w:jc w:val="both"/>
        <w:rPr>
          <w:rFonts w:ascii="Calibri" w:cs="Calibri" w:eastAsia="Calibri" w:hAnsi="Calibri"/>
          <w:b w:val="1"/>
          <w:bCs w:val="1"/>
          <w:i w:val="1"/>
          <w:iCs w:val="1"/>
          <w:color w:val="4f81bd"/>
        </w:rPr>
      </w:pPr>
      <w:r w:rsidDel="00000000" w:rsidR="00000000" w:rsidRPr="00000000">
        <w:rPr>
          <w:rFonts w:ascii="Times New Roman" w:cs="Times New Roman" w:eastAsia="Times New Roman" w:hAnsi="Times New Roman"/>
          <w:b w:val="0"/>
          <w:bCs w:val="0"/>
          <w:color w:val="000000"/>
          <w:rtl w:val="0"/>
        </w:rPr>
        <w:t xml:space="preserve">în cazul în care Furnizorul nu livrează o parte sau toate produsele în termenul specificat în Contract sau în cadrul oricărei prelungiri acordate; </w:t>
      </w:r>
    </w:p>
    <w:p w:rsidR="00000000" w:rsidDel="00000000" w:rsidP="00000000" w:rsidRDefault="00000000" w:rsidRPr="00000000" w14:paraId="00000104">
      <w:pPr>
        <w:pStyle w:val="Heading4"/>
        <w:keepNext w:val="0"/>
        <w:keepLines w:val="0"/>
        <w:numPr>
          <w:ilvl w:val="0"/>
          <w:numId w:val="4"/>
        </w:numPr>
        <w:spacing w:before="0" w:line="240" w:lineRule="auto"/>
        <w:ind w:left="2136" w:hanging="360"/>
        <w:jc w:val="both"/>
        <w:rPr>
          <w:rFonts w:ascii="Calibri" w:cs="Calibri" w:eastAsia="Calibri" w:hAnsi="Calibri"/>
          <w:b w:val="1"/>
          <w:bCs w:val="1"/>
          <w:i w:val="1"/>
          <w:iCs w:val="1"/>
          <w:color w:val="4f81bd"/>
        </w:rPr>
      </w:pPr>
      <w:r w:rsidDel="00000000" w:rsidR="00000000" w:rsidRPr="00000000">
        <w:rPr>
          <w:rFonts w:ascii="Times New Roman" w:cs="Times New Roman" w:eastAsia="Times New Roman" w:hAnsi="Times New Roman"/>
          <w:b w:val="0"/>
          <w:bCs w:val="0"/>
          <w:color w:val="000000"/>
          <w:rtl w:val="0"/>
        </w:rPr>
        <w:t xml:space="preserve">dacă Furnizorul nu îndeplinește oricare dintre obligațiile prevăzute din Contract; sau</w:t>
      </w:r>
    </w:p>
    <w:p w:rsidR="00000000" w:rsidDel="00000000" w:rsidP="00000000" w:rsidRDefault="00000000" w:rsidRPr="00000000" w14:paraId="00000105">
      <w:pPr>
        <w:pStyle w:val="Heading4"/>
        <w:keepNext w:val="0"/>
        <w:keepLines w:val="0"/>
        <w:numPr>
          <w:ilvl w:val="0"/>
          <w:numId w:val="4"/>
        </w:numPr>
        <w:spacing w:before="0" w:line="240" w:lineRule="auto"/>
        <w:ind w:left="2136" w:hanging="360"/>
        <w:jc w:val="both"/>
        <w:rPr>
          <w:rFonts w:ascii="Calibri" w:cs="Calibri" w:eastAsia="Calibri" w:hAnsi="Calibri"/>
          <w:b w:val="1"/>
          <w:bCs w:val="1"/>
          <w:i w:val="1"/>
          <w:iCs w:val="1"/>
          <w:color w:val="4f81bd"/>
        </w:rPr>
      </w:pPr>
      <w:r w:rsidDel="00000000" w:rsidR="00000000" w:rsidRPr="00000000">
        <w:rPr>
          <w:rFonts w:ascii="Times New Roman" w:cs="Times New Roman" w:eastAsia="Times New Roman" w:hAnsi="Times New Roman"/>
          <w:b w:val="0"/>
          <w:bCs w:val="0"/>
          <w:color w:val="000000"/>
          <w:rtl w:val="0"/>
        </w:rPr>
        <w:t xml:space="preserve">dacă Furnizorul, în opinia Achizitorului, s-a angajat în acțiuni de fraudă și corupție, așa cum este menționat în art. 8 de mai jos și detaliat în Anexa 2 la Cererea de cotații, acesta participând ca parte la sau în executarea acestor acțiuni.</w:t>
      </w:r>
    </w:p>
    <w:p w:rsidR="00000000" w:rsidDel="00000000" w:rsidP="00000000" w:rsidRDefault="00000000" w:rsidRPr="00000000" w14:paraId="00000106">
      <w:pPr>
        <w:pStyle w:val="Heading4"/>
        <w:keepNext w:val="0"/>
        <w:keepLines w:val="0"/>
        <w:spacing w:before="0" w:line="240" w:lineRule="auto"/>
        <w:ind w:left="1066" w:firstLine="0"/>
        <w:jc w:val="both"/>
        <w:rPr>
          <w:rFonts w:ascii="Times New Roman" w:cs="Times New Roman" w:eastAsia="Times New Roman" w:hAnsi="Times New Roman"/>
          <w:b w:val="0"/>
          <w:bCs w:val="0"/>
          <w:i w:val="0"/>
          <w:iCs w:val="0"/>
          <w:color w:val="000000"/>
        </w:rPr>
      </w:pPr>
      <w:r w:rsidDel="00000000" w:rsidR="00000000" w:rsidRPr="00000000">
        <w:rPr>
          <w:rFonts w:ascii="Times New Roman" w:cs="Times New Roman" w:eastAsia="Times New Roman" w:hAnsi="Times New Roman"/>
          <w:b w:val="0"/>
          <w:bCs w:val="0"/>
          <w:i w:val="0"/>
          <w:iCs w:val="0"/>
          <w:color w:val="000000"/>
          <w:rtl w:val="0"/>
        </w:rPr>
        <w:t xml:space="preserve">b)</w:t>
        <w:tab/>
        <w:t xml:space="preserve">În cazul în care Cumpărătorul reziliază contractul în totalitate sau în parte, acesta poate achiziționa, în termeni și condiții corespunzătoare, bunuri și servicii asociate similare cu cele nefurnizate. Furnizorul va datora Cumpărătorului acoperirea costurilor suplimentare pentru aceste bunuri. Totuși, dacă este cazul, Furnizorul va continua să execute partea din Contract ce nu a fost reziliată.</w:t>
      </w:r>
    </w:p>
    <w:p w:rsidR="00000000" w:rsidDel="00000000" w:rsidP="00000000" w:rsidRDefault="00000000" w:rsidRPr="00000000" w14:paraId="00000107">
      <w:pPr>
        <w:spacing w:after="0" w:line="240" w:lineRule="auto"/>
        <w:rPr>
          <w:b w:val="1"/>
          <w:bCs w:val="1"/>
          <w:i w:val="1"/>
          <w:iCs w:val="1"/>
        </w:rPr>
      </w:pPr>
      <w:r w:rsidDel="00000000" w:rsidR="00000000" w:rsidRPr="00000000">
        <w:rPr>
          <w:rtl w:val="0"/>
        </w:rPr>
      </w:r>
    </w:p>
    <w:p w:rsidR="00000000" w:rsidDel="00000000" w:rsidP="00000000" w:rsidRDefault="00000000" w:rsidRPr="00000000" w14:paraId="00000108">
      <w:pPr>
        <w:spacing w:after="0" w:line="240" w:lineRule="auto"/>
        <w:ind w:left="360" w:firstLine="360"/>
        <w:jc w:val="both"/>
        <w:rPr/>
      </w:pPr>
      <w:r w:rsidDel="00000000" w:rsidR="00000000" w:rsidRPr="00000000">
        <w:rPr>
          <w:rtl w:val="0"/>
        </w:rPr>
        <w:t xml:space="preserve">6.3 Denunțarea unilaterală</w:t>
      </w:r>
    </w:p>
    <w:p w:rsidR="00000000" w:rsidDel="00000000" w:rsidP="00000000" w:rsidRDefault="00000000" w:rsidRPr="00000000" w14:paraId="00000109">
      <w:pPr>
        <w:spacing w:after="0" w:line="240" w:lineRule="auto"/>
        <w:ind w:left="1080" w:firstLine="0"/>
        <w:jc w:val="both"/>
        <w:rPr/>
      </w:pPr>
      <w:r w:rsidDel="00000000" w:rsidR="00000000" w:rsidRPr="00000000">
        <w:rPr>
          <w:rtl w:val="0"/>
        </w:rPr>
        <w:t xml:space="preserve">a) Cumpărătorul, printr-o notificare transmisă Furnizorului, poate denunța unilateral Contractul, în totalitate sau în parte, în orice moment. În notificare se va specifica faptul că denunțarea se face la dorința Cumpărătorului, măsura în care se denunță prestația Furnizorului în cadrul Contractului și data de la care Contractul se consideră denunțat.</w:t>
      </w:r>
    </w:p>
    <w:p w:rsidR="00000000" w:rsidDel="00000000" w:rsidP="00000000" w:rsidRDefault="00000000" w:rsidRPr="00000000" w14:paraId="0000010A">
      <w:pPr>
        <w:spacing w:after="0" w:line="240" w:lineRule="auto"/>
        <w:ind w:left="1080" w:firstLine="0"/>
        <w:jc w:val="both"/>
        <w:rPr/>
      </w:pPr>
      <w:r w:rsidDel="00000000" w:rsidR="00000000" w:rsidRPr="00000000">
        <w:rPr>
          <w:rtl w:val="0"/>
        </w:rPr>
        <w:t xml:space="preserve">Denunțarea Contractului de către Furnizor ca urmare a implicării Furnizorului în practici de fraudă și corupție este descrisă în art. 8 din prezentul Contract. </w:t>
      </w:r>
    </w:p>
    <w:p w:rsidR="00000000" w:rsidDel="00000000" w:rsidP="00000000" w:rsidRDefault="00000000" w:rsidRPr="00000000" w14:paraId="0000010B">
      <w:pPr>
        <w:spacing w:after="0" w:line="240" w:lineRule="auto"/>
        <w:ind w:left="1080" w:firstLine="0"/>
        <w:jc w:val="both"/>
        <w:rPr/>
      </w:pPr>
      <w:r w:rsidDel="00000000" w:rsidR="00000000" w:rsidRPr="00000000">
        <w:rPr>
          <w:rtl w:val="0"/>
        </w:rPr>
      </w:r>
    </w:p>
    <w:p w:rsidR="00000000" w:rsidDel="00000000" w:rsidP="00000000" w:rsidRDefault="00000000" w:rsidRPr="00000000" w14:paraId="0000010C">
      <w:pPr>
        <w:spacing w:after="0" w:line="240" w:lineRule="auto"/>
        <w:ind w:left="1080" w:firstLine="0"/>
        <w:jc w:val="both"/>
        <w:rPr/>
      </w:pPr>
      <w:r w:rsidDel="00000000" w:rsidR="00000000" w:rsidRPr="00000000">
        <w:rPr>
          <w:rtl w:val="0"/>
        </w:rPr>
        <w:t xml:space="preserve">b)    Rezilierea Contractului în caz de insolvență</w:t>
      </w:r>
    </w:p>
    <w:p w:rsidR="00000000" w:rsidDel="00000000" w:rsidP="00000000" w:rsidRDefault="00000000" w:rsidRPr="00000000" w14:paraId="0000010D">
      <w:pPr>
        <w:spacing w:after="0" w:line="240" w:lineRule="auto"/>
        <w:ind w:left="1080" w:firstLine="0"/>
        <w:jc w:val="both"/>
        <w:rPr>
          <w:b w:val="1"/>
          <w:bCs w:val="1"/>
        </w:rPr>
      </w:pPr>
      <w:r w:rsidDel="00000000" w:rsidR="00000000" w:rsidRPr="00000000">
        <w:rPr>
          <w:rtl w:val="0"/>
        </w:rPr>
        <w:t xml:space="preserve">Cumpărătorul poate oricând să rezilieze Contractul prin notificarea Furnizorului în cazul în care Furnizorul intră în stare de faliment sau în caz de insolvabilitate. În acest caz, rezilierea va fi fără compensare pentru Furnizor, cu condiția ca această reziliere să nu prejudicieze sau să afecteze nici un drept de acțiune sau remediu al Achizitorului care a survenit sau va surveni ulterior.</w:t>
      </w:r>
      <w:r w:rsidDel="00000000" w:rsidR="00000000" w:rsidRPr="00000000">
        <w:rPr>
          <w:rtl w:val="0"/>
        </w:rPr>
      </w:r>
    </w:p>
    <w:p w:rsidR="00000000" w:rsidDel="00000000" w:rsidP="00000000" w:rsidRDefault="00000000" w:rsidRPr="00000000" w14:paraId="0000010E">
      <w:pPr>
        <w:spacing w:after="0" w:line="240" w:lineRule="auto"/>
        <w:ind w:left="360" w:firstLine="0"/>
        <w:rPr/>
      </w:pPr>
      <w:r w:rsidDel="00000000" w:rsidR="00000000" w:rsidRPr="00000000">
        <w:rPr>
          <w:rtl w:val="0"/>
        </w:rPr>
      </w:r>
    </w:p>
    <w:p w:rsidR="00000000" w:rsidDel="00000000" w:rsidP="00000000" w:rsidRDefault="00000000" w:rsidRPr="00000000" w14:paraId="0000010F">
      <w:pPr>
        <w:numPr>
          <w:ilvl w:val="0"/>
          <w:numId w:val="9"/>
        </w:numPr>
        <w:spacing w:after="0" w:line="240" w:lineRule="auto"/>
        <w:ind w:left="720" w:hanging="360"/>
        <w:jc w:val="both"/>
        <w:rPr>
          <w:rFonts w:ascii="Times New Roman" w:cs="Times New Roman" w:eastAsia="Times New Roman" w:hAnsi="Times New Roman"/>
        </w:rPr>
      </w:pPr>
      <w:r w:rsidDel="00000000" w:rsidR="00000000" w:rsidRPr="00000000">
        <w:rPr>
          <w:rtl w:val="0"/>
        </w:rPr>
        <w:t xml:space="preserve">Amendamente</w:t>
      </w:r>
    </w:p>
    <w:p w:rsidR="00000000" w:rsidDel="00000000" w:rsidP="00000000" w:rsidRDefault="00000000" w:rsidRPr="00000000" w14:paraId="00000110">
      <w:pPr>
        <w:spacing w:after="0" w:line="240" w:lineRule="auto"/>
        <w:ind w:left="720" w:firstLine="0"/>
        <w:jc w:val="both"/>
        <w:rPr/>
      </w:pPr>
      <w:r w:rsidDel="00000000" w:rsidR="00000000" w:rsidRPr="00000000">
        <w:rPr>
          <w:rtl w:val="0"/>
        </w:rPr>
        <w:t xml:space="preserve">Părţile contractante au dreptul, pe durata îndeplinirii Contractului, de a conveni modificarea clauzelor Contractului, prin act adiţional, numai în cazul apariţiei unor circumstanţe care lezează interesele legitime ale acestora şi care nu au putut fi prevăzute la data încheierii Contractului.</w:t>
      </w:r>
    </w:p>
    <w:p w:rsidR="00000000" w:rsidDel="00000000" w:rsidP="00000000" w:rsidRDefault="00000000" w:rsidRPr="00000000" w14:paraId="00000111">
      <w:pPr>
        <w:spacing w:after="0" w:line="240" w:lineRule="auto"/>
        <w:ind w:left="360" w:firstLine="0"/>
        <w:jc w:val="both"/>
        <w:rPr/>
      </w:pPr>
      <w:r w:rsidDel="00000000" w:rsidR="00000000" w:rsidRPr="00000000">
        <w:rPr>
          <w:rtl w:val="0"/>
        </w:rPr>
      </w:r>
    </w:p>
    <w:p w:rsidR="00000000" w:rsidDel="00000000" w:rsidP="00000000" w:rsidRDefault="00000000" w:rsidRPr="00000000" w14:paraId="00000112">
      <w:pPr>
        <w:numPr>
          <w:ilvl w:val="0"/>
          <w:numId w:val="9"/>
        </w:numPr>
        <w:spacing w:after="0" w:line="240" w:lineRule="auto"/>
        <w:ind w:left="720" w:hanging="360"/>
        <w:jc w:val="both"/>
        <w:rPr>
          <w:rFonts w:ascii="Times New Roman" w:cs="Times New Roman" w:eastAsia="Times New Roman" w:hAnsi="Times New Roman"/>
        </w:rPr>
      </w:pPr>
      <w:r w:rsidDel="00000000" w:rsidR="00000000" w:rsidRPr="00000000">
        <w:rPr>
          <w:rtl w:val="0"/>
        </w:rPr>
        <w:t xml:space="preserve">Fraudă și corupție</w:t>
      </w:r>
    </w:p>
    <w:p w:rsidR="00000000" w:rsidDel="00000000" w:rsidP="00000000" w:rsidRDefault="00000000" w:rsidRPr="00000000" w14:paraId="00000113">
      <w:pPr>
        <w:spacing w:after="0" w:line="240" w:lineRule="auto"/>
        <w:ind w:left="720" w:firstLine="0"/>
        <w:jc w:val="both"/>
        <w:rPr>
          <w:rFonts w:ascii="Trebuchet MS" w:cs="Trebuchet MS" w:eastAsia="Trebuchet MS" w:hAnsi="Trebuchet MS"/>
          <w:sz w:val="22"/>
          <w:szCs w:val="22"/>
        </w:rPr>
      </w:pPr>
      <w:r w:rsidDel="00000000" w:rsidR="00000000" w:rsidRPr="00000000">
        <w:rPr>
          <w:rtl w:val="0"/>
        </w:rPr>
        <w:t xml:space="preserve">Dacă Cumpărătorul descoperă că Furnizorul și/sau angajații, consultanții, subcontractorii acestuia s-au implicat în practici de corupţie, frauduloase, coluzive, coercitive sau obstructive (precum sunt definite în Procedurile Băncii cu privire la fraudă și corupție, a se consulta prevederile Anexei nr. 2 la Cererea de cotații) în procesul de licitaţie pentru atribuirea Contractului sau pe parcursul derulării Contractului, Cumpărătorul poate rezilia contractul după transmiterea în scris a unui preaviz de 14 (paisprezece) zile calendaristice</w:t>
      </w:r>
      <w:r w:rsidDel="00000000" w:rsidR="00000000" w:rsidRPr="00000000">
        <w:rPr>
          <w:rFonts w:ascii="Trebuchet MS" w:cs="Trebuchet MS" w:eastAsia="Trebuchet MS" w:hAnsi="Trebuchet MS"/>
          <w:sz w:val="22"/>
          <w:szCs w:val="22"/>
          <w:rtl w:val="0"/>
        </w:rPr>
        <w:t xml:space="preserve">.</w:t>
      </w:r>
    </w:p>
    <w:p w:rsidR="00000000" w:rsidDel="00000000" w:rsidP="00000000" w:rsidRDefault="00000000" w:rsidRPr="00000000" w14:paraId="00000114">
      <w:pPr>
        <w:spacing w:after="0" w:line="240" w:lineRule="auto"/>
        <w:ind w:left="360" w:firstLine="0"/>
        <w:jc w:val="both"/>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115">
      <w:pPr>
        <w:numPr>
          <w:ilvl w:val="0"/>
          <w:numId w:val="9"/>
        </w:numPr>
        <w:spacing w:after="0" w:line="240" w:lineRule="auto"/>
        <w:ind w:left="720" w:hanging="360"/>
        <w:jc w:val="both"/>
        <w:rPr>
          <w:rFonts w:ascii="Times New Roman" w:cs="Times New Roman" w:eastAsia="Times New Roman" w:hAnsi="Times New Roman"/>
        </w:rPr>
      </w:pPr>
      <w:r w:rsidDel="00000000" w:rsidR="00000000" w:rsidRPr="00000000">
        <w:rPr>
          <w:rtl w:val="0"/>
        </w:rPr>
        <w:t xml:space="preserve">Inspecție și Audit</w:t>
      </w:r>
    </w:p>
    <w:p w:rsidR="00000000" w:rsidDel="00000000" w:rsidP="00000000" w:rsidRDefault="00000000" w:rsidRPr="00000000" w14:paraId="00000116">
      <w:pPr>
        <w:spacing w:after="0" w:line="240" w:lineRule="auto"/>
        <w:ind w:left="720" w:firstLine="0"/>
        <w:rPr/>
      </w:pPr>
      <w:r w:rsidDel="00000000" w:rsidR="00000000" w:rsidRPr="00000000">
        <w:rPr>
          <w:rtl w:val="0"/>
        </w:rPr>
        <w:t xml:space="preserve">9.1 Furnizorul trebuie să îndeplinească toate instrucțiunile Cumpărătorului în conformitate cu legile aplicabile destinației de furnizare.</w:t>
      </w:r>
    </w:p>
    <w:p w:rsidR="00000000" w:rsidDel="00000000" w:rsidP="00000000" w:rsidRDefault="00000000" w:rsidRPr="00000000" w14:paraId="00000117">
      <w:pPr>
        <w:spacing w:after="0" w:line="240" w:lineRule="auto"/>
        <w:ind w:left="360" w:firstLine="0"/>
        <w:rPr/>
      </w:pPr>
      <w:r w:rsidDel="00000000" w:rsidR="00000000" w:rsidRPr="00000000">
        <w:rPr>
          <w:rtl w:val="0"/>
        </w:rPr>
      </w:r>
    </w:p>
    <w:p w:rsidR="00000000" w:rsidDel="00000000" w:rsidP="00000000" w:rsidRDefault="00000000" w:rsidRPr="00000000" w14:paraId="00000118">
      <w:pPr>
        <w:spacing w:after="0" w:line="240" w:lineRule="auto"/>
        <w:ind w:left="720" w:firstLine="0"/>
        <w:jc w:val="both"/>
        <w:rPr/>
      </w:pPr>
      <w:r w:rsidDel="00000000" w:rsidR="00000000" w:rsidRPr="00000000">
        <w:rPr>
          <w:rtl w:val="0"/>
        </w:rPr>
        <w:t xml:space="preserve">Furnizorul va permite Băncii și îi va determina pe subcontractanții și consultanții săi să permită Băncii și/ sau persoanelor desemnate de Bancă să inspecteze birourile furnizorului și toate conturile și înregistrările aferente executării Contractului și depunerea ofertei și  să aibă astfel de conturi și să asigure auditarea acestor înregistrări de către auditori desemnați de către Bancă, în cazul în care Banca solicită astfel. Se atrage atenția Furnizorului, subcontractanților săi și consultanților acestuia asupra art. 8, Fraudă și corupție, care prevede, printre altele, că acțiunile care au ca scop neîndeplinirea acestor obligații (exercitarea drepturilor de verificare și de audit ale Băncii) constituie o practică interzisă care face obiectul încetării contractului (precum şi a stabilirii neeligibilității conform procedurilor de sancțiuni aplicabile ale Băncii).</w:t>
      </w:r>
    </w:p>
    <w:p w:rsidR="00000000" w:rsidDel="00000000" w:rsidP="00000000" w:rsidRDefault="00000000" w:rsidRPr="00000000" w14:paraId="00000119">
      <w:pPr>
        <w:spacing w:after="0" w:line="240" w:lineRule="auto"/>
        <w:ind w:left="360" w:firstLine="0"/>
        <w:jc w:val="both"/>
        <w:rPr/>
      </w:pPr>
      <w:r w:rsidDel="00000000" w:rsidR="00000000" w:rsidRPr="00000000">
        <w:rPr>
          <w:rtl w:val="0"/>
        </w:rPr>
      </w:r>
    </w:p>
    <w:tbl>
      <w:tblPr>
        <w:tblStyle w:val="Table6"/>
        <w:tblW w:w="9746.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877"/>
        <w:gridCol w:w="4869"/>
        <w:tblGridChange w:id="0">
          <w:tblGrid>
            <w:gridCol w:w="4877"/>
            <w:gridCol w:w="4869"/>
          </w:tblGrid>
        </w:tblGridChange>
      </w:tblGrid>
      <w:tr>
        <w:trPr>
          <w:cantSplit w:val="0"/>
          <w:trHeight w:val="2367" w:hRule="atLeast"/>
          <w:tblHeader w:val="0"/>
        </w:trPr>
        <w:tc>
          <w:tcPr/>
          <w:p w:rsidR="00000000" w:rsidDel="00000000" w:rsidP="00000000" w:rsidRDefault="00000000" w:rsidRPr="00000000" w14:paraId="0000011A">
            <w:pPr>
              <w:spacing w:after="0" w:line="240" w:lineRule="auto"/>
              <w:jc w:val="center"/>
              <w:rPr>
                <w:b w:val="1"/>
                <w:bCs w:val="1"/>
              </w:rPr>
            </w:pPr>
            <w:r w:rsidDel="00000000" w:rsidR="00000000" w:rsidRPr="00000000">
              <w:rPr>
                <w:b w:val="1"/>
                <w:bCs w:val="1"/>
                <w:rtl w:val="0"/>
              </w:rPr>
              <w:t xml:space="preserve">CUMPĂRĂTOR,</w:t>
            </w:r>
          </w:p>
          <w:p w:rsidR="00000000" w:rsidDel="00000000" w:rsidP="00000000" w:rsidRDefault="00000000" w:rsidRPr="00000000" w14:paraId="0000011B">
            <w:pPr>
              <w:spacing w:after="0" w:line="240" w:lineRule="auto"/>
              <w:jc w:val="center"/>
              <w:rPr>
                <w:b w:val="1"/>
                <w:bCs w:val="1"/>
              </w:rPr>
            </w:pPr>
            <w:r w:rsidDel="00000000" w:rsidR="00000000" w:rsidRPr="00000000">
              <w:rPr>
                <w:b w:val="1"/>
                <w:bCs w:val="1"/>
                <w:rtl w:val="0"/>
              </w:rPr>
              <w:t xml:space="preserve">AO „Gender-Centru”</w:t>
            </w:r>
          </w:p>
          <w:p w:rsidR="00000000" w:rsidDel="00000000" w:rsidP="00000000" w:rsidRDefault="00000000" w:rsidRPr="00000000" w14:paraId="0000011C">
            <w:pPr>
              <w:spacing w:after="0" w:line="240" w:lineRule="auto"/>
              <w:jc w:val="center"/>
              <w:rPr>
                <w:b w:val="1"/>
                <w:bCs w:val="1"/>
              </w:rPr>
            </w:pPr>
            <w:r w:rsidDel="00000000" w:rsidR="00000000" w:rsidRPr="00000000">
              <w:rPr>
                <w:rtl w:val="0"/>
              </w:rPr>
            </w:r>
          </w:p>
          <w:p w:rsidR="00000000" w:rsidDel="00000000" w:rsidP="00000000" w:rsidRDefault="00000000" w:rsidRPr="00000000" w14:paraId="0000011D">
            <w:pPr>
              <w:spacing w:after="0" w:line="240" w:lineRule="auto"/>
              <w:jc w:val="center"/>
              <w:rPr>
                <w:b w:val="1"/>
                <w:bCs w:val="1"/>
              </w:rPr>
            </w:pPr>
            <w:r w:rsidDel="00000000" w:rsidR="00000000" w:rsidRPr="00000000">
              <w:rPr>
                <w:rtl w:val="0"/>
              </w:rPr>
            </w:r>
          </w:p>
          <w:p w:rsidR="00000000" w:rsidDel="00000000" w:rsidP="00000000" w:rsidRDefault="00000000" w:rsidRPr="00000000" w14:paraId="0000011E">
            <w:pPr>
              <w:spacing w:after="0" w:line="240" w:lineRule="auto"/>
              <w:jc w:val="center"/>
              <w:rPr>
                <w:b w:val="1"/>
                <w:bCs w:val="1"/>
              </w:rPr>
            </w:pPr>
            <w:r w:rsidDel="00000000" w:rsidR="00000000" w:rsidRPr="00000000">
              <w:rPr>
                <w:rtl w:val="0"/>
              </w:rPr>
            </w:r>
          </w:p>
          <w:p w:rsidR="00000000" w:rsidDel="00000000" w:rsidP="00000000" w:rsidRDefault="00000000" w:rsidRPr="00000000" w14:paraId="0000011F">
            <w:pPr>
              <w:spacing w:after="0" w:line="240" w:lineRule="auto"/>
              <w:jc w:val="center"/>
              <w:rPr>
                <w:b w:val="1"/>
                <w:bCs w:val="1"/>
              </w:rPr>
            </w:pPr>
            <w:r w:rsidDel="00000000" w:rsidR="00000000" w:rsidRPr="00000000">
              <w:rPr>
                <w:rtl w:val="0"/>
              </w:rPr>
            </w:r>
          </w:p>
        </w:tc>
        <w:tc>
          <w:tcPr/>
          <w:p w:rsidR="00000000" w:rsidDel="00000000" w:rsidP="00000000" w:rsidRDefault="00000000" w:rsidRPr="00000000" w14:paraId="00000120">
            <w:pPr>
              <w:spacing w:after="0" w:line="240" w:lineRule="auto"/>
              <w:jc w:val="center"/>
              <w:rPr>
                <w:b w:val="1"/>
                <w:bCs w:val="1"/>
              </w:rPr>
            </w:pPr>
            <w:r w:rsidDel="00000000" w:rsidR="00000000" w:rsidRPr="00000000">
              <w:rPr>
                <w:b w:val="1"/>
                <w:bCs w:val="1"/>
                <w:rtl w:val="0"/>
              </w:rPr>
              <w:t xml:space="preserve">FURNIZOR,</w:t>
            </w:r>
          </w:p>
          <w:p w:rsidR="00000000" w:rsidDel="00000000" w:rsidP="00000000" w:rsidRDefault="00000000" w:rsidRPr="00000000" w14:paraId="00000121">
            <w:pPr>
              <w:spacing w:after="0" w:line="240" w:lineRule="auto"/>
              <w:jc w:val="both"/>
              <w:rPr>
                <w:b w:val="1"/>
                <w:bCs w:val="1"/>
              </w:rPr>
            </w:pPr>
            <w:r w:rsidDel="00000000" w:rsidR="00000000" w:rsidRPr="00000000">
              <w:rPr>
                <w:rtl w:val="0"/>
              </w:rPr>
            </w:r>
          </w:p>
        </w:tc>
      </w:tr>
    </w:tbl>
    <w:p w:rsidR="00000000" w:rsidDel="00000000" w:rsidP="00000000" w:rsidRDefault="00000000" w:rsidRPr="00000000" w14:paraId="00000122">
      <w:pPr>
        <w:ind w:left="360" w:firstLine="0"/>
        <w:rPr>
          <w:b w:val="1"/>
          <w:bCs w:val="1"/>
        </w:rPr>
      </w:pPr>
      <w:r w:rsidDel="00000000" w:rsidR="00000000" w:rsidRPr="00000000">
        <w:rPr>
          <w:rtl w:val="0"/>
        </w:rPr>
      </w:r>
    </w:p>
    <w:p w:rsidR="00000000" w:rsidDel="00000000" w:rsidP="00000000" w:rsidRDefault="00000000" w:rsidRPr="00000000" w14:paraId="00000123">
      <w:pPr>
        <w:ind w:left="360" w:firstLine="0"/>
        <w:rPr>
          <w:b w:val="1"/>
          <w:bCs w:val="1"/>
        </w:rPr>
      </w:pPr>
      <w:r w:rsidDel="00000000" w:rsidR="00000000" w:rsidRPr="00000000">
        <w:rPr>
          <w:rtl w:val="0"/>
        </w:rPr>
      </w:r>
    </w:p>
    <w:p w:rsidR="00000000" w:rsidDel="00000000" w:rsidP="00000000" w:rsidRDefault="00000000" w:rsidRPr="00000000" w14:paraId="00000124">
      <w:pPr>
        <w:ind w:left="360" w:firstLine="0"/>
        <w:rPr>
          <w:b w:val="1"/>
          <w:bCs w:val="1"/>
        </w:rPr>
      </w:pPr>
      <w:r w:rsidDel="00000000" w:rsidR="00000000" w:rsidRPr="00000000">
        <w:rPr>
          <w:rtl w:val="0"/>
        </w:rPr>
      </w:r>
    </w:p>
    <w:p w:rsidR="00000000" w:rsidDel="00000000" w:rsidP="00000000" w:rsidRDefault="00000000" w:rsidRPr="00000000" w14:paraId="00000125">
      <w:pPr>
        <w:ind w:left="360" w:firstLine="0"/>
        <w:rPr>
          <w:b w:val="1"/>
          <w:bCs w:val="1"/>
        </w:rPr>
      </w:pPr>
      <w:r w:rsidDel="00000000" w:rsidR="00000000" w:rsidRPr="00000000">
        <w:rPr>
          <w:rtl w:val="0"/>
        </w:rPr>
      </w:r>
    </w:p>
    <w:p w:rsidR="00000000" w:rsidDel="00000000" w:rsidP="00000000" w:rsidRDefault="00000000" w:rsidRPr="00000000" w14:paraId="00000126">
      <w:pPr>
        <w:ind w:left="360" w:firstLine="0"/>
        <w:rPr>
          <w:b w:val="1"/>
          <w:bCs w:val="1"/>
        </w:rPr>
      </w:pPr>
      <w:r w:rsidDel="00000000" w:rsidR="00000000" w:rsidRPr="00000000">
        <w:rPr>
          <w:rtl w:val="0"/>
        </w:rPr>
      </w:r>
    </w:p>
    <w:p w:rsidR="00000000" w:rsidDel="00000000" w:rsidP="00000000" w:rsidRDefault="00000000" w:rsidRPr="00000000" w14:paraId="00000127">
      <w:pPr>
        <w:ind w:left="360" w:firstLine="0"/>
        <w:rPr>
          <w:b w:val="1"/>
          <w:bCs w:val="1"/>
        </w:rPr>
      </w:pPr>
      <w:r w:rsidDel="00000000" w:rsidR="00000000" w:rsidRPr="00000000">
        <w:rPr>
          <w:rtl w:val="0"/>
        </w:rPr>
      </w:r>
    </w:p>
    <w:p w:rsidR="00000000" w:rsidDel="00000000" w:rsidP="00000000" w:rsidRDefault="00000000" w:rsidRPr="00000000" w14:paraId="00000128">
      <w:pPr>
        <w:ind w:left="360" w:firstLine="0"/>
        <w:rPr>
          <w:b w:val="1"/>
          <w:bCs w:val="1"/>
        </w:rPr>
      </w:pPr>
      <w:r w:rsidDel="00000000" w:rsidR="00000000" w:rsidRPr="00000000">
        <w:rPr>
          <w:rtl w:val="0"/>
        </w:rPr>
      </w:r>
    </w:p>
    <w:p w:rsidR="00000000" w:rsidDel="00000000" w:rsidP="00000000" w:rsidRDefault="00000000" w:rsidRPr="00000000" w14:paraId="00000129">
      <w:pPr>
        <w:ind w:left="360" w:firstLine="0"/>
        <w:rPr>
          <w:b w:val="1"/>
          <w:bCs w:val="1"/>
        </w:rPr>
      </w:pPr>
      <w:r w:rsidDel="00000000" w:rsidR="00000000" w:rsidRPr="00000000">
        <w:rPr>
          <w:rtl w:val="0"/>
        </w:rPr>
      </w:r>
    </w:p>
    <w:p w:rsidR="00000000" w:rsidDel="00000000" w:rsidP="00000000" w:rsidRDefault="00000000" w:rsidRPr="00000000" w14:paraId="0000012A">
      <w:pPr>
        <w:ind w:left="360" w:firstLine="0"/>
        <w:rPr>
          <w:b w:val="1"/>
          <w:bCs w:val="1"/>
        </w:rPr>
      </w:pPr>
      <w:r w:rsidDel="00000000" w:rsidR="00000000" w:rsidRPr="00000000">
        <w:rPr>
          <w:rtl w:val="0"/>
        </w:rPr>
      </w:r>
    </w:p>
    <w:p w:rsidR="00000000" w:rsidDel="00000000" w:rsidP="00000000" w:rsidRDefault="00000000" w:rsidRPr="00000000" w14:paraId="0000012B">
      <w:pPr>
        <w:ind w:left="360" w:firstLine="0"/>
        <w:rPr>
          <w:b w:val="1"/>
          <w:bCs w:val="1"/>
        </w:rPr>
      </w:pPr>
      <w:r w:rsidDel="00000000" w:rsidR="00000000" w:rsidRPr="00000000">
        <w:rPr>
          <w:rtl w:val="0"/>
        </w:rPr>
      </w:r>
    </w:p>
    <w:p w:rsidR="00000000" w:rsidDel="00000000" w:rsidP="00000000" w:rsidRDefault="00000000" w:rsidRPr="00000000" w14:paraId="0000012C">
      <w:pPr>
        <w:ind w:left="360" w:firstLine="0"/>
        <w:rPr>
          <w:b w:val="1"/>
          <w:bCs w:val="1"/>
        </w:rPr>
      </w:pPr>
      <w:r w:rsidDel="00000000" w:rsidR="00000000" w:rsidRPr="00000000">
        <w:rPr>
          <w:rtl w:val="0"/>
        </w:rPr>
      </w:r>
    </w:p>
    <w:p w:rsidR="00000000" w:rsidDel="00000000" w:rsidP="00000000" w:rsidRDefault="00000000" w:rsidRPr="00000000" w14:paraId="0000012D">
      <w:pPr>
        <w:ind w:left="360" w:firstLine="0"/>
        <w:rPr>
          <w:b w:val="1"/>
          <w:bCs w:val="1"/>
        </w:rPr>
      </w:pPr>
      <w:r w:rsidDel="00000000" w:rsidR="00000000" w:rsidRPr="00000000">
        <w:rPr>
          <w:rtl w:val="0"/>
        </w:rPr>
      </w:r>
    </w:p>
    <w:p w:rsidR="00000000" w:rsidDel="00000000" w:rsidP="00000000" w:rsidRDefault="00000000" w:rsidRPr="00000000" w14:paraId="0000012E">
      <w:pPr>
        <w:ind w:left="360" w:firstLine="0"/>
        <w:rPr>
          <w:b w:val="1"/>
          <w:bCs w:val="1"/>
        </w:rPr>
      </w:pPr>
      <w:r w:rsidDel="00000000" w:rsidR="00000000" w:rsidRPr="00000000">
        <w:rPr>
          <w:rtl w:val="0"/>
        </w:rPr>
      </w:r>
    </w:p>
    <w:p w:rsidR="00000000" w:rsidDel="00000000" w:rsidP="00000000" w:rsidRDefault="00000000" w:rsidRPr="00000000" w14:paraId="0000012F">
      <w:pPr>
        <w:spacing w:after="120" w:lineRule="auto"/>
        <w:ind w:left="360" w:firstLine="0"/>
        <w:rPr>
          <w:b w:val="1"/>
          <w:bCs w:val="1"/>
        </w:rPr>
      </w:pPr>
      <w:bookmarkStart w:colFirst="0" w:colLast="0" w:name="_heading=h.1r6q2cbskc7d" w:id="0"/>
      <w:bookmarkEnd w:id="0"/>
      <w:r w:rsidDel="00000000" w:rsidR="00000000" w:rsidRPr="00000000">
        <w:rPr>
          <w:b w:val="1"/>
          <w:bCs w:val="1"/>
          <w:rtl w:val="0"/>
        </w:rPr>
        <w:t xml:space="preserve">Anexa 2</w:t>
      </w:r>
    </w:p>
    <w:p w:rsidR="00000000" w:rsidDel="00000000" w:rsidP="00000000" w:rsidRDefault="00000000" w:rsidRPr="00000000" w14:paraId="00000130">
      <w:pPr>
        <w:spacing w:after="120" w:lineRule="auto"/>
        <w:ind w:left="360" w:firstLine="0"/>
        <w:jc w:val="center"/>
        <w:rPr>
          <w:b w:val="1"/>
          <w:bCs w:val="1"/>
        </w:rPr>
      </w:pPr>
      <w:r w:rsidDel="00000000" w:rsidR="00000000" w:rsidRPr="00000000">
        <w:rPr>
          <w:b w:val="1"/>
          <w:bCs w:val="1"/>
          <w:rtl w:val="0"/>
        </w:rPr>
        <w:t xml:space="preserve">Fraudă și Corupție</w:t>
      </w:r>
    </w:p>
    <w:p w:rsidR="00000000" w:rsidDel="00000000" w:rsidP="00000000" w:rsidRDefault="00000000" w:rsidRPr="00000000" w14:paraId="00000131">
      <w:pPr>
        <w:numPr>
          <w:ilvl w:val="0"/>
          <w:numId w:val="12"/>
        </w:numPr>
        <w:spacing w:after="120" w:lineRule="auto"/>
        <w:ind w:left="360" w:firstLine="0"/>
        <w:jc w:val="both"/>
        <w:rPr>
          <w:b w:val="1"/>
          <w:bCs w:val="1"/>
        </w:rPr>
      </w:pPr>
      <w:r w:rsidDel="00000000" w:rsidR="00000000" w:rsidRPr="00000000">
        <w:rPr>
          <w:b w:val="1"/>
          <w:bCs w:val="1"/>
          <w:rtl w:val="0"/>
        </w:rPr>
        <w:t xml:space="preserve">Scop </w:t>
      </w:r>
    </w:p>
    <w:p w:rsidR="00000000" w:rsidDel="00000000" w:rsidP="00000000" w:rsidRDefault="00000000" w:rsidRPr="00000000" w14:paraId="00000132">
      <w:pPr>
        <w:numPr>
          <w:ilvl w:val="1"/>
          <w:numId w:val="12"/>
        </w:numPr>
        <w:spacing w:after="120" w:lineRule="auto"/>
        <w:ind w:left="360" w:firstLine="0"/>
        <w:jc w:val="both"/>
      </w:pPr>
      <w:r w:rsidDel="00000000" w:rsidR="00000000" w:rsidRPr="00000000">
        <w:rPr>
          <w:rtl w:val="0"/>
        </w:rPr>
        <w:t xml:space="preserve">Instrucțiunile Băncii privind Anti-Corupția și prezenta anexă se aplică în ceea ce privește achizițiile în cadrul operațiunilor de finanțare a proiectelor de investiții ale Băncii.</w:t>
      </w:r>
    </w:p>
    <w:p w:rsidR="00000000" w:rsidDel="00000000" w:rsidP="00000000" w:rsidRDefault="00000000" w:rsidRPr="00000000" w14:paraId="00000133">
      <w:pPr>
        <w:numPr>
          <w:ilvl w:val="0"/>
          <w:numId w:val="12"/>
        </w:numPr>
        <w:spacing w:after="120" w:lineRule="auto"/>
        <w:ind w:left="360" w:firstLine="0"/>
        <w:jc w:val="both"/>
        <w:rPr>
          <w:b w:val="1"/>
          <w:bCs w:val="1"/>
        </w:rPr>
      </w:pPr>
      <w:r w:rsidDel="00000000" w:rsidR="00000000" w:rsidRPr="00000000">
        <w:rPr>
          <w:b w:val="1"/>
          <w:bCs w:val="1"/>
          <w:rtl w:val="0"/>
        </w:rPr>
        <w:t xml:space="preserve">Cerințe </w:t>
      </w:r>
    </w:p>
    <w:p w:rsidR="00000000" w:rsidDel="00000000" w:rsidP="00000000" w:rsidRDefault="00000000" w:rsidRPr="00000000" w14:paraId="00000134">
      <w:pPr>
        <w:numPr>
          <w:ilvl w:val="0"/>
          <w:numId w:val="16"/>
        </w:numPr>
        <w:spacing w:after="120" w:lineRule="auto"/>
        <w:ind w:left="360" w:firstLine="0"/>
        <w:jc w:val="both"/>
        <w:rPr>
          <w:sz w:val="22"/>
          <w:szCs w:val="22"/>
        </w:rPr>
      </w:pPr>
      <w:r w:rsidDel="00000000" w:rsidR="00000000" w:rsidRPr="00000000">
        <w:rPr>
          <w:rtl w:val="0"/>
        </w:rPr>
        <w:t xml:space="preserve">Banca cere împrumutaților (inclusiv beneficiarii finanțării Băncii); ofertanți (solicitant / autor al unei propuneri), consultanți, contractori și furnizori; orice subcontractanți, subconsultanți, furnizori de servicii sau furnizori; orice agenți (declarați sau nu); și orice membru al personalului acestora, să respecte cel mai înalt standard de etică în procesul de achiziție, selecție și executarea contractului/contractelor finanțat/e de Bancă și să se abțină de la implicarea în fapte de Fraudă și Corupție.</w:t>
      </w:r>
    </w:p>
    <w:p w:rsidR="00000000" w:rsidDel="00000000" w:rsidP="00000000" w:rsidRDefault="00000000" w:rsidRPr="00000000" w14:paraId="00000135">
      <w:pPr>
        <w:numPr>
          <w:ilvl w:val="0"/>
          <w:numId w:val="16"/>
        </w:numPr>
        <w:spacing w:after="120" w:lineRule="auto"/>
        <w:ind w:left="360" w:firstLine="0"/>
        <w:jc w:val="both"/>
        <w:rPr>
          <w:sz w:val="22"/>
          <w:szCs w:val="22"/>
        </w:rPr>
      </w:pPr>
      <w:r w:rsidDel="00000000" w:rsidR="00000000" w:rsidRPr="00000000">
        <w:rPr>
          <w:rtl w:val="0"/>
        </w:rPr>
        <w:t xml:space="preserve">În acest scop, Banca:</w:t>
      </w:r>
    </w:p>
    <w:p w:rsidR="00000000" w:rsidDel="00000000" w:rsidP="00000000" w:rsidRDefault="00000000" w:rsidRPr="00000000" w14:paraId="00000136">
      <w:pPr>
        <w:numPr>
          <w:ilvl w:val="0"/>
          <w:numId w:val="7"/>
        </w:numPr>
        <w:spacing w:after="0" w:lineRule="auto"/>
        <w:ind w:left="1080" w:hanging="360"/>
        <w:jc w:val="both"/>
      </w:pPr>
      <w:r w:rsidDel="00000000" w:rsidR="00000000" w:rsidRPr="00000000">
        <w:rPr>
          <w:rtl w:val="0"/>
        </w:rPr>
        <w:t xml:space="preserve">Definește, în sensul prezentei dispoziții, termenii prevăzuți mai jos, după cum urmează:</w:t>
      </w:r>
    </w:p>
    <w:p w:rsidR="00000000" w:rsidDel="00000000" w:rsidP="00000000" w:rsidRDefault="00000000" w:rsidRPr="00000000" w14:paraId="00000137">
      <w:pPr>
        <w:numPr>
          <w:ilvl w:val="0"/>
          <w:numId w:val="1"/>
        </w:numPr>
        <w:spacing w:after="0" w:lineRule="auto"/>
        <w:ind w:left="1788" w:hanging="360"/>
        <w:jc w:val="both"/>
      </w:pPr>
      <w:r w:rsidDel="00000000" w:rsidR="00000000" w:rsidRPr="00000000">
        <w:rPr>
          <w:rtl w:val="0"/>
        </w:rPr>
        <w:t xml:space="preserve">"Practica coruptă" este oferirea, remiterea, primirea sau solicitarea, direct sau indirect, a oricărei valori pentru a influența în mod necorespunzător acțiunile unei alte părți;</w:t>
      </w:r>
    </w:p>
    <w:p w:rsidR="00000000" w:rsidDel="00000000" w:rsidP="00000000" w:rsidRDefault="00000000" w:rsidRPr="00000000" w14:paraId="00000138">
      <w:pPr>
        <w:numPr>
          <w:ilvl w:val="0"/>
          <w:numId w:val="1"/>
        </w:numPr>
        <w:spacing w:after="0" w:lineRule="auto"/>
        <w:ind w:left="1788" w:hanging="360"/>
        <w:jc w:val="both"/>
      </w:pPr>
      <w:r w:rsidDel="00000000" w:rsidR="00000000" w:rsidRPr="00000000">
        <w:rPr>
          <w:rtl w:val="0"/>
        </w:rPr>
        <w:t xml:space="preserve">“Practica frauduloasă" este orice act sau omisiune, inclusiv denaturare, care cu bună știință sau în mod nechibzuit induce în eroare sau încearcă să inducă în eroare o parte pentru a obține beneficii financiare sau de altă natură sau pentru a evita o obligație;</w:t>
      </w:r>
    </w:p>
    <w:p w:rsidR="00000000" w:rsidDel="00000000" w:rsidP="00000000" w:rsidRDefault="00000000" w:rsidRPr="00000000" w14:paraId="00000139">
      <w:pPr>
        <w:numPr>
          <w:ilvl w:val="0"/>
          <w:numId w:val="1"/>
        </w:numPr>
        <w:spacing w:after="0" w:lineRule="auto"/>
        <w:ind w:left="1788" w:hanging="360"/>
        <w:jc w:val="both"/>
      </w:pPr>
      <w:r w:rsidDel="00000000" w:rsidR="00000000" w:rsidRPr="00000000">
        <w:rPr>
          <w:rtl w:val="0"/>
        </w:rPr>
        <w:t xml:space="preserve">“ Practica coluzivă" este un aranjament între două sau mai multe părți, conceput pentru a atinge un scop nepotrivit, inclusiv pentru a influența în mod necorespunzător acțiunile unei alte părți;</w:t>
      </w:r>
    </w:p>
    <w:p w:rsidR="00000000" w:rsidDel="00000000" w:rsidP="00000000" w:rsidRDefault="00000000" w:rsidRPr="00000000" w14:paraId="0000013A">
      <w:pPr>
        <w:numPr>
          <w:ilvl w:val="0"/>
          <w:numId w:val="1"/>
        </w:numPr>
        <w:spacing w:after="0" w:lineRule="auto"/>
        <w:ind w:left="1788" w:hanging="360"/>
        <w:jc w:val="both"/>
      </w:pPr>
      <w:r w:rsidDel="00000000" w:rsidR="00000000" w:rsidRPr="00000000">
        <w:rPr>
          <w:rtl w:val="0"/>
        </w:rPr>
        <w:t xml:space="preserve">“ Practica coercitivă" prejudiciază sau dăunează, sau amenință să prejudicieze sau să dăuneze, direct sau indirect, oricărei părți sau proprietății părții pentru a influența în mod necorespunzător acțiunile unei părți;</w:t>
      </w:r>
    </w:p>
    <w:p w:rsidR="00000000" w:rsidDel="00000000" w:rsidP="00000000" w:rsidRDefault="00000000" w:rsidRPr="00000000" w14:paraId="0000013B">
      <w:pPr>
        <w:numPr>
          <w:ilvl w:val="0"/>
          <w:numId w:val="1"/>
        </w:numPr>
        <w:spacing w:after="0" w:lineRule="auto"/>
        <w:ind w:left="1788" w:hanging="360"/>
        <w:jc w:val="both"/>
      </w:pPr>
      <w:r w:rsidDel="00000000" w:rsidR="00000000" w:rsidRPr="00000000">
        <w:rPr>
          <w:rtl w:val="0"/>
        </w:rPr>
        <w:t xml:space="preserve">“Practica obstructivă" este definită de următoarele acțiuni:</w:t>
      </w:r>
    </w:p>
    <w:p w:rsidR="00000000" w:rsidDel="00000000" w:rsidP="00000000" w:rsidRDefault="00000000" w:rsidRPr="00000000" w14:paraId="0000013C">
      <w:pPr>
        <w:numPr>
          <w:ilvl w:val="0"/>
          <w:numId w:val="6"/>
        </w:numPr>
        <w:spacing w:after="0" w:lineRule="auto"/>
        <w:ind w:left="2496" w:hanging="360"/>
        <w:jc w:val="both"/>
      </w:pPr>
      <w:r w:rsidDel="00000000" w:rsidR="00000000" w:rsidRPr="00000000">
        <w:rPr>
          <w:rtl w:val="0"/>
        </w:rPr>
        <w:t xml:space="preserve">distrugerea deliberată, falsificarea, modificarea sau ascunderea probelor materiale pentru anchetă sau formularea de declarații false în fața anchetatorilor pentru a împiedica în mod semnificativ investigarea unei acuzații de acuzații de practică de corupție, frauduloasă, coercitivă sau ilicită; și / sau amenințarea, hărțuirea sau intimidarea oricărei părți pentru a împiedica divulgarea cunoștințelor sale cu privire la chestiuni relevante pentru anchetă sau de la urmărirea investigației; sau</w:t>
      </w:r>
    </w:p>
    <w:p w:rsidR="00000000" w:rsidDel="00000000" w:rsidP="00000000" w:rsidRDefault="00000000" w:rsidRPr="00000000" w14:paraId="0000013D">
      <w:pPr>
        <w:numPr>
          <w:ilvl w:val="0"/>
          <w:numId w:val="6"/>
        </w:numPr>
        <w:spacing w:after="0" w:lineRule="auto"/>
        <w:ind w:left="2496" w:hanging="360"/>
        <w:jc w:val="both"/>
      </w:pPr>
      <w:r w:rsidDel="00000000" w:rsidR="00000000" w:rsidRPr="00000000">
        <w:rPr>
          <w:rtl w:val="0"/>
        </w:rPr>
        <w:t xml:space="preserve">actele menite să împiedice în mod semnificativ exercitarea drepturilor de inspecție și de audit ale Băncii prevăzute la punctul 2.2 e. de mai jos.</w:t>
      </w:r>
    </w:p>
    <w:p w:rsidR="00000000" w:rsidDel="00000000" w:rsidP="00000000" w:rsidRDefault="00000000" w:rsidRPr="00000000" w14:paraId="0000013E">
      <w:pPr>
        <w:numPr>
          <w:ilvl w:val="0"/>
          <w:numId w:val="7"/>
        </w:numPr>
        <w:spacing w:after="0" w:lineRule="auto"/>
        <w:ind w:left="1080" w:hanging="360"/>
        <w:jc w:val="both"/>
      </w:pPr>
      <w:r w:rsidDel="00000000" w:rsidR="00000000" w:rsidRPr="00000000">
        <w:rPr>
          <w:rtl w:val="0"/>
        </w:rPr>
        <w:t xml:space="preserve">Respinge o propunere de atribuire în cazul în care Banca stabilește că firma sau persoana fizică autorizată recomandată pentru atribuire, personalul său sau agenții săi sau subconsultanții, subcontractanții, prestatorii de servicii, furnizorii și / sau angajații acestora, direct sau indirect, s-au angajate în practici corupte, frauduloase, ilicite, coercitive sau obstructive în competiția pentru contractul în cauză;</w:t>
      </w:r>
    </w:p>
    <w:p w:rsidR="00000000" w:rsidDel="00000000" w:rsidP="00000000" w:rsidRDefault="00000000" w:rsidRPr="00000000" w14:paraId="0000013F">
      <w:pPr>
        <w:numPr>
          <w:ilvl w:val="0"/>
          <w:numId w:val="7"/>
        </w:numPr>
        <w:spacing w:after="0" w:lineRule="auto"/>
        <w:ind w:left="1080" w:hanging="360"/>
        <w:jc w:val="both"/>
      </w:pPr>
      <w:r w:rsidDel="00000000" w:rsidR="00000000" w:rsidRPr="00000000">
        <w:rPr>
          <w:rtl w:val="0"/>
        </w:rPr>
        <w:t xml:space="preserve">Pe lângă căile de atac prevăzute în acordul juridic relevant, acesta poate lua alte măsuri adecvate, inclusiv declararea ca achiziție eșuată, în cazul în care Banca stabilește în orice moment că reprezentanții Împrumutatului sau ai unui beneficiar al oricărei părți din încasările împrumutului a fost angajat în practici corupte, frauduloase, coluzive, coercitive sau obstructive în timpul procesului de achiziție, selecție și / sau execuție a contractului în cauză, fără ca Împrumutatul să fi luat măsuri adecvate și în timp util satisfăcătoare pentru ca Banca să abordeze astfel de practici atunci când acestea apar, prin faptul că nu au informat-o în timp util la momentul în care au știut despre practici; </w:t>
      </w:r>
    </w:p>
    <w:p w:rsidR="00000000" w:rsidDel="00000000" w:rsidP="00000000" w:rsidRDefault="00000000" w:rsidRPr="00000000" w14:paraId="00000140">
      <w:pPr>
        <w:numPr>
          <w:ilvl w:val="0"/>
          <w:numId w:val="7"/>
        </w:numPr>
        <w:tabs>
          <w:tab w:val="left" w:leader="none" w:pos="9180"/>
        </w:tabs>
        <w:spacing w:after="0" w:lineRule="auto"/>
        <w:ind w:left="1080" w:hanging="360"/>
        <w:jc w:val="both"/>
      </w:pPr>
      <w:r w:rsidDel="00000000" w:rsidR="00000000" w:rsidRPr="00000000">
        <w:rPr>
          <w:rtl w:val="0"/>
        </w:rPr>
        <w:t xml:space="preserve">În conformitate cu instrucțiunile Băncii privind Anti-Corupția și în conformitate cu politicile și procedurile de sancționare ale Băncii, aceasta poate sancționa o firmă sau o persoană fizică autorizată, fie pe durată nedeterminată fie pentru o perioadă determinată, inclusiv prin declararea publică a unei astfel de firme sau a unei persoane fizice autorizat (PFA) ca fiind neeligibile să îi fie atribuite sau să beneficieze în alt mod de un contract finanțat de Bancă, financiar sau în orice alt mod</w:t>
      </w:r>
      <w:r w:rsidDel="00000000" w:rsidR="00000000" w:rsidRPr="00000000">
        <w:rPr>
          <w:vertAlign w:val="superscript"/>
        </w:rPr>
        <w:footnoteReference w:customMarkFollows="0" w:id="0"/>
      </w:r>
      <w:r w:rsidDel="00000000" w:rsidR="00000000" w:rsidRPr="00000000">
        <w:rPr>
          <w:rtl w:val="0"/>
        </w:rPr>
        <w:t xml:space="preserve">; (ii) să fie un subcontractant, consultant, producător sau furnizor sau prestator de servicii al unei alte întreprinderi eligibile propus</w:t>
      </w:r>
      <w:r w:rsidDel="00000000" w:rsidR="00000000" w:rsidRPr="00000000">
        <w:rPr>
          <w:vertAlign w:val="superscript"/>
        </w:rPr>
        <w:footnoteReference w:customMarkFollows="0" w:id="1"/>
      </w:r>
      <w:r w:rsidDel="00000000" w:rsidR="00000000" w:rsidRPr="00000000">
        <w:rPr>
          <w:rtl w:val="0"/>
        </w:rPr>
        <w:t xml:space="preserve">, care să primească un contract finanțat de bancă; și (iii) să primească încasările din orice împrumut acordat de către Bancă sau să participe în continuare la pregătirea sau implementarea oricărui proiect finanțat de Bancă; </w:t>
      </w:r>
    </w:p>
    <w:p w:rsidR="00000000" w:rsidDel="00000000" w:rsidP="00000000" w:rsidRDefault="00000000" w:rsidRPr="00000000" w14:paraId="00000141">
      <w:pPr>
        <w:numPr>
          <w:ilvl w:val="0"/>
          <w:numId w:val="7"/>
        </w:numPr>
        <w:spacing w:after="120" w:lineRule="auto"/>
        <w:ind w:left="1080" w:hanging="360"/>
        <w:jc w:val="both"/>
      </w:pPr>
      <w:r w:rsidDel="00000000" w:rsidR="00000000" w:rsidRPr="00000000">
        <w:rPr>
          <w:rtl w:val="0"/>
        </w:rPr>
        <w:t xml:space="preserve">Subliniază necesitatea includerii unei clauze în documentele de licitație / cerere de propuneri și în contractele finanțate printr-un împrumut bancar, care impune (i) ofertanților (solicitanților / ofertanților), consultanților, contractanților și furnizorilor și subcontractanților acestora, subconsultanților acestora, prestatorilor de servicii, furnizorii, personalului agenților, să permită Băncii să inspecteze</w:t>
      </w:r>
      <w:r w:rsidDel="00000000" w:rsidR="00000000" w:rsidRPr="00000000">
        <w:rPr>
          <w:vertAlign w:val="superscript"/>
        </w:rPr>
        <w:footnoteReference w:customMarkFollows="0" w:id="2"/>
      </w:r>
      <w:r w:rsidDel="00000000" w:rsidR="00000000" w:rsidRPr="00000000">
        <w:rPr>
          <w:rtl w:val="0"/>
        </w:rPr>
        <w:t xml:space="preserve"> toate conturile, înregistrările și alte documente legate de procesul de achiziție, de selecție și / sau de executarea contractului și să le auditeze de către auditori numiți de Bancă.</w:t>
      </w:r>
    </w:p>
    <w:p w:rsidR="00000000" w:rsidDel="00000000" w:rsidP="00000000" w:rsidRDefault="00000000" w:rsidRPr="00000000" w14:paraId="00000142">
      <w:pPr>
        <w:spacing w:after="120" w:lineRule="auto"/>
        <w:ind w:left="720" w:firstLine="0"/>
        <w:jc w:val="both"/>
        <w:rPr/>
      </w:pPr>
      <w:r w:rsidDel="00000000" w:rsidR="00000000" w:rsidRPr="00000000">
        <w:rPr>
          <w:rtl w:val="0"/>
        </w:rPr>
      </w:r>
    </w:p>
    <w:p w:rsidR="00000000" w:rsidDel="00000000" w:rsidP="00000000" w:rsidRDefault="00000000" w:rsidRPr="00000000" w14:paraId="00000143">
      <w:pPr>
        <w:spacing w:after="0" w:line="240" w:lineRule="auto"/>
        <w:ind w:left="360" w:firstLine="0"/>
        <w:rPr>
          <w:i w:val="1"/>
          <w:iCs w:val="1"/>
        </w:rPr>
      </w:pPr>
      <w:r w:rsidDel="00000000" w:rsidR="00000000" w:rsidRPr="00000000">
        <w:rPr>
          <w:i w:val="1"/>
          <w:iCs w:val="1"/>
          <w:rtl w:val="0"/>
        </w:rPr>
        <w:t xml:space="preserve">[Am luat la cunoștință Instrucțiunile menționate]</w:t>
      </w:r>
    </w:p>
    <w:p w:rsidR="00000000" w:rsidDel="00000000" w:rsidP="00000000" w:rsidRDefault="00000000" w:rsidRPr="00000000" w14:paraId="00000144">
      <w:pPr>
        <w:spacing w:after="0" w:line="240" w:lineRule="auto"/>
        <w:ind w:left="360" w:firstLine="0"/>
        <w:rPr>
          <w:i w:val="1"/>
          <w:iCs w:val="1"/>
        </w:rPr>
      </w:pPr>
      <w:r w:rsidDel="00000000" w:rsidR="00000000" w:rsidRPr="00000000">
        <w:rPr>
          <w:rtl w:val="0"/>
        </w:rPr>
      </w:r>
    </w:p>
    <w:p w:rsidR="00000000" w:rsidDel="00000000" w:rsidP="00000000" w:rsidRDefault="00000000" w:rsidRPr="00000000" w14:paraId="00000145">
      <w:pPr>
        <w:spacing w:after="0" w:line="240" w:lineRule="auto"/>
        <w:ind w:left="360" w:firstLine="0"/>
        <w:rPr>
          <w:i w:val="1"/>
          <w:iCs w:val="1"/>
        </w:rPr>
      </w:pPr>
      <w:r w:rsidDel="00000000" w:rsidR="00000000" w:rsidRPr="00000000">
        <w:rPr>
          <w:rtl w:val="0"/>
        </w:rPr>
      </w:r>
    </w:p>
    <w:p w:rsidR="00000000" w:rsidDel="00000000" w:rsidP="00000000" w:rsidRDefault="00000000" w:rsidRPr="00000000" w14:paraId="00000146">
      <w:pPr>
        <w:spacing w:after="0" w:line="240" w:lineRule="auto"/>
        <w:ind w:left="360" w:firstLine="0"/>
        <w:rPr>
          <w:i w:val="1"/>
          <w:iCs w:val="1"/>
        </w:rPr>
      </w:pPr>
      <w:r w:rsidDel="00000000" w:rsidR="00000000" w:rsidRPr="00000000">
        <w:rPr>
          <w:rtl w:val="0"/>
        </w:rPr>
      </w:r>
    </w:p>
    <w:p w:rsidR="00000000" w:rsidDel="00000000" w:rsidP="00000000" w:rsidRDefault="00000000" w:rsidRPr="00000000" w14:paraId="00000147">
      <w:pPr>
        <w:spacing w:after="0" w:line="240" w:lineRule="auto"/>
        <w:ind w:left="360" w:firstLine="0"/>
        <w:rPr/>
      </w:pPr>
      <w:r w:rsidDel="00000000" w:rsidR="00000000" w:rsidRPr="00000000">
        <w:rPr>
          <w:rtl w:val="0"/>
        </w:rPr>
        <w:t xml:space="preserve">________________________[Nume Ofertant]</w:t>
        <w:tab/>
        <w:tab/>
        <w:tab/>
        <w:t xml:space="preserve"> Data ...................... </w:t>
      </w:r>
    </w:p>
    <w:p w:rsidR="00000000" w:rsidDel="00000000" w:rsidP="00000000" w:rsidRDefault="00000000" w:rsidRPr="00000000" w14:paraId="00000148">
      <w:pPr>
        <w:spacing w:after="0" w:line="240" w:lineRule="auto"/>
        <w:ind w:left="360" w:firstLine="0"/>
        <w:rPr/>
      </w:pPr>
      <w:r w:rsidDel="00000000" w:rsidR="00000000" w:rsidRPr="00000000">
        <w:rPr>
          <w:rtl w:val="0"/>
        </w:rPr>
      </w:r>
    </w:p>
    <w:p w:rsidR="00000000" w:rsidDel="00000000" w:rsidP="00000000" w:rsidRDefault="00000000" w:rsidRPr="00000000" w14:paraId="00000149">
      <w:pPr>
        <w:spacing w:after="0" w:line="240" w:lineRule="auto"/>
        <w:ind w:left="360" w:firstLine="0"/>
        <w:rPr>
          <w:b w:val="1"/>
          <w:bCs w:val="1"/>
        </w:rPr>
      </w:pPr>
      <w:r w:rsidDel="00000000" w:rsidR="00000000" w:rsidRPr="00000000">
        <w:rPr>
          <w:rtl w:val="0"/>
        </w:rPr>
        <w:t xml:space="preserve">________________________ [Nume semnatar autorizat și </w:t>
      </w:r>
      <w:r w:rsidDel="00000000" w:rsidR="00000000" w:rsidRPr="00000000">
        <w:rPr>
          <w:i w:val="1"/>
          <w:iCs w:val="1"/>
          <w:rtl w:val="0"/>
        </w:rPr>
        <w:t xml:space="preserve">semnătura, ștampila</w:t>
      </w:r>
      <w:r w:rsidDel="00000000" w:rsidR="00000000" w:rsidRPr="00000000">
        <w:rPr>
          <w:rtl w:val="0"/>
        </w:rPr>
        <w:t xml:space="preserve">]</w:t>
      </w:r>
      <w:r w:rsidDel="00000000" w:rsidR="00000000" w:rsidRPr="00000000">
        <w:rPr>
          <w:b w:val="1"/>
          <w:bCs w:val="1"/>
          <w:rtl w:val="0"/>
        </w:rPr>
        <w:tab/>
        <w:tab/>
      </w:r>
    </w:p>
    <w:p w:rsidR="00000000" w:rsidDel="00000000" w:rsidP="00000000" w:rsidRDefault="00000000" w:rsidRPr="00000000" w14:paraId="0000014A">
      <w:pPr>
        <w:spacing w:after="0" w:line="240" w:lineRule="auto"/>
        <w:ind w:left="360" w:firstLine="0"/>
        <w:rPr>
          <w:b w:val="1"/>
          <w:bCs w:val="1"/>
        </w:rPr>
      </w:pPr>
      <w:r w:rsidDel="00000000" w:rsidR="00000000" w:rsidRPr="00000000">
        <w:rPr>
          <w:rtl w:val="0"/>
        </w:rPr>
      </w:r>
    </w:p>
    <w:p w:rsidR="00000000" w:rsidDel="00000000" w:rsidP="00000000" w:rsidRDefault="00000000" w:rsidRPr="00000000" w14:paraId="0000014B">
      <w:pPr>
        <w:spacing w:after="0" w:line="240" w:lineRule="auto"/>
        <w:ind w:left="360" w:firstLine="0"/>
        <w:rPr>
          <w:b w:val="1"/>
          <w:bCs w:val="1"/>
        </w:rPr>
      </w:pPr>
      <w:r w:rsidDel="00000000" w:rsidR="00000000" w:rsidRPr="00000000">
        <w:rPr>
          <w:rtl w:val="0"/>
        </w:rPr>
      </w:r>
    </w:p>
    <w:p w:rsidR="00000000" w:rsidDel="00000000" w:rsidP="00000000" w:rsidRDefault="00000000" w:rsidRPr="00000000" w14:paraId="0000014C">
      <w:pPr>
        <w:rPr/>
      </w:pPr>
      <w:r w:rsidDel="00000000" w:rsidR="00000000" w:rsidRPr="00000000">
        <w:rPr>
          <w:rtl w:val="0"/>
        </w:rPr>
      </w:r>
    </w:p>
    <w:p w:rsidR="00000000" w:rsidDel="00000000" w:rsidP="00000000" w:rsidRDefault="00000000" w:rsidRPr="00000000" w14:paraId="0000014D">
      <w:pPr>
        <w:spacing w:after="120" w:before="0" w:lineRule="auto"/>
        <w:jc w:val="both"/>
        <w:rPr>
          <w:b w:val="1"/>
          <w:bCs w:val="1"/>
        </w:rPr>
      </w:pPr>
      <w:r w:rsidDel="00000000" w:rsidR="00000000" w:rsidRPr="00000000">
        <w:rPr>
          <w:b w:val="1"/>
          <w:bCs w:val="1"/>
          <w:i w:val="0"/>
          <w:iCs w:val="0"/>
          <w:sz w:val="24"/>
          <w:szCs w:val="24"/>
          <w:u w:val="none"/>
          <w:rtl w:val="0"/>
        </w:rPr>
        <w:t xml:space="preserve">Anexa 3</w:t>
      </w:r>
      <w:r w:rsidDel="00000000" w:rsidR="00000000" w:rsidRPr="00000000">
        <w:rPr>
          <w:rtl w:val="0"/>
        </w:rPr>
      </w:r>
    </w:p>
    <w:p w:rsidR="00000000" w:rsidDel="00000000" w:rsidP="00000000" w:rsidRDefault="00000000" w:rsidRPr="00000000" w14:paraId="0000014E">
      <w:pPr>
        <w:spacing w:after="320" w:before="0" w:lineRule="auto"/>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FORMULAR DE OFERTĂ</w:t>
      </w:r>
      <w:r w:rsidDel="00000000" w:rsidR="00000000" w:rsidRPr="00000000">
        <w:rPr>
          <w:rtl w:val="0"/>
        </w:rPr>
      </w:r>
    </w:p>
    <w:p w:rsidR="00000000" w:rsidDel="00000000" w:rsidP="00000000" w:rsidRDefault="00000000" w:rsidRPr="00000000" w14:paraId="0000014F">
      <w:pPr>
        <w:spacing w:after="3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_________ (Data)</w:t>
      </w:r>
      <w:r w:rsidDel="00000000" w:rsidR="00000000" w:rsidRPr="00000000">
        <w:rPr>
          <w:rtl w:val="0"/>
        </w:rPr>
      </w:r>
    </w:p>
    <w:p w:rsidR="00000000" w:rsidDel="00000000" w:rsidP="00000000" w:rsidRDefault="00000000" w:rsidRPr="00000000" w14:paraId="00000150">
      <w:pPr>
        <w:spacing w:after="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Către:</w:t>
      </w:r>
      <w:r w:rsidDel="00000000" w:rsidR="00000000" w:rsidRPr="00000000">
        <w:rPr>
          <w:rtl w:val="0"/>
        </w:rPr>
      </w:r>
    </w:p>
    <w:p w:rsidR="00000000" w:rsidDel="00000000" w:rsidP="00000000" w:rsidRDefault="00000000" w:rsidRPr="00000000" w14:paraId="00000151">
      <w:pPr>
        <w:spacing w:after="40" w:before="0" w:lineRule="auto"/>
        <w:jc w:val="both"/>
        <w:rPr>
          <w:b w:val="1"/>
          <w:bCs w:val="1"/>
        </w:rPr>
      </w:pPr>
      <w:r w:rsidDel="00000000" w:rsidR="00000000" w:rsidRPr="00000000">
        <w:rPr>
          <w:b w:val="1"/>
          <w:bCs w:val="1"/>
          <w:i w:val="0"/>
          <w:iCs w:val="0"/>
          <w:sz w:val="24"/>
          <w:szCs w:val="24"/>
          <w:u w:val="none"/>
          <w:rtl w:val="0"/>
        </w:rPr>
        <w:t xml:space="preserve">AO „Gender-Centru”</w:t>
      </w:r>
      <w:r w:rsidDel="00000000" w:rsidR="00000000" w:rsidRPr="00000000">
        <w:rPr>
          <w:rtl w:val="0"/>
        </w:rPr>
      </w:r>
    </w:p>
    <w:p w:rsidR="00000000" w:rsidDel="00000000" w:rsidP="00000000" w:rsidRDefault="00000000" w:rsidRPr="00000000" w14:paraId="00000152">
      <w:pPr>
        <w:spacing w:after="2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mun. Chișinău, Republica Moldova</w:t>
      </w:r>
      <w:r w:rsidDel="00000000" w:rsidR="00000000" w:rsidRPr="00000000">
        <w:rPr>
          <w:rtl w:val="0"/>
        </w:rPr>
      </w:r>
    </w:p>
    <w:p w:rsidR="00000000" w:rsidDel="00000000" w:rsidP="00000000" w:rsidRDefault="00000000" w:rsidRPr="00000000" w14:paraId="00000153">
      <w:pPr>
        <w:spacing w:after="240" w:before="0" w:lineRule="auto"/>
        <w:jc w:val="both"/>
        <w:rPr/>
      </w:pPr>
      <w:r w:rsidDel="00000000" w:rsidR="00000000" w:rsidRPr="00000000">
        <w:rPr>
          <w:rFonts w:ascii="Times New Roman" w:cs="Times New Roman" w:eastAsia="Times New Roman" w:hAnsi="Times New Roman"/>
          <w:b w:val="0"/>
          <w:bCs w:val="0"/>
          <w:i w:val="1"/>
          <w:iCs w:val="1"/>
          <w:sz w:val="24"/>
          <w:szCs w:val="24"/>
          <w:u w:val="single"/>
          <w:rtl w:val="0"/>
        </w:rPr>
        <w:t xml:space="preserve">Ref: Echipament de croitorie și producere textilă, materiale consumabile (LOT 1 – LOT 5)</w:t>
      </w:r>
      <w:r w:rsidDel="00000000" w:rsidR="00000000" w:rsidRPr="00000000">
        <w:rPr>
          <w:rtl w:val="0"/>
        </w:rPr>
      </w:r>
    </w:p>
    <w:p w:rsidR="00000000" w:rsidDel="00000000" w:rsidP="00000000" w:rsidRDefault="00000000" w:rsidRPr="00000000" w14:paraId="00000154">
      <w:pPr>
        <w:numPr>
          <w:ilvl w:val="0"/>
          <w:numId w:val="2"/>
        </w:numPr>
        <w:spacing w:after="240" w:before="0" w:lineRule="auto"/>
        <w:ind w:left="720" w:hanging="360"/>
        <w:jc w:val="both"/>
        <w:rPr>
          <w:rFonts w:ascii="Times New Roman" w:cs="Times New Roman" w:eastAsia="Times New Roman" w:hAnsi="Times New Roman"/>
          <w:b w:val="0"/>
          <w:bCs w:val="0"/>
          <w:i w:val="0"/>
          <w:iCs w:val="0"/>
          <w:sz w:val="24"/>
          <w:szCs w:val="24"/>
          <w:u w:val="none"/>
        </w:rPr>
      </w:pPr>
      <w:r w:rsidDel="00000000" w:rsidR="00000000" w:rsidRPr="00000000">
        <w:rPr>
          <w:rFonts w:ascii="Times New Roman" w:cs="Times New Roman" w:eastAsia="Times New Roman" w:hAnsi="Times New Roman"/>
          <w:b w:val="0"/>
          <w:bCs w:val="0"/>
          <w:i w:val="0"/>
          <w:iCs w:val="0"/>
          <w:sz w:val="24"/>
          <w:szCs w:val="24"/>
          <w:u w:val="none"/>
          <w:rtl w:val="0"/>
        </w:rPr>
        <w:t xml:space="preserve">Examinând Cererea de Cotații cu privire la procedura de procurare a echipamentului de croitorie și producere textilă și a materialelor consumabile, subsemnații, reprezentanți ai ofertantului ___________________ (denumirea/numele ofertantului), vă înaintăm astfel oferta noastră în conformitate cu prevederile și cerințele cuprinse în documentația mai sus menționată, cu privire la furnizarea și livrarea bunului, după cum urmează:</w:t>
      </w:r>
      <w:r w:rsidDel="00000000" w:rsidR="00000000" w:rsidRPr="00000000">
        <w:rPr>
          <w:rtl w:val="0"/>
        </w:rPr>
      </w:r>
    </w:p>
    <w:p w:rsidR="00000000" w:rsidDel="00000000" w:rsidP="00000000" w:rsidRDefault="00000000" w:rsidRPr="00000000" w14:paraId="00000155">
      <w:pPr>
        <w:spacing w:after="120" w:before="0" w:lineRule="auto"/>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LOT 1</w:t>
      </w:r>
      <w:r w:rsidDel="00000000" w:rsidR="00000000" w:rsidRPr="00000000">
        <w:rPr>
          <w:rtl w:val="0"/>
        </w:rPr>
      </w:r>
    </w:p>
    <w:tbl>
      <w:tblPr>
        <w:tblStyle w:val="Table7"/>
        <w:tblW w:w="974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49"/>
        <w:gridCol w:w="1949"/>
        <w:gridCol w:w="1949"/>
        <w:gridCol w:w="1949"/>
        <w:gridCol w:w="1949"/>
        <w:tblGridChange w:id="0">
          <w:tblGrid>
            <w:gridCol w:w="1949"/>
            <w:gridCol w:w="1949"/>
            <w:gridCol w:w="1949"/>
            <w:gridCol w:w="1949"/>
            <w:gridCol w:w="1949"/>
          </w:tblGrid>
        </w:tblGridChange>
      </w:tblGrid>
      <w:tr>
        <w:trPr>
          <w:cantSplit w:val="0"/>
          <w:tblHeader w:val="0"/>
        </w:trPr>
        <w:tc>
          <w:tcPr>
            <w:shd w:fill="f2f2f2" w:val="clear"/>
          </w:tcPr>
          <w:p w:rsidR="00000000" w:rsidDel="00000000" w:rsidP="00000000" w:rsidRDefault="00000000" w:rsidRPr="00000000" w14:paraId="00000156">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Descriere</w:t>
            </w:r>
            <w:r w:rsidDel="00000000" w:rsidR="00000000" w:rsidRPr="00000000">
              <w:rPr>
                <w:rtl w:val="0"/>
              </w:rPr>
            </w:r>
          </w:p>
        </w:tc>
        <w:tc>
          <w:tcPr>
            <w:shd w:fill="f2f2f2" w:val="clear"/>
          </w:tcPr>
          <w:p w:rsidR="00000000" w:rsidDel="00000000" w:rsidP="00000000" w:rsidRDefault="00000000" w:rsidRPr="00000000" w14:paraId="00000157">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Cantitate</w:t>
            </w:r>
            <w:r w:rsidDel="00000000" w:rsidR="00000000" w:rsidRPr="00000000">
              <w:rPr>
                <w:rtl w:val="0"/>
              </w:rPr>
            </w:r>
          </w:p>
        </w:tc>
        <w:tc>
          <w:tcPr>
            <w:shd w:fill="f2f2f2" w:val="clear"/>
          </w:tcPr>
          <w:p w:rsidR="00000000" w:rsidDel="00000000" w:rsidP="00000000" w:rsidRDefault="00000000" w:rsidRPr="00000000" w14:paraId="00000158">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produs</w:t>
              <w:br w:type="textWrapping"/>
              <w:t xml:space="preserve">(fără TVA) - MDL</w:t>
            </w:r>
            <w:r w:rsidDel="00000000" w:rsidR="00000000" w:rsidRPr="00000000">
              <w:rPr>
                <w:rtl w:val="0"/>
              </w:rPr>
            </w:r>
          </w:p>
        </w:tc>
        <w:tc>
          <w:tcPr>
            <w:shd w:fill="f2f2f2" w:val="clear"/>
          </w:tcPr>
          <w:p w:rsidR="00000000" w:rsidDel="00000000" w:rsidP="00000000" w:rsidRDefault="00000000" w:rsidRPr="00000000" w14:paraId="00000159">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Cost livrare</w:t>
              <w:br w:type="textWrapping"/>
              <w:t xml:space="preserve">(fără TVA) - MDL</w:t>
            </w:r>
            <w:r w:rsidDel="00000000" w:rsidR="00000000" w:rsidRPr="00000000">
              <w:rPr>
                <w:rtl w:val="0"/>
              </w:rPr>
            </w:r>
          </w:p>
        </w:tc>
        <w:tc>
          <w:tcPr>
            <w:shd w:fill="f2f2f2" w:val="clear"/>
          </w:tcPr>
          <w:p w:rsidR="00000000" w:rsidDel="00000000" w:rsidP="00000000" w:rsidRDefault="00000000" w:rsidRPr="00000000" w14:paraId="0000015A">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total</w:t>
              <w:br w:type="textWrapping"/>
              <w:t xml:space="preserve">(fără TVA) - MDL</w:t>
            </w:r>
            <w:r w:rsidDel="00000000" w:rsidR="00000000" w:rsidRPr="00000000">
              <w:rPr>
                <w:rtl w:val="0"/>
              </w:rPr>
            </w:r>
          </w:p>
        </w:tc>
      </w:tr>
      <w:tr>
        <w:trPr>
          <w:cantSplit w:val="0"/>
          <w:tblHeader w:val="0"/>
        </w:trPr>
        <w:tc>
          <w:tcPr/>
          <w:p w:rsidR="00000000" w:rsidDel="00000000" w:rsidP="00000000" w:rsidRDefault="00000000" w:rsidRPr="00000000" w14:paraId="0000015B">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Mașini de cusut industriale</w:t>
            </w:r>
            <w:r w:rsidDel="00000000" w:rsidR="00000000" w:rsidRPr="00000000">
              <w:rPr>
                <w:rtl w:val="0"/>
              </w:rPr>
            </w:r>
          </w:p>
        </w:tc>
        <w:tc>
          <w:tcPr/>
          <w:p w:rsidR="00000000" w:rsidDel="00000000" w:rsidP="00000000" w:rsidRDefault="00000000" w:rsidRPr="00000000" w14:paraId="0000015C">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4 buc.</w:t>
            </w:r>
            <w:r w:rsidDel="00000000" w:rsidR="00000000" w:rsidRPr="00000000">
              <w:rPr>
                <w:rtl w:val="0"/>
              </w:rPr>
            </w:r>
          </w:p>
        </w:tc>
        <w:tc>
          <w:tcPr/>
          <w:p w:rsidR="00000000" w:rsidDel="00000000" w:rsidP="00000000" w:rsidRDefault="00000000" w:rsidRPr="00000000" w14:paraId="0000015D">
            <w:pPr>
              <w:jc w:val="center"/>
              <w:rPr/>
            </w:pPr>
            <w:r w:rsidDel="00000000" w:rsidR="00000000" w:rsidRPr="00000000">
              <w:rPr>
                <w:rtl w:val="0"/>
              </w:rPr>
            </w:r>
          </w:p>
        </w:tc>
        <w:tc>
          <w:tcPr/>
          <w:p w:rsidR="00000000" w:rsidDel="00000000" w:rsidP="00000000" w:rsidRDefault="00000000" w:rsidRPr="00000000" w14:paraId="0000015E">
            <w:pPr>
              <w:jc w:val="center"/>
              <w:rPr/>
            </w:pPr>
            <w:r w:rsidDel="00000000" w:rsidR="00000000" w:rsidRPr="00000000">
              <w:rPr>
                <w:rtl w:val="0"/>
              </w:rPr>
            </w:r>
          </w:p>
        </w:tc>
        <w:tc>
          <w:tcPr/>
          <w:p w:rsidR="00000000" w:rsidDel="00000000" w:rsidP="00000000" w:rsidRDefault="00000000" w:rsidRPr="00000000" w14:paraId="0000015F">
            <w:pPr>
              <w:jc w:val="center"/>
              <w:rPr/>
            </w:pPr>
            <w:r w:rsidDel="00000000" w:rsidR="00000000" w:rsidRPr="00000000">
              <w:rPr>
                <w:rtl w:val="0"/>
              </w:rPr>
            </w:r>
          </w:p>
        </w:tc>
      </w:tr>
    </w:tbl>
    <w:p w:rsidR="00000000" w:rsidDel="00000000" w:rsidP="00000000" w:rsidRDefault="00000000" w:rsidRPr="00000000" w14:paraId="00000160">
      <w:pPr>
        <w:spacing w:after="200" w:before="0" w:lineRule="auto"/>
        <w:jc w:val="both"/>
        <w:rPr/>
      </w:pPr>
      <w:r w:rsidDel="00000000" w:rsidR="00000000" w:rsidRPr="00000000">
        <w:rPr>
          <w:rtl w:val="0"/>
        </w:rPr>
      </w:r>
    </w:p>
    <w:p w:rsidR="00000000" w:rsidDel="00000000" w:rsidP="00000000" w:rsidRDefault="00000000" w:rsidRPr="00000000" w14:paraId="00000161">
      <w:pPr>
        <w:spacing w:after="120" w:before="0" w:lineRule="auto"/>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LOT 2</w:t>
      </w:r>
      <w:r w:rsidDel="00000000" w:rsidR="00000000" w:rsidRPr="00000000">
        <w:rPr>
          <w:rtl w:val="0"/>
        </w:rPr>
      </w:r>
    </w:p>
    <w:tbl>
      <w:tblPr>
        <w:tblStyle w:val="Table8"/>
        <w:tblW w:w="974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49"/>
        <w:gridCol w:w="1949"/>
        <w:gridCol w:w="1949"/>
        <w:gridCol w:w="1949"/>
        <w:gridCol w:w="1949"/>
        <w:tblGridChange w:id="0">
          <w:tblGrid>
            <w:gridCol w:w="1949"/>
            <w:gridCol w:w="1949"/>
            <w:gridCol w:w="1949"/>
            <w:gridCol w:w="1949"/>
            <w:gridCol w:w="1949"/>
          </w:tblGrid>
        </w:tblGridChange>
      </w:tblGrid>
      <w:tr>
        <w:trPr>
          <w:cantSplit w:val="0"/>
          <w:tblHeader w:val="0"/>
        </w:trPr>
        <w:tc>
          <w:tcPr>
            <w:shd w:fill="f2f2f2" w:val="clear"/>
          </w:tcPr>
          <w:p w:rsidR="00000000" w:rsidDel="00000000" w:rsidP="00000000" w:rsidRDefault="00000000" w:rsidRPr="00000000" w14:paraId="00000162">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Descriere</w:t>
            </w:r>
            <w:r w:rsidDel="00000000" w:rsidR="00000000" w:rsidRPr="00000000">
              <w:rPr>
                <w:rtl w:val="0"/>
              </w:rPr>
            </w:r>
          </w:p>
        </w:tc>
        <w:tc>
          <w:tcPr>
            <w:shd w:fill="f2f2f2" w:val="clear"/>
          </w:tcPr>
          <w:p w:rsidR="00000000" w:rsidDel="00000000" w:rsidP="00000000" w:rsidRDefault="00000000" w:rsidRPr="00000000" w14:paraId="00000163">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Cantitate</w:t>
            </w:r>
            <w:r w:rsidDel="00000000" w:rsidR="00000000" w:rsidRPr="00000000">
              <w:rPr>
                <w:rtl w:val="0"/>
              </w:rPr>
            </w:r>
          </w:p>
        </w:tc>
        <w:tc>
          <w:tcPr>
            <w:shd w:fill="f2f2f2" w:val="clear"/>
          </w:tcPr>
          <w:p w:rsidR="00000000" w:rsidDel="00000000" w:rsidP="00000000" w:rsidRDefault="00000000" w:rsidRPr="00000000" w14:paraId="00000164">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produs</w:t>
              <w:br w:type="textWrapping"/>
              <w:t xml:space="preserve">(fără TVA) - MDL</w:t>
            </w:r>
            <w:r w:rsidDel="00000000" w:rsidR="00000000" w:rsidRPr="00000000">
              <w:rPr>
                <w:rtl w:val="0"/>
              </w:rPr>
            </w:r>
          </w:p>
        </w:tc>
        <w:tc>
          <w:tcPr>
            <w:shd w:fill="f2f2f2" w:val="clear"/>
          </w:tcPr>
          <w:p w:rsidR="00000000" w:rsidDel="00000000" w:rsidP="00000000" w:rsidRDefault="00000000" w:rsidRPr="00000000" w14:paraId="00000165">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Cost livrare</w:t>
              <w:br w:type="textWrapping"/>
              <w:t xml:space="preserve">(fără TVA) - MDL</w:t>
            </w:r>
            <w:r w:rsidDel="00000000" w:rsidR="00000000" w:rsidRPr="00000000">
              <w:rPr>
                <w:rtl w:val="0"/>
              </w:rPr>
            </w:r>
          </w:p>
        </w:tc>
        <w:tc>
          <w:tcPr>
            <w:shd w:fill="f2f2f2" w:val="clear"/>
          </w:tcPr>
          <w:p w:rsidR="00000000" w:rsidDel="00000000" w:rsidP="00000000" w:rsidRDefault="00000000" w:rsidRPr="00000000" w14:paraId="00000166">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total</w:t>
              <w:br w:type="textWrapping"/>
              <w:t xml:space="preserve">(fără TVA) - MDL</w:t>
            </w:r>
            <w:r w:rsidDel="00000000" w:rsidR="00000000" w:rsidRPr="00000000">
              <w:rPr>
                <w:rtl w:val="0"/>
              </w:rPr>
            </w:r>
          </w:p>
        </w:tc>
      </w:tr>
      <w:tr>
        <w:trPr>
          <w:cantSplit w:val="0"/>
          <w:trHeight w:val="1415.859375" w:hRule="atLeast"/>
          <w:tblHeader w:val="0"/>
        </w:trPr>
        <w:tc>
          <w:tcPr/>
          <w:p w:rsidR="00000000" w:rsidDel="00000000" w:rsidP="00000000" w:rsidRDefault="00000000" w:rsidRPr="00000000" w14:paraId="00000167">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Mașini industriale de overlock și acoperire (coverstitch)</w:t>
            </w:r>
            <w:r w:rsidDel="00000000" w:rsidR="00000000" w:rsidRPr="00000000">
              <w:rPr>
                <w:rtl w:val="0"/>
              </w:rPr>
            </w:r>
          </w:p>
        </w:tc>
        <w:tc>
          <w:tcPr/>
          <w:p w:rsidR="00000000" w:rsidDel="00000000" w:rsidP="00000000" w:rsidRDefault="00000000" w:rsidRPr="00000000" w14:paraId="00000168">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6 buc.</w:t>
            </w:r>
            <w:r w:rsidDel="00000000" w:rsidR="00000000" w:rsidRPr="00000000">
              <w:rPr>
                <w:rtl w:val="0"/>
              </w:rPr>
            </w:r>
          </w:p>
        </w:tc>
        <w:tc>
          <w:tcPr/>
          <w:p w:rsidR="00000000" w:rsidDel="00000000" w:rsidP="00000000" w:rsidRDefault="00000000" w:rsidRPr="00000000" w14:paraId="00000169">
            <w:pPr>
              <w:jc w:val="center"/>
              <w:rPr/>
            </w:pPr>
            <w:r w:rsidDel="00000000" w:rsidR="00000000" w:rsidRPr="00000000">
              <w:rPr>
                <w:rtl w:val="0"/>
              </w:rPr>
            </w:r>
          </w:p>
        </w:tc>
        <w:tc>
          <w:tcPr/>
          <w:p w:rsidR="00000000" w:rsidDel="00000000" w:rsidP="00000000" w:rsidRDefault="00000000" w:rsidRPr="00000000" w14:paraId="0000016A">
            <w:pPr>
              <w:jc w:val="center"/>
              <w:rPr/>
            </w:pPr>
            <w:r w:rsidDel="00000000" w:rsidR="00000000" w:rsidRPr="00000000">
              <w:rPr>
                <w:rtl w:val="0"/>
              </w:rPr>
            </w:r>
          </w:p>
        </w:tc>
        <w:tc>
          <w:tcPr/>
          <w:p w:rsidR="00000000" w:rsidDel="00000000" w:rsidP="00000000" w:rsidRDefault="00000000" w:rsidRPr="00000000" w14:paraId="0000016B">
            <w:pPr>
              <w:jc w:val="center"/>
              <w:rPr/>
            </w:pPr>
            <w:r w:rsidDel="00000000" w:rsidR="00000000" w:rsidRPr="00000000">
              <w:rPr>
                <w:rtl w:val="0"/>
              </w:rPr>
            </w:r>
          </w:p>
        </w:tc>
      </w:tr>
    </w:tbl>
    <w:p w:rsidR="00000000" w:rsidDel="00000000" w:rsidP="00000000" w:rsidRDefault="00000000" w:rsidRPr="00000000" w14:paraId="0000016C">
      <w:pPr>
        <w:spacing w:after="200" w:before="0" w:lineRule="auto"/>
        <w:jc w:val="both"/>
        <w:rPr/>
      </w:pPr>
      <w:r w:rsidDel="00000000" w:rsidR="00000000" w:rsidRPr="00000000">
        <w:rPr>
          <w:rtl w:val="0"/>
        </w:rPr>
      </w:r>
    </w:p>
    <w:p w:rsidR="00000000" w:rsidDel="00000000" w:rsidP="00000000" w:rsidRDefault="00000000" w:rsidRPr="00000000" w14:paraId="0000016D">
      <w:pPr>
        <w:spacing w:after="120" w:before="0" w:lineRule="auto"/>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LOT 3</w:t>
      </w:r>
      <w:r w:rsidDel="00000000" w:rsidR="00000000" w:rsidRPr="00000000">
        <w:rPr>
          <w:rtl w:val="0"/>
        </w:rPr>
      </w:r>
    </w:p>
    <w:tbl>
      <w:tblPr>
        <w:tblStyle w:val="Table9"/>
        <w:tblW w:w="974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49"/>
        <w:gridCol w:w="1949"/>
        <w:gridCol w:w="1949"/>
        <w:gridCol w:w="1949"/>
        <w:gridCol w:w="1949"/>
        <w:tblGridChange w:id="0">
          <w:tblGrid>
            <w:gridCol w:w="1949"/>
            <w:gridCol w:w="1949"/>
            <w:gridCol w:w="1949"/>
            <w:gridCol w:w="1949"/>
            <w:gridCol w:w="1949"/>
          </w:tblGrid>
        </w:tblGridChange>
      </w:tblGrid>
      <w:tr>
        <w:trPr>
          <w:cantSplit w:val="0"/>
          <w:tblHeader w:val="0"/>
        </w:trPr>
        <w:tc>
          <w:tcPr>
            <w:shd w:fill="f2f2f2" w:val="clear"/>
          </w:tcPr>
          <w:p w:rsidR="00000000" w:rsidDel="00000000" w:rsidP="00000000" w:rsidRDefault="00000000" w:rsidRPr="00000000" w14:paraId="0000016E">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Descriere</w:t>
            </w:r>
            <w:r w:rsidDel="00000000" w:rsidR="00000000" w:rsidRPr="00000000">
              <w:rPr>
                <w:rtl w:val="0"/>
              </w:rPr>
            </w:r>
          </w:p>
        </w:tc>
        <w:tc>
          <w:tcPr>
            <w:shd w:fill="f2f2f2" w:val="clear"/>
          </w:tcPr>
          <w:p w:rsidR="00000000" w:rsidDel="00000000" w:rsidP="00000000" w:rsidRDefault="00000000" w:rsidRPr="00000000" w14:paraId="0000016F">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Cantitate</w:t>
            </w:r>
            <w:r w:rsidDel="00000000" w:rsidR="00000000" w:rsidRPr="00000000">
              <w:rPr>
                <w:rtl w:val="0"/>
              </w:rPr>
            </w:r>
          </w:p>
        </w:tc>
        <w:tc>
          <w:tcPr>
            <w:shd w:fill="f2f2f2" w:val="clear"/>
          </w:tcPr>
          <w:p w:rsidR="00000000" w:rsidDel="00000000" w:rsidP="00000000" w:rsidRDefault="00000000" w:rsidRPr="00000000" w14:paraId="00000170">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produs</w:t>
              <w:br w:type="textWrapping"/>
              <w:t xml:space="preserve">(fără TVA) - MDL</w:t>
            </w:r>
            <w:r w:rsidDel="00000000" w:rsidR="00000000" w:rsidRPr="00000000">
              <w:rPr>
                <w:rtl w:val="0"/>
              </w:rPr>
            </w:r>
          </w:p>
        </w:tc>
        <w:tc>
          <w:tcPr>
            <w:shd w:fill="f2f2f2" w:val="clear"/>
          </w:tcPr>
          <w:p w:rsidR="00000000" w:rsidDel="00000000" w:rsidP="00000000" w:rsidRDefault="00000000" w:rsidRPr="00000000" w14:paraId="00000171">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Cost livrare</w:t>
              <w:br w:type="textWrapping"/>
              <w:t xml:space="preserve">(fără TVA) - MDL</w:t>
            </w:r>
            <w:r w:rsidDel="00000000" w:rsidR="00000000" w:rsidRPr="00000000">
              <w:rPr>
                <w:rtl w:val="0"/>
              </w:rPr>
            </w:r>
          </w:p>
        </w:tc>
        <w:tc>
          <w:tcPr>
            <w:shd w:fill="f2f2f2" w:val="clear"/>
          </w:tcPr>
          <w:p w:rsidR="00000000" w:rsidDel="00000000" w:rsidP="00000000" w:rsidRDefault="00000000" w:rsidRPr="00000000" w14:paraId="00000172">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total</w:t>
              <w:br w:type="textWrapping"/>
              <w:t xml:space="preserve">(fără TVA) - MDL</w:t>
            </w:r>
            <w:r w:rsidDel="00000000" w:rsidR="00000000" w:rsidRPr="00000000">
              <w:rPr>
                <w:rtl w:val="0"/>
              </w:rPr>
            </w:r>
          </w:p>
        </w:tc>
      </w:tr>
      <w:tr>
        <w:trPr>
          <w:cantSplit w:val="0"/>
          <w:tblHeader w:val="0"/>
        </w:trPr>
        <w:tc>
          <w:tcPr/>
          <w:p w:rsidR="00000000" w:rsidDel="00000000" w:rsidP="00000000" w:rsidRDefault="00000000" w:rsidRPr="00000000" w14:paraId="00000173">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Echipament auxiliar de finisare textilă</w:t>
            </w:r>
            <w:r w:rsidDel="00000000" w:rsidR="00000000" w:rsidRPr="00000000">
              <w:rPr>
                <w:rtl w:val="0"/>
              </w:rPr>
            </w:r>
          </w:p>
        </w:tc>
        <w:tc>
          <w:tcPr/>
          <w:p w:rsidR="00000000" w:rsidDel="00000000" w:rsidP="00000000" w:rsidRDefault="00000000" w:rsidRPr="00000000" w14:paraId="00000174">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6 buc.</w:t>
            </w:r>
            <w:r w:rsidDel="00000000" w:rsidR="00000000" w:rsidRPr="00000000">
              <w:rPr>
                <w:rtl w:val="0"/>
              </w:rPr>
            </w:r>
          </w:p>
        </w:tc>
        <w:tc>
          <w:tcPr/>
          <w:p w:rsidR="00000000" w:rsidDel="00000000" w:rsidP="00000000" w:rsidRDefault="00000000" w:rsidRPr="00000000" w14:paraId="00000175">
            <w:pPr>
              <w:jc w:val="center"/>
              <w:rPr/>
            </w:pPr>
            <w:r w:rsidDel="00000000" w:rsidR="00000000" w:rsidRPr="00000000">
              <w:rPr>
                <w:rtl w:val="0"/>
              </w:rPr>
            </w:r>
          </w:p>
        </w:tc>
        <w:tc>
          <w:tcPr/>
          <w:p w:rsidR="00000000" w:rsidDel="00000000" w:rsidP="00000000" w:rsidRDefault="00000000" w:rsidRPr="00000000" w14:paraId="00000176">
            <w:pPr>
              <w:jc w:val="center"/>
              <w:rPr/>
            </w:pPr>
            <w:r w:rsidDel="00000000" w:rsidR="00000000" w:rsidRPr="00000000">
              <w:rPr>
                <w:rtl w:val="0"/>
              </w:rPr>
            </w:r>
          </w:p>
        </w:tc>
        <w:tc>
          <w:tcPr/>
          <w:p w:rsidR="00000000" w:rsidDel="00000000" w:rsidP="00000000" w:rsidRDefault="00000000" w:rsidRPr="00000000" w14:paraId="00000177">
            <w:pPr>
              <w:jc w:val="center"/>
              <w:rPr/>
            </w:pPr>
            <w:r w:rsidDel="00000000" w:rsidR="00000000" w:rsidRPr="00000000">
              <w:rPr>
                <w:rtl w:val="0"/>
              </w:rPr>
            </w:r>
          </w:p>
        </w:tc>
      </w:tr>
    </w:tbl>
    <w:p w:rsidR="00000000" w:rsidDel="00000000" w:rsidP="00000000" w:rsidRDefault="00000000" w:rsidRPr="00000000" w14:paraId="00000178">
      <w:pPr>
        <w:spacing w:after="200" w:before="0" w:lineRule="auto"/>
        <w:jc w:val="both"/>
        <w:rPr/>
      </w:pPr>
      <w:r w:rsidDel="00000000" w:rsidR="00000000" w:rsidRPr="00000000">
        <w:rPr>
          <w:rtl w:val="0"/>
        </w:rPr>
      </w:r>
    </w:p>
    <w:p w:rsidR="00000000" w:rsidDel="00000000" w:rsidP="00000000" w:rsidRDefault="00000000" w:rsidRPr="00000000" w14:paraId="00000179">
      <w:pPr>
        <w:spacing w:after="120" w:before="0" w:lineRule="auto"/>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LOT 4</w:t>
      </w:r>
      <w:r w:rsidDel="00000000" w:rsidR="00000000" w:rsidRPr="00000000">
        <w:rPr>
          <w:rtl w:val="0"/>
        </w:rPr>
      </w:r>
    </w:p>
    <w:tbl>
      <w:tblPr>
        <w:tblStyle w:val="Table10"/>
        <w:tblW w:w="974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49"/>
        <w:gridCol w:w="1949"/>
        <w:gridCol w:w="1949"/>
        <w:gridCol w:w="1949"/>
        <w:gridCol w:w="1949"/>
        <w:tblGridChange w:id="0">
          <w:tblGrid>
            <w:gridCol w:w="1949"/>
            <w:gridCol w:w="1949"/>
            <w:gridCol w:w="1949"/>
            <w:gridCol w:w="1949"/>
            <w:gridCol w:w="1949"/>
          </w:tblGrid>
        </w:tblGridChange>
      </w:tblGrid>
      <w:tr>
        <w:trPr>
          <w:cantSplit w:val="0"/>
          <w:tblHeader w:val="0"/>
        </w:trPr>
        <w:tc>
          <w:tcPr>
            <w:shd w:fill="f2f2f2" w:val="clear"/>
          </w:tcPr>
          <w:p w:rsidR="00000000" w:rsidDel="00000000" w:rsidP="00000000" w:rsidRDefault="00000000" w:rsidRPr="00000000" w14:paraId="0000017A">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Descriere</w:t>
            </w:r>
            <w:r w:rsidDel="00000000" w:rsidR="00000000" w:rsidRPr="00000000">
              <w:rPr>
                <w:rtl w:val="0"/>
              </w:rPr>
            </w:r>
          </w:p>
        </w:tc>
        <w:tc>
          <w:tcPr>
            <w:shd w:fill="f2f2f2" w:val="clear"/>
          </w:tcPr>
          <w:p w:rsidR="00000000" w:rsidDel="00000000" w:rsidP="00000000" w:rsidRDefault="00000000" w:rsidRPr="00000000" w14:paraId="0000017B">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Cantitate</w:t>
            </w:r>
            <w:r w:rsidDel="00000000" w:rsidR="00000000" w:rsidRPr="00000000">
              <w:rPr>
                <w:rtl w:val="0"/>
              </w:rPr>
            </w:r>
          </w:p>
        </w:tc>
        <w:tc>
          <w:tcPr>
            <w:shd w:fill="f2f2f2" w:val="clear"/>
          </w:tcPr>
          <w:p w:rsidR="00000000" w:rsidDel="00000000" w:rsidP="00000000" w:rsidRDefault="00000000" w:rsidRPr="00000000" w14:paraId="0000017C">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produs</w:t>
              <w:br w:type="textWrapping"/>
              <w:t xml:space="preserve">(fără TVA) - MDL</w:t>
            </w:r>
            <w:r w:rsidDel="00000000" w:rsidR="00000000" w:rsidRPr="00000000">
              <w:rPr>
                <w:rtl w:val="0"/>
              </w:rPr>
            </w:r>
          </w:p>
        </w:tc>
        <w:tc>
          <w:tcPr>
            <w:shd w:fill="f2f2f2" w:val="clear"/>
          </w:tcPr>
          <w:p w:rsidR="00000000" w:rsidDel="00000000" w:rsidP="00000000" w:rsidRDefault="00000000" w:rsidRPr="00000000" w14:paraId="0000017D">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Cost livrare</w:t>
              <w:br w:type="textWrapping"/>
              <w:t xml:space="preserve">(fără TVA) - MDL</w:t>
            </w:r>
            <w:r w:rsidDel="00000000" w:rsidR="00000000" w:rsidRPr="00000000">
              <w:rPr>
                <w:rtl w:val="0"/>
              </w:rPr>
            </w:r>
          </w:p>
        </w:tc>
        <w:tc>
          <w:tcPr>
            <w:shd w:fill="f2f2f2" w:val="clear"/>
          </w:tcPr>
          <w:p w:rsidR="00000000" w:rsidDel="00000000" w:rsidP="00000000" w:rsidRDefault="00000000" w:rsidRPr="00000000" w14:paraId="0000017E">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total</w:t>
              <w:br w:type="textWrapping"/>
              <w:t xml:space="preserve">(fără TVA) - MDL</w:t>
            </w:r>
            <w:r w:rsidDel="00000000" w:rsidR="00000000" w:rsidRPr="00000000">
              <w:rPr>
                <w:rtl w:val="0"/>
              </w:rPr>
            </w:r>
          </w:p>
        </w:tc>
      </w:tr>
      <w:tr>
        <w:trPr>
          <w:cantSplit w:val="0"/>
          <w:tblHeader w:val="0"/>
        </w:trPr>
        <w:tc>
          <w:tcPr/>
          <w:p w:rsidR="00000000" w:rsidDel="00000000" w:rsidP="00000000" w:rsidRDefault="00000000" w:rsidRPr="00000000" w14:paraId="0000017F">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Unelte și instrumente de croitorie</w:t>
            </w:r>
            <w:r w:rsidDel="00000000" w:rsidR="00000000" w:rsidRPr="00000000">
              <w:rPr>
                <w:rtl w:val="0"/>
              </w:rPr>
            </w:r>
          </w:p>
        </w:tc>
        <w:tc>
          <w:tcPr/>
          <w:p w:rsidR="00000000" w:rsidDel="00000000" w:rsidP="00000000" w:rsidRDefault="00000000" w:rsidRPr="00000000" w14:paraId="00000180">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7 buc./seturi</w:t>
            </w:r>
            <w:r w:rsidDel="00000000" w:rsidR="00000000" w:rsidRPr="00000000">
              <w:rPr>
                <w:rtl w:val="0"/>
              </w:rPr>
            </w:r>
          </w:p>
        </w:tc>
        <w:tc>
          <w:tcPr/>
          <w:p w:rsidR="00000000" w:rsidDel="00000000" w:rsidP="00000000" w:rsidRDefault="00000000" w:rsidRPr="00000000" w14:paraId="00000181">
            <w:pPr>
              <w:jc w:val="center"/>
              <w:rPr/>
            </w:pPr>
            <w:r w:rsidDel="00000000" w:rsidR="00000000" w:rsidRPr="00000000">
              <w:rPr>
                <w:rtl w:val="0"/>
              </w:rPr>
            </w:r>
          </w:p>
        </w:tc>
        <w:tc>
          <w:tcPr/>
          <w:p w:rsidR="00000000" w:rsidDel="00000000" w:rsidP="00000000" w:rsidRDefault="00000000" w:rsidRPr="00000000" w14:paraId="00000182">
            <w:pPr>
              <w:jc w:val="center"/>
              <w:rPr/>
            </w:pPr>
            <w:r w:rsidDel="00000000" w:rsidR="00000000" w:rsidRPr="00000000">
              <w:rPr>
                <w:rtl w:val="0"/>
              </w:rPr>
            </w:r>
          </w:p>
        </w:tc>
        <w:tc>
          <w:tcPr/>
          <w:p w:rsidR="00000000" w:rsidDel="00000000" w:rsidP="00000000" w:rsidRDefault="00000000" w:rsidRPr="00000000" w14:paraId="00000183">
            <w:pPr>
              <w:jc w:val="center"/>
              <w:rPr/>
            </w:pPr>
            <w:r w:rsidDel="00000000" w:rsidR="00000000" w:rsidRPr="00000000">
              <w:rPr>
                <w:rtl w:val="0"/>
              </w:rPr>
            </w:r>
          </w:p>
        </w:tc>
      </w:tr>
    </w:tbl>
    <w:p w:rsidR="00000000" w:rsidDel="00000000" w:rsidP="00000000" w:rsidRDefault="00000000" w:rsidRPr="00000000" w14:paraId="00000184">
      <w:pPr>
        <w:spacing w:after="200" w:before="0" w:lineRule="auto"/>
        <w:jc w:val="both"/>
        <w:rPr/>
      </w:pPr>
      <w:r w:rsidDel="00000000" w:rsidR="00000000" w:rsidRPr="00000000">
        <w:rPr>
          <w:rtl w:val="0"/>
        </w:rPr>
      </w:r>
    </w:p>
    <w:p w:rsidR="00000000" w:rsidDel="00000000" w:rsidP="00000000" w:rsidRDefault="00000000" w:rsidRPr="00000000" w14:paraId="00000185">
      <w:pPr>
        <w:spacing w:after="120" w:before="0" w:lineRule="auto"/>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LOT 5</w:t>
      </w:r>
      <w:r w:rsidDel="00000000" w:rsidR="00000000" w:rsidRPr="00000000">
        <w:rPr>
          <w:rtl w:val="0"/>
        </w:rPr>
      </w:r>
    </w:p>
    <w:tbl>
      <w:tblPr>
        <w:tblStyle w:val="Table11"/>
        <w:tblW w:w="974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49"/>
        <w:gridCol w:w="1949"/>
        <w:gridCol w:w="1949"/>
        <w:gridCol w:w="1949"/>
        <w:gridCol w:w="1949"/>
        <w:tblGridChange w:id="0">
          <w:tblGrid>
            <w:gridCol w:w="1949"/>
            <w:gridCol w:w="1949"/>
            <w:gridCol w:w="1949"/>
            <w:gridCol w:w="1949"/>
            <w:gridCol w:w="1949"/>
          </w:tblGrid>
        </w:tblGridChange>
      </w:tblGrid>
      <w:tr>
        <w:trPr>
          <w:cantSplit w:val="0"/>
          <w:tblHeader w:val="0"/>
        </w:trPr>
        <w:tc>
          <w:tcPr>
            <w:shd w:fill="f2f2f2" w:val="clear"/>
          </w:tcPr>
          <w:p w:rsidR="00000000" w:rsidDel="00000000" w:rsidP="00000000" w:rsidRDefault="00000000" w:rsidRPr="00000000" w14:paraId="00000186">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Descriere</w:t>
            </w:r>
            <w:r w:rsidDel="00000000" w:rsidR="00000000" w:rsidRPr="00000000">
              <w:rPr>
                <w:rtl w:val="0"/>
              </w:rPr>
            </w:r>
          </w:p>
        </w:tc>
        <w:tc>
          <w:tcPr>
            <w:shd w:fill="f2f2f2" w:val="clear"/>
          </w:tcPr>
          <w:p w:rsidR="00000000" w:rsidDel="00000000" w:rsidP="00000000" w:rsidRDefault="00000000" w:rsidRPr="00000000" w14:paraId="00000187">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Cantitate</w:t>
            </w:r>
            <w:r w:rsidDel="00000000" w:rsidR="00000000" w:rsidRPr="00000000">
              <w:rPr>
                <w:rtl w:val="0"/>
              </w:rPr>
            </w:r>
          </w:p>
        </w:tc>
        <w:tc>
          <w:tcPr>
            <w:shd w:fill="f2f2f2" w:val="clear"/>
          </w:tcPr>
          <w:p w:rsidR="00000000" w:rsidDel="00000000" w:rsidP="00000000" w:rsidRDefault="00000000" w:rsidRPr="00000000" w14:paraId="00000188">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produs</w:t>
              <w:br w:type="textWrapping"/>
              <w:t xml:space="preserve">(fără TVA) - MDL</w:t>
            </w:r>
            <w:r w:rsidDel="00000000" w:rsidR="00000000" w:rsidRPr="00000000">
              <w:rPr>
                <w:rtl w:val="0"/>
              </w:rPr>
            </w:r>
          </w:p>
        </w:tc>
        <w:tc>
          <w:tcPr>
            <w:shd w:fill="f2f2f2" w:val="clear"/>
          </w:tcPr>
          <w:p w:rsidR="00000000" w:rsidDel="00000000" w:rsidP="00000000" w:rsidRDefault="00000000" w:rsidRPr="00000000" w14:paraId="00000189">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Cost livrare</w:t>
              <w:br w:type="textWrapping"/>
              <w:t xml:space="preserve">(fără TVA) - MDL</w:t>
            </w:r>
            <w:r w:rsidDel="00000000" w:rsidR="00000000" w:rsidRPr="00000000">
              <w:rPr>
                <w:rtl w:val="0"/>
              </w:rPr>
            </w:r>
          </w:p>
        </w:tc>
        <w:tc>
          <w:tcPr>
            <w:shd w:fill="f2f2f2" w:val="clear"/>
          </w:tcPr>
          <w:p w:rsidR="00000000" w:rsidDel="00000000" w:rsidP="00000000" w:rsidRDefault="00000000" w:rsidRPr="00000000" w14:paraId="0000018A">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total</w:t>
              <w:br w:type="textWrapping"/>
              <w:t xml:space="preserve">(fără TVA) - MDL</w:t>
            </w:r>
            <w:r w:rsidDel="00000000" w:rsidR="00000000" w:rsidRPr="00000000">
              <w:rPr>
                <w:rtl w:val="0"/>
              </w:rPr>
            </w:r>
          </w:p>
        </w:tc>
      </w:tr>
      <w:tr>
        <w:trPr>
          <w:cantSplit w:val="0"/>
          <w:tblHeader w:val="0"/>
        </w:trPr>
        <w:tc>
          <w:tcPr/>
          <w:p w:rsidR="00000000" w:rsidDel="00000000" w:rsidP="00000000" w:rsidRDefault="00000000" w:rsidRPr="00000000" w14:paraId="0000018B">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Materiale textile și consumabile de croitorie</w:t>
            </w:r>
            <w:r w:rsidDel="00000000" w:rsidR="00000000" w:rsidRPr="00000000">
              <w:rPr>
                <w:rtl w:val="0"/>
              </w:rPr>
            </w:r>
          </w:p>
        </w:tc>
        <w:tc>
          <w:tcPr/>
          <w:p w:rsidR="00000000" w:rsidDel="00000000" w:rsidP="00000000" w:rsidRDefault="00000000" w:rsidRPr="00000000" w14:paraId="0000018C">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conform Anexei nr. 4</w:t>
            </w:r>
            <w:r w:rsidDel="00000000" w:rsidR="00000000" w:rsidRPr="00000000">
              <w:rPr>
                <w:rtl w:val="0"/>
              </w:rPr>
            </w:r>
          </w:p>
        </w:tc>
        <w:tc>
          <w:tcPr/>
          <w:p w:rsidR="00000000" w:rsidDel="00000000" w:rsidP="00000000" w:rsidRDefault="00000000" w:rsidRPr="00000000" w14:paraId="0000018D">
            <w:pPr>
              <w:jc w:val="center"/>
              <w:rPr/>
            </w:pPr>
            <w:r w:rsidDel="00000000" w:rsidR="00000000" w:rsidRPr="00000000">
              <w:rPr>
                <w:rtl w:val="0"/>
              </w:rPr>
            </w:r>
          </w:p>
        </w:tc>
        <w:tc>
          <w:tcPr/>
          <w:p w:rsidR="00000000" w:rsidDel="00000000" w:rsidP="00000000" w:rsidRDefault="00000000" w:rsidRPr="00000000" w14:paraId="0000018E">
            <w:pPr>
              <w:jc w:val="center"/>
              <w:rPr/>
            </w:pPr>
            <w:r w:rsidDel="00000000" w:rsidR="00000000" w:rsidRPr="00000000">
              <w:rPr>
                <w:rtl w:val="0"/>
              </w:rPr>
            </w:r>
          </w:p>
        </w:tc>
        <w:tc>
          <w:tcPr/>
          <w:p w:rsidR="00000000" w:rsidDel="00000000" w:rsidP="00000000" w:rsidRDefault="00000000" w:rsidRPr="00000000" w14:paraId="0000018F">
            <w:pPr>
              <w:jc w:val="center"/>
              <w:rPr/>
            </w:pPr>
            <w:r w:rsidDel="00000000" w:rsidR="00000000" w:rsidRPr="00000000">
              <w:rPr>
                <w:rtl w:val="0"/>
              </w:rPr>
            </w:r>
          </w:p>
        </w:tc>
      </w:tr>
    </w:tbl>
    <w:p w:rsidR="00000000" w:rsidDel="00000000" w:rsidP="00000000" w:rsidRDefault="00000000" w:rsidRPr="00000000" w14:paraId="00000190">
      <w:pPr>
        <w:spacing w:after="200" w:before="0" w:lineRule="auto"/>
        <w:jc w:val="both"/>
        <w:rPr/>
      </w:pPr>
      <w:r w:rsidDel="00000000" w:rsidR="00000000" w:rsidRPr="00000000">
        <w:rPr>
          <w:rtl w:val="0"/>
        </w:rPr>
      </w:r>
    </w:p>
    <w:p w:rsidR="00000000" w:rsidDel="00000000" w:rsidP="00000000" w:rsidRDefault="00000000" w:rsidRPr="00000000" w14:paraId="00000191">
      <w:pPr>
        <w:spacing w:after="20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pentru suma de _________ (cifre și litere) ____ MDL, fără TVA (indicați suma pentru fiecare lot, inclusiv costul de livrare, și suma ofertei totale), plătibilă după recepția cantitativă la locațiile finale de destinație.</w:t>
      </w:r>
      <w:r w:rsidDel="00000000" w:rsidR="00000000" w:rsidRPr="00000000">
        <w:rPr>
          <w:rtl w:val="0"/>
        </w:rPr>
      </w:r>
    </w:p>
    <w:p w:rsidR="00000000" w:rsidDel="00000000" w:rsidP="00000000" w:rsidRDefault="00000000" w:rsidRPr="00000000" w14:paraId="00000192">
      <w:pPr>
        <w:spacing w:after="0" w:lineRule="auto"/>
        <w:ind w:left="360" w:firstLine="708"/>
        <w:jc w:val="both"/>
        <w:rPr>
          <w:b w:val="1"/>
          <w:bCs w:val="1"/>
          <w:color w:val="ff0000"/>
        </w:rPr>
      </w:pPr>
      <w:r w:rsidDel="00000000" w:rsidR="00000000" w:rsidRPr="00000000">
        <w:rPr>
          <w:b w:val="1"/>
          <w:bCs w:val="1"/>
          <w:color w:val="ff0000"/>
          <w:rtl w:val="0"/>
        </w:rPr>
        <w:t xml:space="preserve">Notă: O companie poate depune oferta de preț pentru unul sau ambele loturi. Vă rugăm să selectați lotul/loturile pentru care transmiteți oferta financiară și să ștergeți tabelele corespunzătoare celorlalte loturi. </w:t>
      </w:r>
    </w:p>
    <w:p w:rsidR="00000000" w:rsidDel="00000000" w:rsidP="00000000" w:rsidRDefault="00000000" w:rsidRPr="00000000" w14:paraId="00000193">
      <w:pPr>
        <w:spacing w:after="0" w:lineRule="auto"/>
        <w:ind w:left="360" w:firstLine="708"/>
        <w:jc w:val="both"/>
        <w:rPr>
          <w:b w:val="1"/>
          <w:bCs w:val="1"/>
          <w:color w:val="ff0000"/>
        </w:rPr>
      </w:pPr>
      <w:r w:rsidDel="00000000" w:rsidR="00000000" w:rsidRPr="00000000">
        <w:rPr>
          <w:rtl w:val="0"/>
        </w:rPr>
      </w:r>
    </w:p>
    <w:p w:rsidR="00000000" w:rsidDel="00000000" w:rsidP="00000000" w:rsidRDefault="00000000" w:rsidRPr="00000000" w14:paraId="00000194">
      <w:pPr>
        <w:numPr>
          <w:ilvl w:val="0"/>
          <w:numId w:val="2"/>
        </w:numPr>
        <w:spacing w:after="200" w:before="0" w:lineRule="auto"/>
        <w:ind w:left="720" w:hanging="360"/>
        <w:jc w:val="both"/>
        <w:rPr>
          <w:rFonts w:ascii="Times New Roman" w:cs="Times New Roman" w:eastAsia="Times New Roman" w:hAnsi="Times New Roman"/>
          <w:b w:val="0"/>
          <w:bCs w:val="0"/>
          <w:i w:val="0"/>
          <w:iCs w:val="0"/>
          <w:sz w:val="24"/>
          <w:szCs w:val="24"/>
          <w:u w:val="none"/>
        </w:rPr>
      </w:pPr>
      <w:r w:rsidDel="00000000" w:rsidR="00000000" w:rsidRPr="00000000">
        <w:rPr>
          <w:rFonts w:ascii="Times New Roman" w:cs="Times New Roman" w:eastAsia="Times New Roman" w:hAnsi="Times New Roman"/>
          <w:b w:val="0"/>
          <w:bCs w:val="0"/>
          <w:i w:val="0"/>
          <w:iCs w:val="0"/>
          <w:sz w:val="24"/>
          <w:szCs w:val="24"/>
          <w:u w:val="none"/>
          <w:rtl w:val="0"/>
        </w:rPr>
        <w:t xml:space="preserve">Ne angajăm ca, în cazul în care oferta noastră este stabilită câștigătoare, să furnizăm bunul și să asigurăm livrarea acestuia la locațiile beneficiarelor, în graficul de timp și la destinațiile indicate în Anexa nr. 4 Termenii și condițiile de livrare și plată.</w:t>
      </w:r>
      <w:r w:rsidDel="00000000" w:rsidR="00000000" w:rsidRPr="00000000">
        <w:rPr>
          <w:rtl w:val="0"/>
        </w:rPr>
        <w:t xml:space="preserve"> </w:t>
      </w:r>
      <w:r w:rsidDel="00000000" w:rsidR="00000000" w:rsidRPr="00000000">
        <w:rPr>
          <w:rFonts w:ascii="Times New Roman" w:cs="Times New Roman" w:eastAsia="Times New Roman" w:hAnsi="Times New Roman"/>
          <w:b w:val="0"/>
          <w:bCs w:val="0"/>
          <w:i w:val="0"/>
          <w:iCs w:val="0"/>
          <w:sz w:val="24"/>
          <w:szCs w:val="24"/>
          <w:u w:val="none"/>
          <w:rtl w:val="0"/>
        </w:rPr>
        <w:t xml:space="preserve">Ne angajăm să realizăm executarea Contractului, în conformitate cu clauzele și condițiile Contractului care însoțește această Cerere de cotații.</w:t>
      </w:r>
      <w:r w:rsidDel="00000000" w:rsidR="00000000" w:rsidRPr="00000000">
        <w:rPr>
          <w:rtl w:val="0"/>
        </w:rPr>
      </w:r>
    </w:p>
    <w:p w:rsidR="00000000" w:rsidDel="00000000" w:rsidP="00000000" w:rsidRDefault="00000000" w:rsidRPr="00000000" w14:paraId="00000195">
      <w:pPr>
        <w:numPr>
          <w:ilvl w:val="0"/>
          <w:numId w:val="2"/>
        </w:numPr>
        <w:spacing w:after="200" w:before="200" w:lineRule="auto"/>
        <w:ind w:left="720" w:hanging="360"/>
        <w:jc w:val="both"/>
        <w:rPr>
          <w:rFonts w:ascii="Times New Roman" w:cs="Times New Roman" w:eastAsia="Times New Roman" w:hAnsi="Times New Roman"/>
          <w:b w:val="0"/>
          <w:bCs w:val="0"/>
          <w:i w:val="0"/>
          <w:iCs w:val="0"/>
          <w:sz w:val="24"/>
          <w:szCs w:val="24"/>
          <w:u w:val="none"/>
        </w:rPr>
      </w:pPr>
      <w:r w:rsidDel="00000000" w:rsidR="00000000" w:rsidRPr="00000000">
        <w:rPr>
          <w:rFonts w:ascii="Times New Roman" w:cs="Times New Roman" w:eastAsia="Times New Roman" w:hAnsi="Times New Roman"/>
          <w:b w:val="0"/>
          <w:bCs w:val="0"/>
          <w:i w:val="0"/>
          <w:iCs w:val="0"/>
          <w:sz w:val="24"/>
          <w:szCs w:val="24"/>
          <w:u w:val="none"/>
          <w:rtl w:val="0"/>
        </w:rPr>
        <w:t xml:space="preserve">Ne angajăm să menținem această ofertă valabilă pentru o durată de </w:t>
      </w:r>
      <w:r w:rsidDel="00000000" w:rsidR="00000000" w:rsidRPr="00000000">
        <w:rPr>
          <w:b w:val="1"/>
          <w:bCs w:val="1"/>
          <w:i w:val="0"/>
          <w:iCs w:val="0"/>
          <w:sz w:val="24"/>
          <w:szCs w:val="24"/>
          <w:u w:val="none"/>
          <w:rtl w:val="0"/>
        </w:rPr>
        <w:t xml:space="preserve">30 (treizeci) zile calendaristice </w:t>
      </w:r>
      <w:r w:rsidDel="00000000" w:rsidR="00000000" w:rsidRPr="00000000">
        <w:rPr>
          <w:rFonts w:ascii="Times New Roman" w:cs="Times New Roman" w:eastAsia="Times New Roman" w:hAnsi="Times New Roman"/>
          <w:b w:val="0"/>
          <w:bCs w:val="0"/>
          <w:i w:val="0"/>
          <w:iCs w:val="0"/>
          <w:sz w:val="24"/>
          <w:szCs w:val="24"/>
          <w:u w:val="none"/>
          <w:rtl w:val="0"/>
        </w:rPr>
        <w:t xml:space="preserve">de la data limită de depunere a ofertelor, respectiv până la data de </w:t>
      </w:r>
      <w:r w:rsidDel="00000000" w:rsidR="00000000" w:rsidRPr="00000000">
        <w:rPr>
          <w:b w:val="1"/>
          <w:bCs w:val="1"/>
          <w:rtl w:val="0"/>
        </w:rPr>
        <w:t xml:space="preserve">23</w:t>
      </w:r>
      <w:r w:rsidDel="00000000" w:rsidR="00000000" w:rsidRPr="00000000">
        <w:rPr>
          <w:b w:val="1"/>
          <w:bCs w:val="1"/>
          <w:i w:val="0"/>
          <w:iCs w:val="0"/>
          <w:sz w:val="24"/>
          <w:szCs w:val="24"/>
          <w:u w:val="none"/>
          <w:rtl w:val="0"/>
        </w:rPr>
        <w:t xml:space="preserve"> octombrie 2026</w:t>
      </w:r>
      <w:r w:rsidDel="00000000" w:rsidR="00000000" w:rsidRPr="00000000">
        <w:rPr>
          <w:rFonts w:ascii="Times New Roman" w:cs="Times New Roman" w:eastAsia="Times New Roman" w:hAnsi="Times New Roman"/>
          <w:b w:val="0"/>
          <w:bCs w:val="0"/>
          <w:i w:val="0"/>
          <w:iCs w:val="0"/>
          <w:sz w:val="24"/>
          <w:szCs w:val="24"/>
          <w:u w:val="none"/>
          <w:rtl w:val="0"/>
        </w:rPr>
        <w:t xml:space="preserve">, și ea va rămâne obligatorie pentru noi și poate fi acceptată oricând înainte de expirarea perioadei de valabilitate.</w:t>
      </w:r>
      <w:r w:rsidDel="00000000" w:rsidR="00000000" w:rsidRPr="00000000">
        <w:rPr>
          <w:rtl w:val="0"/>
        </w:rPr>
      </w:r>
    </w:p>
    <w:p w:rsidR="00000000" w:rsidDel="00000000" w:rsidP="00000000" w:rsidRDefault="00000000" w:rsidRPr="00000000" w14:paraId="00000196">
      <w:pPr>
        <w:numPr>
          <w:ilvl w:val="0"/>
          <w:numId w:val="2"/>
        </w:numPr>
        <w:spacing w:after="0" w:before="200" w:lineRule="auto"/>
        <w:ind w:left="720" w:hanging="360"/>
        <w:jc w:val="both"/>
        <w:rPr>
          <w:rFonts w:ascii="Times New Roman" w:cs="Times New Roman" w:eastAsia="Times New Roman" w:hAnsi="Times New Roman"/>
          <w:b w:val="0"/>
          <w:bCs w:val="0"/>
          <w:i w:val="0"/>
          <w:iCs w:val="0"/>
          <w:sz w:val="24"/>
          <w:szCs w:val="24"/>
          <w:u w:val="none"/>
        </w:rPr>
      </w:pPr>
      <w:r w:rsidDel="00000000" w:rsidR="00000000" w:rsidRPr="00000000">
        <w:rPr>
          <w:rFonts w:ascii="Times New Roman" w:cs="Times New Roman" w:eastAsia="Times New Roman" w:hAnsi="Times New Roman"/>
          <w:b w:val="0"/>
          <w:bCs w:val="0"/>
          <w:i w:val="0"/>
          <w:iCs w:val="0"/>
          <w:sz w:val="24"/>
          <w:szCs w:val="24"/>
          <w:u w:val="none"/>
          <w:rtl w:val="0"/>
        </w:rPr>
        <w:t xml:space="preserve">Până la încheierea și semnarea Contractului de furnizare, această ofertă, împreună cu comunicarea transmisă de către dumneavoastră, în scris, prin care oferta noastră este stabilită câștigătoare, vor constitui un contract angajant pentru noi.</w:t>
      </w:r>
      <w:r w:rsidDel="00000000" w:rsidR="00000000" w:rsidRPr="00000000">
        <w:rPr>
          <w:rtl w:val="0"/>
        </w:rPr>
      </w:r>
    </w:p>
    <w:p w:rsidR="00000000" w:rsidDel="00000000" w:rsidP="00000000" w:rsidRDefault="00000000" w:rsidRPr="00000000" w14:paraId="00000197">
      <w:pPr>
        <w:numPr>
          <w:ilvl w:val="0"/>
          <w:numId w:val="2"/>
        </w:numPr>
        <w:spacing w:after="400" w:before="200" w:lineRule="auto"/>
        <w:ind w:left="720" w:hanging="360"/>
        <w:jc w:val="both"/>
        <w:rPr>
          <w:rFonts w:ascii="Times New Roman" w:cs="Times New Roman" w:eastAsia="Times New Roman" w:hAnsi="Times New Roman"/>
          <w:b w:val="0"/>
          <w:bCs w:val="0"/>
          <w:i w:val="0"/>
          <w:iCs w:val="0"/>
          <w:sz w:val="24"/>
          <w:szCs w:val="24"/>
          <w:u w:val="none"/>
        </w:rPr>
      </w:pPr>
      <w:r w:rsidDel="00000000" w:rsidR="00000000" w:rsidRPr="00000000">
        <w:rPr>
          <w:rFonts w:ascii="Times New Roman" w:cs="Times New Roman" w:eastAsia="Times New Roman" w:hAnsi="Times New Roman"/>
          <w:b w:val="0"/>
          <w:bCs w:val="0"/>
          <w:i w:val="0"/>
          <w:iCs w:val="0"/>
          <w:sz w:val="24"/>
          <w:szCs w:val="24"/>
          <w:u w:val="none"/>
          <w:rtl w:val="0"/>
        </w:rPr>
        <w:t xml:space="preserve">Înțelegem că nu sunteți obligați să acceptați oferta cu cel mai scăzut preț sau orice altă ofertă pe care o puteți primi.</w:t>
      </w:r>
      <w:r w:rsidDel="00000000" w:rsidR="00000000" w:rsidRPr="00000000">
        <w:rPr>
          <w:rtl w:val="0"/>
        </w:rPr>
      </w:r>
    </w:p>
    <w:p w:rsidR="00000000" w:rsidDel="00000000" w:rsidP="00000000" w:rsidRDefault="00000000" w:rsidRPr="00000000" w14:paraId="00000198">
      <w:pPr>
        <w:spacing w:after="20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Data _____/_____/_____</w:t>
      </w:r>
      <w:r w:rsidDel="00000000" w:rsidR="00000000" w:rsidRPr="00000000">
        <w:rPr>
          <w:rtl w:val="0"/>
        </w:rPr>
      </w:r>
    </w:p>
    <w:p w:rsidR="00000000" w:rsidDel="00000000" w:rsidP="00000000" w:rsidRDefault="00000000" w:rsidRPr="00000000" w14:paraId="00000199">
      <w:pPr>
        <w:spacing w:after="1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(Numele, semnătura), în calitate de _______________, legal autorizat să semnez</w:t>
      </w:r>
      <w:r w:rsidDel="00000000" w:rsidR="00000000" w:rsidRPr="00000000">
        <w:rPr>
          <w:rtl w:val="0"/>
        </w:rPr>
      </w:r>
    </w:p>
    <w:p w:rsidR="00000000" w:rsidDel="00000000" w:rsidP="00000000" w:rsidRDefault="00000000" w:rsidRPr="00000000" w14:paraId="0000019A">
      <w:pPr>
        <w:spacing w:after="3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oferta pentru și în numele __________________________ (numele ofertantului, ștampila).</w:t>
      </w:r>
      <w:r w:rsidDel="00000000" w:rsidR="00000000" w:rsidRPr="00000000">
        <w:rPr>
          <w:rtl w:val="0"/>
        </w:rPr>
      </w:r>
    </w:p>
    <w:p w:rsidR="00000000" w:rsidDel="00000000" w:rsidP="00000000" w:rsidRDefault="00000000" w:rsidRPr="00000000" w14:paraId="0000019B">
      <w:pPr>
        <w:spacing w:after="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Adresa:</w:t>
        <w:tab/>
        <w:tab/>
        <w:tab/>
        <w:t xml:space="preserve">_______________________________________</w:t>
      </w:r>
      <w:r w:rsidDel="00000000" w:rsidR="00000000" w:rsidRPr="00000000">
        <w:rPr>
          <w:rtl w:val="0"/>
        </w:rPr>
      </w:r>
    </w:p>
    <w:p w:rsidR="00000000" w:rsidDel="00000000" w:rsidP="00000000" w:rsidRDefault="00000000" w:rsidRPr="00000000" w14:paraId="0000019C">
      <w:pPr>
        <w:spacing w:after="16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ab/>
        <w:tab/>
        <w:tab/>
        <w:tab/>
        <w:t xml:space="preserve">_______________________________________</w:t>
      </w:r>
      <w:r w:rsidDel="00000000" w:rsidR="00000000" w:rsidRPr="00000000">
        <w:rPr>
          <w:rtl w:val="0"/>
        </w:rPr>
      </w:r>
    </w:p>
    <w:p w:rsidR="00000000" w:rsidDel="00000000" w:rsidP="00000000" w:rsidRDefault="00000000" w:rsidRPr="00000000" w14:paraId="0000019D">
      <w:pPr>
        <w:spacing w:after="16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Telefon</w:t>
        <w:tab/>
        <w:tab/>
        <w:t xml:space="preserve">            ___________________</w:t>
      </w:r>
      <w:r w:rsidDel="00000000" w:rsidR="00000000" w:rsidRPr="00000000">
        <w:rPr>
          <w:rtl w:val="0"/>
        </w:rPr>
      </w:r>
    </w:p>
    <w:p w:rsidR="00000000" w:rsidDel="00000000" w:rsidP="00000000" w:rsidRDefault="00000000" w:rsidRPr="00000000" w14:paraId="0000019E">
      <w:pPr>
        <w:spacing w:after="8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E-Mail: </w:t>
        <w:tab/>
        <w:tab/>
        <w:tab/>
        <w:t xml:space="preserve">____________________________</w:t>
      </w:r>
      <w:r w:rsidDel="00000000" w:rsidR="00000000" w:rsidRPr="00000000">
        <w:br w:type="page"/>
      </w:r>
      <w:r w:rsidDel="00000000" w:rsidR="00000000" w:rsidRPr="00000000">
        <w:rPr>
          <w:rtl w:val="0"/>
        </w:rPr>
      </w:r>
    </w:p>
    <w:p w:rsidR="00000000" w:rsidDel="00000000" w:rsidP="00000000" w:rsidRDefault="00000000" w:rsidRPr="00000000" w14:paraId="0000019F">
      <w:pPr>
        <w:spacing w:after="120" w:before="0" w:lineRule="auto"/>
        <w:jc w:val="both"/>
        <w:rPr>
          <w:b w:val="1"/>
          <w:bCs w:val="1"/>
        </w:rPr>
      </w:pPr>
      <w:r w:rsidDel="00000000" w:rsidR="00000000" w:rsidRPr="00000000">
        <w:rPr>
          <w:b w:val="1"/>
          <w:bCs w:val="1"/>
          <w:i w:val="0"/>
          <w:iCs w:val="0"/>
          <w:sz w:val="24"/>
          <w:szCs w:val="24"/>
          <w:u w:val="none"/>
          <w:rtl w:val="0"/>
        </w:rPr>
        <w:t xml:space="preserve">Anexa nr. 4</w:t>
      </w:r>
      <w:r w:rsidDel="00000000" w:rsidR="00000000" w:rsidRPr="00000000">
        <w:rPr>
          <w:rtl w:val="0"/>
        </w:rPr>
      </w:r>
    </w:p>
    <w:p w:rsidR="00000000" w:rsidDel="00000000" w:rsidP="00000000" w:rsidRDefault="00000000" w:rsidRPr="00000000" w14:paraId="000001A0">
      <w:pPr>
        <w:spacing w:after="320" w:before="0" w:lineRule="auto"/>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Termeni și Condiții de furnizare și plată</w:t>
      </w:r>
      <w:r w:rsidDel="00000000" w:rsidR="00000000" w:rsidRPr="00000000">
        <w:rPr>
          <w:rtl w:val="0"/>
        </w:rPr>
      </w:r>
    </w:p>
    <w:p w:rsidR="00000000" w:rsidDel="00000000" w:rsidP="00000000" w:rsidRDefault="00000000" w:rsidRPr="00000000" w14:paraId="000001A1">
      <w:pPr>
        <w:spacing w:after="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Titlul Proiectului: </w:t>
      </w:r>
      <w:r w:rsidDel="00000000" w:rsidR="00000000" w:rsidRPr="00000000">
        <w:rPr>
          <w:rFonts w:ascii="Times New Roman" w:cs="Times New Roman" w:eastAsia="Times New Roman" w:hAnsi="Times New Roman"/>
          <w:b w:val="1"/>
          <w:bCs w:val="1"/>
          <w:i w:val="0"/>
          <w:iCs w:val="0"/>
          <w:sz w:val="24"/>
          <w:szCs w:val="24"/>
          <w:u w:val="none"/>
          <w:rtl w:val="0"/>
        </w:rPr>
        <w:t xml:space="preserve">Proiect de granturi pentru dezvoltarea antreprenoriatului</w:t>
      </w:r>
      <w:r w:rsidDel="00000000" w:rsidR="00000000" w:rsidRPr="00000000">
        <w:rPr>
          <w:rtl w:val="0"/>
        </w:rPr>
      </w:r>
    </w:p>
    <w:p w:rsidR="00000000" w:rsidDel="00000000" w:rsidP="00000000" w:rsidRDefault="00000000" w:rsidRPr="00000000" w14:paraId="000001A2">
      <w:pPr>
        <w:spacing w:after="20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Cumpărător: </w:t>
      </w:r>
      <w:r w:rsidDel="00000000" w:rsidR="00000000" w:rsidRPr="00000000">
        <w:rPr>
          <w:rFonts w:ascii="Times New Roman" w:cs="Times New Roman" w:eastAsia="Times New Roman" w:hAnsi="Times New Roman"/>
          <w:b w:val="1"/>
          <w:bCs w:val="1"/>
          <w:i w:val="0"/>
          <w:iCs w:val="0"/>
          <w:sz w:val="24"/>
          <w:szCs w:val="24"/>
          <w:u w:val="none"/>
          <w:rtl w:val="0"/>
        </w:rPr>
        <w:t xml:space="preserve">AO „Gender-Centru”</w:t>
      </w:r>
      <w:r w:rsidDel="00000000" w:rsidR="00000000" w:rsidRPr="00000000">
        <w:rPr>
          <w:rtl w:val="0"/>
        </w:rPr>
      </w:r>
    </w:p>
    <w:p w:rsidR="00000000" w:rsidDel="00000000" w:rsidP="00000000" w:rsidRDefault="00000000" w:rsidRPr="00000000" w14:paraId="000001A3">
      <w:pPr>
        <w:spacing w:after="28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Referință: Procurarea echipamentului de croitorie și producere textilă, materiale consumabile (LOT 1 – LOT 5)</w:t>
      </w:r>
      <w:r w:rsidDel="00000000" w:rsidR="00000000" w:rsidRPr="00000000">
        <w:rPr>
          <w:rtl w:val="0"/>
        </w:rPr>
      </w:r>
    </w:p>
    <w:p w:rsidR="00000000" w:rsidDel="00000000" w:rsidP="00000000" w:rsidRDefault="00000000" w:rsidRPr="00000000" w14:paraId="000001A4">
      <w:pPr>
        <w:spacing w:after="200" w:before="0" w:lineRule="auto"/>
        <w:jc w:val="both"/>
        <w:rPr/>
      </w:pPr>
      <w:r w:rsidDel="00000000" w:rsidR="00000000" w:rsidRPr="00000000">
        <w:rPr>
          <w:rFonts w:ascii="Times New Roman" w:cs="Times New Roman" w:eastAsia="Times New Roman" w:hAnsi="Times New Roman"/>
          <w:b w:val="1"/>
          <w:bCs w:val="1"/>
          <w:i w:val="0"/>
          <w:iCs w:val="0"/>
          <w:sz w:val="24"/>
          <w:szCs w:val="24"/>
          <w:u w:val="single"/>
          <w:rtl w:val="0"/>
        </w:rPr>
        <w:t xml:space="preserve">1. Specificații tehnice, cantități și prețul</w:t>
      </w:r>
      <w:r w:rsidDel="00000000" w:rsidR="00000000" w:rsidRPr="00000000">
        <w:rPr>
          <w:rtl w:val="0"/>
        </w:rPr>
      </w:r>
    </w:p>
    <w:p w:rsidR="00000000" w:rsidDel="00000000" w:rsidP="00000000" w:rsidRDefault="00000000" w:rsidRPr="00000000" w14:paraId="000001A5">
      <w:pPr>
        <w:spacing w:after="120" w:before="0" w:lineRule="auto"/>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LOT 1. Mașini de cusut industriale</w:t>
      </w:r>
      <w:r w:rsidDel="00000000" w:rsidR="00000000" w:rsidRPr="00000000">
        <w:rPr>
          <w:rtl w:val="0"/>
        </w:rPr>
      </w:r>
    </w:p>
    <w:tbl>
      <w:tblPr>
        <w:tblStyle w:val="Table12"/>
        <w:tblW w:w="1023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75"/>
        <w:gridCol w:w="4200"/>
        <w:gridCol w:w="1620"/>
        <w:gridCol w:w="1620"/>
        <w:gridCol w:w="1815"/>
        <w:tblGridChange w:id="0">
          <w:tblGrid>
            <w:gridCol w:w="975"/>
            <w:gridCol w:w="4200"/>
            <w:gridCol w:w="1620"/>
            <w:gridCol w:w="1620"/>
            <w:gridCol w:w="1815"/>
          </w:tblGrid>
        </w:tblGridChange>
      </w:tblGrid>
      <w:tr>
        <w:trPr>
          <w:cantSplit w:val="0"/>
          <w:tblHeader w:val="0"/>
        </w:trPr>
        <w:tc>
          <w:tcPr>
            <w:shd w:fill="f2f2f2" w:val="clear"/>
          </w:tcPr>
          <w:p w:rsidR="00000000" w:rsidDel="00000000" w:rsidP="00000000" w:rsidRDefault="00000000" w:rsidRPr="00000000" w14:paraId="000001A6">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Nr.</w:t>
              <w:br w:type="textWrapping"/>
              <w:t xml:space="preserve">crt.</w:t>
            </w:r>
            <w:r w:rsidDel="00000000" w:rsidR="00000000" w:rsidRPr="00000000">
              <w:rPr>
                <w:rtl w:val="0"/>
              </w:rPr>
            </w:r>
          </w:p>
        </w:tc>
        <w:tc>
          <w:tcPr>
            <w:shd w:fill="f2f2f2" w:val="clear"/>
          </w:tcPr>
          <w:p w:rsidR="00000000" w:rsidDel="00000000" w:rsidP="00000000" w:rsidRDefault="00000000" w:rsidRPr="00000000" w14:paraId="000001A7">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Descriere pachet</w:t>
            </w:r>
            <w:r w:rsidDel="00000000" w:rsidR="00000000" w:rsidRPr="00000000">
              <w:rPr>
                <w:rtl w:val="0"/>
              </w:rPr>
            </w:r>
          </w:p>
        </w:tc>
        <w:tc>
          <w:tcPr>
            <w:shd w:fill="f2f2f2" w:val="clear"/>
          </w:tcPr>
          <w:p w:rsidR="00000000" w:rsidDel="00000000" w:rsidP="00000000" w:rsidRDefault="00000000" w:rsidRPr="00000000" w14:paraId="000001A8">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Cant.</w:t>
              <w:br w:type="textWrapping"/>
              <w:t xml:space="preserve">(complet)</w:t>
            </w:r>
            <w:r w:rsidDel="00000000" w:rsidR="00000000" w:rsidRPr="00000000">
              <w:rPr>
                <w:rtl w:val="0"/>
              </w:rPr>
            </w:r>
          </w:p>
        </w:tc>
        <w:tc>
          <w:tcPr>
            <w:shd w:fill="f2f2f2" w:val="clear"/>
          </w:tcPr>
          <w:p w:rsidR="00000000" w:rsidDel="00000000" w:rsidP="00000000" w:rsidRDefault="00000000" w:rsidRPr="00000000" w14:paraId="000001A9">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unitar</w:t>
              <w:br w:type="textWrapping"/>
              <w:t xml:space="preserve">(compus din costurile directe și indirecte)</w:t>
              <w:br w:type="textWrapping"/>
              <w:t xml:space="preserve">(fără TVA) - MDL</w:t>
            </w:r>
            <w:r w:rsidDel="00000000" w:rsidR="00000000" w:rsidRPr="00000000">
              <w:rPr>
                <w:rtl w:val="0"/>
              </w:rPr>
            </w:r>
          </w:p>
        </w:tc>
        <w:tc>
          <w:tcPr>
            <w:shd w:fill="f2f2f2" w:val="clear"/>
          </w:tcPr>
          <w:p w:rsidR="00000000" w:rsidDel="00000000" w:rsidP="00000000" w:rsidRDefault="00000000" w:rsidRPr="00000000" w14:paraId="000001AA">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total la</w:t>
              <w:br w:type="textWrapping"/>
              <w:t xml:space="preserve">destinația finală</w:t>
              <w:br w:type="textWrapping"/>
              <w:t xml:space="preserve">(fără TVA) - MDL</w:t>
            </w:r>
            <w:r w:rsidDel="00000000" w:rsidR="00000000" w:rsidRPr="00000000">
              <w:rPr>
                <w:rtl w:val="0"/>
              </w:rPr>
            </w:r>
          </w:p>
        </w:tc>
      </w:tr>
      <w:tr>
        <w:trPr>
          <w:cantSplit w:val="0"/>
          <w:tblHeader w:val="0"/>
        </w:trPr>
        <w:tc>
          <w:tcPr/>
          <w:p w:rsidR="00000000" w:rsidDel="00000000" w:rsidP="00000000" w:rsidRDefault="00000000" w:rsidRPr="00000000" w14:paraId="000001AB">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1</w:t>
            </w:r>
            <w:r w:rsidDel="00000000" w:rsidR="00000000" w:rsidRPr="00000000">
              <w:rPr>
                <w:rtl w:val="0"/>
              </w:rPr>
            </w:r>
          </w:p>
        </w:tc>
        <w:tc>
          <w:tcPr/>
          <w:p w:rsidR="00000000" w:rsidDel="00000000" w:rsidP="00000000" w:rsidRDefault="00000000" w:rsidRPr="00000000" w14:paraId="000001AC">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2</w:t>
            </w:r>
            <w:r w:rsidDel="00000000" w:rsidR="00000000" w:rsidRPr="00000000">
              <w:rPr>
                <w:rtl w:val="0"/>
              </w:rPr>
            </w:r>
          </w:p>
        </w:tc>
        <w:tc>
          <w:tcPr/>
          <w:p w:rsidR="00000000" w:rsidDel="00000000" w:rsidP="00000000" w:rsidRDefault="00000000" w:rsidRPr="00000000" w14:paraId="000001AD">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3</w:t>
            </w:r>
            <w:r w:rsidDel="00000000" w:rsidR="00000000" w:rsidRPr="00000000">
              <w:rPr>
                <w:rtl w:val="0"/>
              </w:rPr>
            </w:r>
          </w:p>
        </w:tc>
        <w:tc>
          <w:tcPr/>
          <w:p w:rsidR="00000000" w:rsidDel="00000000" w:rsidP="00000000" w:rsidRDefault="00000000" w:rsidRPr="00000000" w14:paraId="000001AE">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4</w:t>
            </w:r>
            <w:r w:rsidDel="00000000" w:rsidR="00000000" w:rsidRPr="00000000">
              <w:rPr>
                <w:rtl w:val="0"/>
              </w:rPr>
            </w:r>
          </w:p>
        </w:tc>
        <w:tc>
          <w:tcPr/>
          <w:p w:rsidR="00000000" w:rsidDel="00000000" w:rsidP="00000000" w:rsidRDefault="00000000" w:rsidRPr="00000000" w14:paraId="000001AF">
            <w:pPr>
              <w:jc w:val="center"/>
              <w:rPr/>
            </w:pPr>
            <w:r w:rsidDel="00000000" w:rsidR="00000000" w:rsidRPr="00000000">
              <w:rPr>
                <w:b w:val="1"/>
                <w:bCs w:val="1"/>
                <w:rtl w:val="0"/>
              </w:rPr>
              <w:t xml:space="preserve">5=3x4</w:t>
            </w:r>
            <w:r w:rsidDel="00000000" w:rsidR="00000000" w:rsidRPr="00000000">
              <w:rPr>
                <w:rtl w:val="0"/>
              </w:rPr>
            </w:r>
          </w:p>
        </w:tc>
      </w:tr>
      <w:tr>
        <w:trPr>
          <w:cantSplit w:val="0"/>
          <w:tblHeader w:val="0"/>
        </w:trPr>
        <w:tc>
          <w:tcPr/>
          <w:p w:rsidR="00000000" w:rsidDel="00000000" w:rsidP="00000000" w:rsidRDefault="00000000" w:rsidRPr="00000000" w14:paraId="000001B0">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c>
          <w:tcPr/>
          <w:p w:rsidR="00000000" w:rsidDel="00000000" w:rsidP="00000000" w:rsidRDefault="00000000" w:rsidRPr="00000000" w14:paraId="000001B1">
            <w:pPr>
              <w:rPr/>
            </w:pPr>
            <w:r w:rsidDel="00000000" w:rsidR="00000000" w:rsidRPr="00000000">
              <w:rPr>
                <w:rtl w:val="0"/>
              </w:rPr>
            </w:r>
          </w:p>
          <w:p w:rsidR="00000000" w:rsidDel="00000000" w:rsidP="00000000" w:rsidRDefault="00000000" w:rsidRPr="00000000" w14:paraId="000001B2">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Mașină de cusut industrială, uz intensiv (multistrat)</w:t>
            </w:r>
            <w:r w:rsidDel="00000000" w:rsidR="00000000" w:rsidRPr="00000000">
              <w:rPr>
                <w:rtl w:val="0"/>
              </w:rPr>
            </w:r>
          </w:p>
          <w:p w:rsidR="00000000" w:rsidDel="00000000" w:rsidP="00000000" w:rsidRDefault="00000000" w:rsidRPr="00000000" w14:paraId="000001B3">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1B4">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Cusătură dreaptă tip lockstitch;</w:t>
            </w:r>
            <w:r w:rsidDel="00000000" w:rsidR="00000000" w:rsidRPr="00000000">
              <w:rPr>
                <w:rtl w:val="0"/>
              </w:rPr>
            </w:r>
          </w:p>
          <w:p w:rsidR="00000000" w:rsidDel="00000000" w:rsidP="00000000" w:rsidRDefault="00000000" w:rsidRPr="00000000" w14:paraId="000001B5">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viteză minimum 4.000 împunsături/min;</w:t>
            </w:r>
            <w:r w:rsidDel="00000000" w:rsidR="00000000" w:rsidRPr="00000000">
              <w:rPr>
                <w:rtl w:val="0"/>
              </w:rPr>
            </w:r>
          </w:p>
          <w:p w:rsidR="00000000" w:rsidDel="00000000" w:rsidP="00000000" w:rsidRDefault="00000000" w:rsidRPr="00000000" w14:paraId="000001B6">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capacitate de coasere pentru materiale de grosime medie-mare (inclusiv multistrat);</w:t>
            </w:r>
            <w:r w:rsidDel="00000000" w:rsidR="00000000" w:rsidRPr="00000000">
              <w:rPr>
                <w:rtl w:val="0"/>
              </w:rPr>
            </w:r>
          </w:p>
          <w:p w:rsidR="00000000" w:rsidDel="00000000" w:rsidP="00000000" w:rsidRDefault="00000000" w:rsidRPr="00000000" w14:paraId="000001B7">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sistem de lubrifiere automată/semi-automată;</w:t>
            </w:r>
            <w:r w:rsidDel="00000000" w:rsidR="00000000" w:rsidRPr="00000000">
              <w:rPr>
                <w:rtl w:val="0"/>
              </w:rPr>
            </w:r>
          </w:p>
          <w:p w:rsidR="00000000" w:rsidDel="00000000" w:rsidP="00000000" w:rsidRDefault="00000000" w:rsidRPr="00000000" w14:paraId="000001B8">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masă și motor incluse, ac industrial standard.</w:t>
            </w:r>
            <w:r w:rsidDel="00000000" w:rsidR="00000000" w:rsidRPr="00000000">
              <w:rPr>
                <w:rtl w:val="0"/>
              </w:rPr>
            </w:r>
          </w:p>
          <w:p w:rsidR="00000000" w:rsidDel="00000000" w:rsidP="00000000" w:rsidRDefault="00000000" w:rsidRPr="00000000" w14:paraId="000001B9">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1BA">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24 luni</w:t>
            </w:r>
            <w:r w:rsidDel="00000000" w:rsidR="00000000" w:rsidRPr="00000000">
              <w:rPr>
                <w:rtl w:val="0"/>
              </w:rPr>
            </w:r>
          </w:p>
          <w:p w:rsidR="00000000" w:rsidDel="00000000" w:rsidP="00000000" w:rsidRDefault="00000000" w:rsidRPr="00000000" w14:paraId="000001BB">
            <w:pPr>
              <w:rPr/>
            </w:pPr>
            <w:r w:rsidDel="00000000" w:rsidR="00000000" w:rsidRPr="00000000">
              <w:rPr>
                <w:rtl w:val="0"/>
              </w:rPr>
            </w:r>
          </w:p>
        </w:tc>
        <w:tc>
          <w:tcPr/>
          <w:p w:rsidR="00000000" w:rsidDel="00000000" w:rsidP="00000000" w:rsidRDefault="00000000" w:rsidRPr="00000000" w14:paraId="000001BC">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3</w:t>
              <w:br w:type="textWrapping"/>
              <w:t xml:space="preserve">buc.</w:t>
            </w:r>
            <w:r w:rsidDel="00000000" w:rsidR="00000000" w:rsidRPr="00000000">
              <w:rPr>
                <w:rtl w:val="0"/>
              </w:rPr>
            </w:r>
          </w:p>
        </w:tc>
        <w:tc>
          <w:tcPr/>
          <w:p w:rsidR="00000000" w:rsidDel="00000000" w:rsidP="00000000" w:rsidRDefault="00000000" w:rsidRPr="00000000" w14:paraId="000001BD">
            <w:pPr>
              <w:jc w:val="center"/>
              <w:rPr/>
            </w:pPr>
            <w:r w:rsidDel="00000000" w:rsidR="00000000" w:rsidRPr="00000000">
              <w:rPr>
                <w:rtl w:val="0"/>
              </w:rPr>
            </w:r>
          </w:p>
        </w:tc>
        <w:tc>
          <w:tcPr/>
          <w:p w:rsidR="00000000" w:rsidDel="00000000" w:rsidP="00000000" w:rsidRDefault="00000000" w:rsidRPr="00000000" w14:paraId="000001BE">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1BF">
            <w:pPr>
              <w:jc w:val="center"/>
              <w:rPr/>
            </w:pPr>
            <w:r w:rsidDel="00000000" w:rsidR="00000000" w:rsidRPr="00000000">
              <w:rPr>
                <w:rtl w:val="0"/>
              </w:rPr>
              <w:t xml:space="preserve">2</w:t>
            </w:r>
          </w:p>
        </w:tc>
        <w:tc>
          <w:tcPr/>
          <w:p w:rsidR="00000000" w:rsidDel="00000000" w:rsidP="00000000" w:rsidRDefault="00000000" w:rsidRPr="00000000" w14:paraId="000001C0">
            <w:pPr>
              <w:rPr/>
            </w:pPr>
            <w:r w:rsidDel="00000000" w:rsidR="00000000" w:rsidRPr="00000000">
              <w:rPr>
                <w:rtl w:val="0"/>
              </w:rPr>
            </w:r>
          </w:p>
          <w:p w:rsidR="00000000" w:rsidDel="00000000" w:rsidP="00000000" w:rsidRDefault="00000000" w:rsidRPr="00000000" w14:paraId="000001C1">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Mașină de cusut semi-profesională, uz didactic/producție redusă</w:t>
            </w:r>
            <w:r w:rsidDel="00000000" w:rsidR="00000000" w:rsidRPr="00000000">
              <w:rPr>
                <w:rtl w:val="0"/>
              </w:rPr>
            </w:r>
          </w:p>
          <w:p w:rsidR="00000000" w:rsidDel="00000000" w:rsidP="00000000" w:rsidRDefault="00000000" w:rsidRPr="00000000" w14:paraId="000001C2">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1C3">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Cusătură dreaptă și minimum 20 de tipuri de cusături decorative/utilitare;</w:t>
            </w:r>
            <w:r w:rsidDel="00000000" w:rsidR="00000000" w:rsidRPr="00000000">
              <w:rPr>
                <w:rtl w:val="0"/>
              </w:rPr>
            </w:r>
          </w:p>
          <w:p w:rsidR="00000000" w:rsidDel="00000000" w:rsidP="00000000" w:rsidRDefault="00000000" w:rsidRPr="00000000" w14:paraId="000001C4">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motor cu cuplu ridicat, adaptat pentru materiale groase;</w:t>
            </w:r>
            <w:r w:rsidDel="00000000" w:rsidR="00000000" w:rsidRPr="00000000">
              <w:rPr>
                <w:rtl w:val="0"/>
              </w:rPr>
            </w:r>
          </w:p>
          <w:p w:rsidR="00000000" w:rsidDel="00000000" w:rsidP="00000000" w:rsidRDefault="00000000" w:rsidRPr="00000000" w14:paraId="000001C5">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viteză minimum 1.100 împunsături/min;</w:t>
            </w:r>
            <w:r w:rsidDel="00000000" w:rsidR="00000000" w:rsidRPr="00000000">
              <w:rPr>
                <w:rtl w:val="0"/>
              </w:rPr>
            </w:r>
          </w:p>
          <w:p w:rsidR="00000000" w:rsidDel="00000000" w:rsidP="00000000" w:rsidRDefault="00000000" w:rsidRPr="00000000" w14:paraId="000001C6">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sistem de introducere automată a aței.</w:t>
            </w:r>
            <w:r w:rsidDel="00000000" w:rsidR="00000000" w:rsidRPr="00000000">
              <w:rPr>
                <w:rtl w:val="0"/>
              </w:rPr>
            </w:r>
          </w:p>
          <w:p w:rsidR="00000000" w:rsidDel="00000000" w:rsidP="00000000" w:rsidRDefault="00000000" w:rsidRPr="00000000" w14:paraId="000001C7">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1C8">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24 luni</w:t>
            </w:r>
            <w:r w:rsidDel="00000000" w:rsidR="00000000" w:rsidRPr="00000000">
              <w:rPr>
                <w:rtl w:val="0"/>
              </w:rPr>
            </w:r>
          </w:p>
          <w:p w:rsidR="00000000" w:rsidDel="00000000" w:rsidP="00000000" w:rsidRDefault="00000000" w:rsidRPr="00000000" w14:paraId="000001C9">
            <w:pPr>
              <w:rPr/>
            </w:pPr>
            <w:r w:rsidDel="00000000" w:rsidR="00000000" w:rsidRPr="00000000">
              <w:rPr>
                <w:rtl w:val="0"/>
              </w:rPr>
            </w:r>
          </w:p>
        </w:tc>
        <w:tc>
          <w:tcPr/>
          <w:p w:rsidR="00000000" w:rsidDel="00000000" w:rsidP="00000000" w:rsidRDefault="00000000" w:rsidRPr="00000000" w14:paraId="000001CA">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1CB">
            <w:pPr>
              <w:jc w:val="center"/>
              <w:rPr/>
            </w:pPr>
            <w:r w:rsidDel="00000000" w:rsidR="00000000" w:rsidRPr="00000000">
              <w:rPr>
                <w:rtl w:val="0"/>
              </w:rPr>
            </w:r>
          </w:p>
        </w:tc>
        <w:tc>
          <w:tcPr/>
          <w:p w:rsidR="00000000" w:rsidDel="00000000" w:rsidP="00000000" w:rsidRDefault="00000000" w:rsidRPr="00000000" w14:paraId="000001CC">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1CD">
            <w:pPr>
              <w:jc w:val="center"/>
              <w:rPr/>
            </w:pPr>
            <w:r w:rsidDel="00000000" w:rsidR="00000000" w:rsidRPr="00000000">
              <w:rPr>
                <w:rtl w:val="0"/>
              </w:rPr>
              <w:t xml:space="preserve">3</w:t>
            </w:r>
          </w:p>
        </w:tc>
        <w:tc>
          <w:tcPr/>
          <w:p w:rsidR="00000000" w:rsidDel="00000000" w:rsidP="00000000" w:rsidRDefault="00000000" w:rsidRPr="00000000" w14:paraId="000001CE">
            <w:pPr>
              <w:rPr/>
            </w:pPr>
            <w:r w:rsidDel="00000000" w:rsidR="00000000" w:rsidRPr="00000000">
              <w:rPr>
                <w:rtl w:val="0"/>
              </w:rPr>
              <w:t xml:space="preserve">Livrare în raza Chișinăului</w:t>
            </w:r>
          </w:p>
        </w:tc>
        <w:tc>
          <w:tcPr/>
          <w:p w:rsidR="00000000" w:rsidDel="00000000" w:rsidP="00000000" w:rsidRDefault="00000000" w:rsidRPr="00000000" w14:paraId="000001CF">
            <w:pPr>
              <w:jc w:val="center"/>
              <w:rPr/>
            </w:pPr>
            <w:r w:rsidDel="00000000" w:rsidR="00000000" w:rsidRPr="00000000">
              <w:rPr>
                <w:rtl w:val="0"/>
              </w:rPr>
              <w:t xml:space="preserve">lei/km</w:t>
            </w:r>
          </w:p>
        </w:tc>
        <w:tc>
          <w:tcPr/>
          <w:p w:rsidR="00000000" w:rsidDel="00000000" w:rsidP="00000000" w:rsidRDefault="00000000" w:rsidRPr="00000000" w14:paraId="000001D0">
            <w:pPr>
              <w:jc w:val="center"/>
              <w:rPr/>
            </w:pPr>
            <w:r w:rsidDel="00000000" w:rsidR="00000000" w:rsidRPr="00000000">
              <w:rPr>
                <w:rtl w:val="0"/>
              </w:rPr>
            </w:r>
          </w:p>
        </w:tc>
        <w:tc>
          <w:tcPr/>
          <w:p w:rsidR="00000000" w:rsidDel="00000000" w:rsidP="00000000" w:rsidRDefault="00000000" w:rsidRPr="00000000" w14:paraId="000001D1">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1D2">
            <w:pPr>
              <w:jc w:val="center"/>
              <w:rPr/>
            </w:pPr>
            <w:r w:rsidDel="00000000" w:rsidR="00000000" w:rsidRPr="00000000">
              <w:rPr>
                <w:rtl w:val="0"/>
              </w:rPr>
              <w:t xml:space="preserve">4</w:t>
            </w:r>
          </w:p>
        </w:tc>
        <w:tc>
          <w:tcPr/>
          <w:p w:rsidR="00000000" w:rsidDel="00000000" w:rsidP="00000000" w:rsidRDefault="00000000" w:rsidRPr="00000000" w14:paraId="000001D3">
            <w:pPr>
              <w:rPr/>
            </w:pPr>
            <w:r w:rsidDel="00000000" w:rsidR="00000000" w:rsidRPr="00000000">
              <w:rPr>
                <w:rtl w:val="0"/>
              </w:rPr>
              <w:t xml:space="preserve">Livrare în afara Chișinăului </w:t>
            </w:r>
          </w:p>
        </w:tc>
        <w:tc>
          <w:tcPr/>
          <w:p w:rsidR="00000000" w:rsidDel="00000000" w:rsidP="00000000" w:rsidRDefault="00000000" w:rsidRPr="00000000" w14:paraId="000001D4">
            <w:pPr>
              <w:jc w:val="center"/>
              <w:rPr/>
            </w:pPr>
            <w:r w:rsidDel="00000000" w:rsidR="00000000" w:rsidRPr="00000000">
              <w:rPr>
                <w:rtl w:val="0"/>
              </w:rPr>
              <w:t xml:space="preserve">lei/km</w:t>
            </w:r>
          </w:p>
        </w:tc>
        <w:tc>
          <w:tcPr/>
          <w:p w:rsidR="00000000" w:rsidDel="00000000" w:rsidP="00000000" w:rsidRDefault="00000000" w:rsidRPr="00000000" w14:paraId="000001D5">
            <w:pPr>
              <w:jc w:val="center"/>
              <w:rPr/>
            </w:pPr>
            <w:r w:rsidDel="00000000" w:rsidR="00000000" w:rsidRPr="00000000">
              <w:rPr>
                <w:rtl w:val="0"/>
              </w:rPr>
            </w:r>
          </w:p>
        </w:tc>
        <w:tc>
          <w:tcPr/>
          <w:p w:rsidR="00000000" w:rsidDel="00000000" w:rsidP="00000000" w:rsidRDefault="00000000" w:rsidRPr="00000000" w14:paraId="000001D6">
            <w:pPr>
              <w:jc w:val="center"/>
              <w:rPr/>
            </w:pPr>
            <w:r w:rsidDel="00000000" w:rsidR="00000000" w:rsidRPr="00000000">
              <w:rPr>
                <w:rtl w:val="0"/>
              </w:rPr>
            </w:r>
          </w:p>
        </w:tc>
      </w:tr>
    </w:tbl>
    <w:p w:rsidR="00000000" w:rsidDel="00000000" w:rsidP="00000000" w:rsidRDefault="00000000" w:rsidRPr="00000000" w14:paraId="000001D7">
      <w:pPr>
        <w:spacing w:after="320" w:lineRule="auto"/>
        <w:jc w:val="both"/>
        <w:rPr>
          <w:i w:val="1"/>
          <w:iCs w:val="1"/>
        </w:rPr>
      </w:pPr>
      <w:r w:rsidDel="00000000" w:rsidR="00000000" w:rsidRPr="00000000">
        <w:rPr>
          <w:rtl w:val="0"/>
        </w:rPr>
      </w:r>
    </w:p>
    <w:p w:rsidR="00000000" w:rsidDel="00000000" w:rsidP="00000000" w:rsidRDefault="00000000" w:rsidRPr="00000000" w14:paraId="000001D8">
      <w:pPr>
        <w:spacing w:after="320" w:lineRule="auto"/>
        <w:jc w:val="both"/>
        <w:rPr/>
      </w:pPr>
      <w:r w:rsidDel="00000000" w:rsidR="00000000" w:rsidRPr="00000000">
        <w:rPr>
          <w:i w:val="1"/>
          <w:iCs w:val="1"/>
          <w:rtl w:val="0"/>
        </w:rPr>
        <w:t xml:space="preserve">Specificațiile de mai sus reprezintă cerințe tehnice minime; ofertanții pot propune produse cu parametri egali sau superiori.</w:t>
      </w:r>
      <w:r w:rsidDel="00000000" w:rsidR="00000000" w:rsidRPr="00000000">
        <w:rPr>
          <w:rtl w:val="0"/>
        </w:rPr>
      </w:r>
    </w:p>
    <w:p w:rsidR="00000000" w:rsidDel="00000000" w:rsidP="00000000" w:rsidRDefault="00000000" w:rsidRPr="00000000" w14:paraId="000001D9">
      <w:pPr>
        <w:spacing w:after="120" w:before="0" w:lineRule="auto"/>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LOT 2. Mașini industriale de overlock și acoperire (coverstitch)</w:t>
      </w:r>
      <w:r w:rsidDel="00000000" w:rsidR="00000000" w:rsidRPr="00000000">
        <w:rPr>
          <w:rtl w:val="0"/>
        </w:rPr>
      </w:r>
    </w:p>
    <w:tbl>
      <w:tblPr>
        <w:tblStyle w:val="Table13"/>
        <w:tblW w:w="1030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75"/>
        <w:gridCol w:w="4200"/>
        <w:gridCol w:w="1620"/>
        <w:gridCol w:w="1620"/>
        <w:gridCol w:w="1890"/>
        <w:tblGridChange w:id="0">
          <w:tblGrid>
            <w:gridCol w:w="975"/>
            <w:gridCol w:w="4200"/>
            <w:gridCol w:w="1620"/>
            <w:gridCol w:w="1620"/>
            <w:gridCol w:w="1890"/>
          </w:tblGrid>
        </w:tblGridChange>
      </w:tblGrid>
      <w:tr>
        <w:trPr>
          <w:cantSplit w:val="0"/>
          <w:tblHeader w:val="0"/>
        </w:trPr>
        <w:tc>
          <w:tcPr>
            <w:shd w:fill="f2f2f2" w:val="clear"/>
          </w:tcPr>
          <w:p w:rsidR="00000000" w:rsidDel="00000000" w:rsidP="00000000" w:rsidRDefault="00000000" w:rsidRPr="00000000" w14:paraId="000001DA">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Nr.</w:t>
              <w:br w:type="textWrapping"/>
              <w:t xml:space="preserve">crt.</w:t>
            </w:r>
            <w:r w:rsidDel="00000000" w:rsidR="00000000" w:rsidRPr="00000000">
              <w:rPr>
                <w:rtl w:val="0"/>
              </w:rPr>
            </w:r>
          </w:p>
        </w:tc>
        <w:tc>
          <w:tcPr>
            <w:shd w:fill="f2f2f2" w:val="clear"/>
          </w:tcPr>
          <w:p w:rsidR="00000000" w:rsidDel="00000000" w:rsidP="00000000" w:rsidRDefault="00000000" w:rsidRPr="00000000" w14:paraId="000001DB">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Descriere pachet</w:t>
            </w:r>
            <w:r w:rsidDel="00000000" w:rsidR="00000000" w:rsidRPr="00000000">
              <w:rPr>
                <w:rtl w:val="0"/>
              </w:rPr>
            </w:r>
          </w:p>
        </w:tc>
        <w:tc>
          <w:tcPr>
            <w:shd w:fill="f2f2f2" w:val="clear"/>
          </w:tcPr>
          <w:p w:rsidR="00000000" w:rsidDel="00000000" w:rsidP="00000000" w:rsidRDefault="00000000" w:rsidRPr="00000000" w14:paraId="000001DC">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Cant.</w:t>
              <w:br w:type="textWrapping"/>
              <w:t xml:space="preserve">(complet)</w:t>
            </w:r>
            <w:r w:rsidDel="00000000" w:rsidR="00000000" w:rsidRPr="00000000">
              <w:rPr>
                <w:rtl w:val="0"/>
              </w:rPr>
            </w:r>
          </w:p>
        </w:tc>
        <w:tc>
          <w:tcPr>
            <w:shd w:fill="f2f2f2" w:val="clear"/>
          </w:tcPr>
          <w:p w:rsidR="00000000" w:rsidDel="00000000" w:rsidP="00000000" w:rsidRDefault="00000000" w:rsidRPr="00000000" w14:paraId="000001DD">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unitar</w:t>
              <w:br w:type="textWrapping"/>
              <w:t xml:space="preserve">(compus din costurile directe și indirecte)</w:t>
              <w:br w:type="textWrapping"/>
              <w:t xml:space="preserve">(fără TVA) - MDL</w:t>
            </w:r>
            <w:r w:rsidDel="00000000" w:rsidR="00000000" w:rsidRPr="00000000">
              <w:rPr>
                <w:rtl w:val="0"/>
              </w:rPr>
            </w:r>
          </w:p>
        </w:tc>
        <w:tc>
          <w:tcPr>
            <w:shd w:fill="f2f2f2" w:val="clear"/>
          </w:tcPr>
          <w:p w:rsidR="00000000" w:rsidDel="00000000" w:rsidP="00000000" w:rsidRDefault="00000000" w:rsidRPr="00000000" w14:paraId="000001DE">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total la</w:t>
              <w:br w:type="textWrapping"/>
              <w:t xml:space="preserve">destinația finală</w:t>
              <w:br w:type="textWrapping"/>
              <w:t xml:space="preserve">(fără TVA) - MDL</w:t>
            </w:r>
            <w:r w:rsidDel="00000000" w:rsidR="00000000" w:rsidRPr="00000000">
              <w:rPr>
                <w:rtl w:val="0"/>
              </w:rPr>
            </w:r>
          </w:p>
        </w:tc>
      </w:tr>
      <w:tr>
        <w:trPr>
          <w:cantSplit w:val="0"/>
          <w:tblHeader w:val="0"/>
        </w:trPr>
        <w:tc>
          <w:tcPr/>
          <w:p w:rsidR="00000000" w:rsidDel="00000000" w:rsidP="00000000" w:rsidRDefault="00000000" w:rsidRPr="00000000" w14:paraId="000001DF">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1</w:t>
            </w:r>
            <w:r w:rsidDel="00000000" w:rsidR="00000000" w:rsidRPr="00000000">
              <w:rPr>
                <w:rtl w:val="0"/>
              </w:rPr>
            </w:r>
          </w:p>
        </w:tc>
        <w:tc>
          <w:tcPr/>
          <w:p w:rsidR="00000000" w:rsidDel="00000000" w:rsidP="00000000" w:rsidRDefault="00000000" w:rsidRPr="00000000" w14:paraId="000001E0">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2</w:t>
            </w:r>
            <w:r w:rsidDel="00000000" w:rsidR="00000000" w:rsidRPr="00000000">
              <w:rPr>
                <w:rtl w:val="0"/>
              </w:rPr>
            </w:r>
          </w:p>
        </w:tc>
        <w:tc>
          <w:tcPr/>
          <w:p w:rsidR="00000000" w:rsidDel="00000000" w:rsidP="00000000" w:rsidRDefault="00000000" w:rsidRPr="00000000" w14:paraId="000001E1">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3</w:t>
            </w:r>
            <w:r w:rsidDel="00000000" w:rsidR="00000000" w:rsidRPr="00000000">
              <w:rPr>
                <w:rtl w:val="0"/>
              </w:rPr>
            </w:r>
          </w:p>
        </w:tc>
        <w:tc>
          <w:tcPr/>
          <w:p w:rsidR="00000000" w:rsidDel="00000000" w:rsidP="00000000" w:rsidRDefault="00000000" w:rsidRPr="00000000" w14:paraId="000001E2">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4</w:t>
            </w:r>
            <w:r w:rsidDel="00000000" w:rsidR="00000000" w:rsidRPr="00000000">
              <w:rPr>
                <w:rtl w:val="0"/>
              </w:rPr>
            </w:r>
          </w:p>
        </w:tc>
        <w:tc>
          <w:tcPr/>
          <w:p w:rsidR="00000000" w:rsidDel="00000000" w:rsidP="00000000" w:rsidRDefault="00000000" w:rsidRPr="00000000" w14:paraId="000001E3">
            <w:pPr>
              <w:jc w:val="center"/>
              <w:rPr/>
            </w:pPr>
            <w:r w:rsidDel="00000000" w:rsidR="00000000" w:rsidRPr="00000000">
              <w:rPr>
                <w:b w:val="1"/>
                <w:bCs w:val="1"/>
                <w:rtl w:val="0"/>
              </w:rPr>
              <w:t xml:space="preserve">5=3x4</w:t>
            </w:r>
            <w:r w:rsidDel="00000000" w:rsidR="00000000" w:rsidRPr="00000000">
              <w:rPr>
                <w:rtl w:val="0"/>
              </w:rPr>
            </w:r>
          </w:p>
        </w:tc>
      </w:tr>
      <w:tr>
        <w:trPr>
          <w:cantSplit w:val="0"/>
          <w:tblHeader w:val="0"/>
        </w:trPr>
        <w:tc>
          <w:tcPr/>
          <w:p w:rsidR="00000000" w:rsidDel="00000000" w:rsidP="00000000" w:rsidRDefault="00000000" w:rsidRPr="00000000" w14:paraId="000001E4">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c>
          <w:tcPr/>
          <w:p w:rsidR="00000000" w:rsidDel="00000000" w:rsidP="00000000" w:rsidRDefault="00000000" w:rsidRPr="00000000" w14:paraId="000001E5">
            <w:pPr>
              <w:rPr/>
            </w:pPr>
            <w:r w:rsidDel="00000000" w:rsidR="00000000" w:rsidRPr="00000000">
              <w:rPr>
                <w:rtl w:val="0"/>
              </w:rPr>
            </w:r>
          </w:p>
          <w:p w:rsidR="00000000" w:rsidDel="00000000" w:rsidP="00000000" w:rsidRDefault="00000000" w:rsidRPr="00000000" w14:paraId="000001E6">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Mașină de surfilat industrială (overlock)</w:t>
            </w:r>
            <w:r w:rsidDel="00000000" w:rsidR="00000000" w:rsidRPr="00000000">
              <w:rPr>
                <w:rtl w:val="0"/>
              </w:rPr>
            </w:r>
          </w:p>
          <w:p w:rsidR="00000000" w:rsidDel="00000000" w:rsidP="00000000" w:rsidRDefault="00000000" w:rsidRPr="00000000" w14:paraId="000001E7">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1E8">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Minimum 3–5 fire;</w:t>
            </w:r>
            <w:r w:rsidDel="00000000" w:rsidR="00000000" w:rsidRPr="00000000">
              <w:rPr>
                <w:rtl w:val="0"/>
              </w:rPr>
            </w:r>
          </w:p>
          <w:p w:rsidR="00000000" w:rsidDel="00000000" w:rsidP="00000000" w:rsidRDefault="00000000" w:rsidRPr="00000000" w14:paraId="000001E9">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viteză minimum 1.300 împunsături/min;</w:t>
            </w:r>
            <w:r w:rsidDel="00000000" w:rsidR="00000000" w:rsidRPr="00000000">
              <w:rPr>
                <w:rtl w:val="0"/>
              </w:rPr>
            </w:r>
          </w:p>
          <w:p w:rsidR="00000000" w:rsidDel="00000000" w:rsidP="00000000" w:rsidRDefault="00000000" w:rsidRPr="00000000" w14:paraId="000001EA">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cuțit de tăiere integrat;</w:t>
            </w:r>
            <w:r w:rsidDel="00000000" w:rsidR="00000000" w:rsidRPr="00000000">
              <w:rPr>
                <w:rtl w:val="0"/>
              </w:rPr>
            </w:r>
          </w:p>
          <w:p w:rsidR="00000000" w:rsidDel="00000000" w:rsidP="00000000" w:rsidRDefault="00000000" w:rsidRPr="00000000" w14:paraId="000001EB">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adaptată pentru materiale elastice și țesături fine;</w:t>
            </w:r>
            <w:r w:rsidDel="00000000" w:rsidR="00000000" w:rsidRPr="00000000">
              <w:rPr>
                <w:rtl w:val="0"/>
              </w:rPr>
            </w:r>
          </w:p>
          <w:p w:rsidR="00000000" w:rsidDel="00000000" w:rsidP="00000000" w:rsidRDefault="00000000" w:rsidRPr="00000000" w14:paraId="000001EC">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sistem de reglare a tensiunii firelor.</w:t>
            </w:r>
            <w:r w:rsidDel="00000000" w:rsidR="00000000" w:rsidRPr="00000000">
              <w:rPr>
                <w:rtl w:val="0"/>
              </w:rPr>
            </w:r>
          </w:p>
          <w:p w:rsidR="00000000" w:rsidDel="00000000" w:rsidP="00000000" w:rsidRDefault="00000000" w:rsidRPr="00000000" w14:paraId="000001ED">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1EE">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24 luni</w:t>
            </w:r>
            <w:r w:rsidDel="00000000" w:rsidR="00000000" w:rsidRPr="00000000">
              <w:rPr>
                <w:rtl w:val="0"/>
              </w:rPr>
            </w:r>
          </w:p>
          <w:p w:rsidR="00000000" w:rsidDel="00000000" w:rsidP="00000000" w:rsidRDefault="00000000" w:rsidRPr="00000000" w14:paraId="000001EF">
            <w:pPr>
              <w:rPr/>
            </w:pPr>
            <w:r w:rsidDel="00000000" w:rsidR="00000000" w:rsidRPr="00000000">
              <w:rPr>
                <w:rtl w:val="0"/>
              </w:rPr>
            </w:r>
          </w:p>
        </w:tc>
        <w:tc>
          <w:tcPr/>
          <w:p w:rsidR="00000000" w:rsidDel="00000000" w:rsidP="00000000" w:rsidRDefault="00000000" w:rsidRPr="00000000" w14:paraId="000001F0">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5</w:t>
              <w:br w:type="textWrapping"/>
              <w:t xml:space="preserve">buc.</w:t>
            </w:r>
            <w:r w:rsidDel="00000000" w:rsidR="00000000" w:rsidRPr="00000000">
              <w:rPr>
                <w:rtl w:val="0"/>
              </w:rPr>
            </w:r>
          </w:p>
        </w:tc>
        <w:tc>
          <w:tcPr/>
          <w:p w:rsidR="00000000" w:rsidDel="00000000" w:rsidP="00000000" w:rsidRDefault="00000000" w:rsidRPr="00000000" w14:paraId="000001F1">
            <w:pPr>
              <w:jc w:val="center"/>
              <w:rPr/>
            </w:pPr>
            <w:r w:rsidDel="00000000" w:rsidR="00000000" w:rsidRPr="00000000">
              <w:rPr>
                <w:rtl w:val="0"/>
              </w:rPr>
            </w:r>
          </w:p>
        </w:tc>
        <w:tc>
          <w:tcPr/>
          <w:p w:rsidR="00000000" w:rsidDel="00000000" w:rsidP="00000000" w:rsidRDefault="00000000" w:rsidRPr="00000000" w14:paraId="000001F2">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1F3">
            <w:pPr>
              <w:jc w:val="center"/>
              <w:rPr/>
            </w:pPr>
            <w:r w:rsidDel="00000000" w:rsidR="00000000" w:rsidRPr="00000000">
              <w:rPr>
                <w:rtl w:val="0"/>
              </w:rPr>
              <w:t xml:space="preserve">2</w:t>
            </w:r>
          </w:p>
        </w:tc>
        <w:tc>
          <w:tcPr/>
          <w:p w:rsidR="00000000" w:rsidDel="00000000" w:rsidP="00000000" w:rsidRDefault="00000000" w:rsidRPr="00000000" w14:paraId="000001F4">
            <w:pPr>
              <w:rPr/>
            </w:pPr>
            <w:r w:rsidDel="00000000" w:rsidR="00000000" w:rsidRPr="00000000">
              <w:rPr>
                <w:rtl w:val="0"/>
              </w:rPr>
            </w:r>
          </w:p>
          <w:p w:rsidR="00000000" w:rsidDel="00000000" w:rsidP="00000000" w:rsidRDefault="00000000" w:rsidRPr="00000000" w14:paraId="000001F5">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Mașină de acoperire tip coverstitch, pentru tricoturi</w:t>
            </w:r>
            <w:r w:rsidDel="00000000" w:rsidR="00000000" w:rsidRPr="00000000">
              <w:rPr>
                <w:rtl w:val="0"/>
              </w:rPr>
            </w:r>
          </w:p>
          <w:p w:rsidR="00000000" w:rsidDel="00000000" w:rsidP="00000000" w:rsidRDefault="00000000" w:rsidRPr="00000000" w14:paraId="000001F6">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1F7">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Minimum 3 ace;</w:t>
            </w:r>
            <w:r w:rsidDel="00000000" w:rsidR="00000000" w:rsidRPr="00000000">
              <w:rPr>
                <w:rtl w:val="0"/>
              </w:rPr>
            </w:r>
          </w:p>
          <w:p w:rsidR="00000000" w:rsidDel="00000000" w:rsidP="00000000" w:rsidRDefault="00000000" w:rsidRPr="00000000" w14:paraId="000001F8">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cusătură tip lanț dublă pentru tivire elastică;</w:t>
            </w:r>
            <w:r w:rsidDel="00000000" w:rsidR="00000000" w:rsidRPr="00000000">
              <w:rPr>
                <w:rtl w:val="0"/>
              </w:rPr>
            </w:r>
          </w:p>
          <w:p w:rsidR="00000000" w:rsidDel="00000000" w:rsidP="00000000" w:rsidRDefault="00000000" w:rsidRPr="00000000" w14:paraId="000001F9">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viteză minimum 1.000 împunsături/min;</w:t>
            </w:r>
            <w:r w:rsidDel="00000000" w:rsidR="00000000" w:rsidRPr="00000000">
              <w:rPr>
                <w:rtl w:val="0"/>
              </w:rPr>
            </w:r>
          </w:p>
          <w:p w:rsidR="00000000" w:rsidDel="00000000" w:rsidP="00000000" w:rsidRDefault="00000000" w:rsidRPr="00000000" w14:paraId="000001FA">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adaptată pentru materiale tricotate și elastice.</w:t>
            </w:r>
            <w:r w:rsidDel="00000000" w:rsidR="00000000" w:rsidRPr="00000000">
              <w:rPr>
                <w:rtl w:val="0"/>
              </w:rPr>
            </w:r>
          </w:p>
          <w:p w:rsidR="00000000" w:rsidDel="00000000" w:rsidP="00000000" w:rsidRDefault="00000000" w:rsidRPr="00000000" w14:paraId="000001FB">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1FC">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24 luni</w:t>
            </w:r>
            <w:r w:rsidDel="00000000" w:rsidR="00000000" w:rsidRPr="00000000">
              <w:rPr>
                <w:rtl w:val="0"/>
              </w:rPr>
            </w:r>
          </w:p>
          <w:p w:rsidR="00000000" w:rsidDel="00000000" w:rsidP="00000000" w:rsidRDefault="00000000" w:rsidRPr="00000000" w14:paraId="000001FD">
            <w:pPr>
              <w:rPr/>
            </w:pPr>
            <w:r w:rsidDel="00000000" w:rsidR="00000000" w:rsidRPr="00000000">
              <w:rPr>
                <w:rtl w:val="0"/>
              </w:rPr>
            </w:r>
          </w:p>
        </w:tc>
        <w:tc>
          <w:tcPr/>
          <w:p w:rsidR="00000000" w:rsidDel="00000000" w:rsidP="00000000" w:rsidRDefault="00000000" w:rsidRPr="00000000" w14:paraId="000001FE">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1FF">
            <w:pPr>
              <w:jc w:val="center"/>
              <w:rPr/>
            </w:pPr>
            <w:r w:rsidDel="00000000" w:rsidR="00000000" w:rsidRPr="00000000">
              <w:rPr>
                <w:rtl w:val="0"/>
              </w:rPr>
            </w:r>
          </w:p>
        </w:tc>
        <w:tc>
          <w:tcPr/>
          <w:p w:rsidR="00000000" w:rsidDel="00000000" w:rsidP="00000000" w:rsidRDefault="00000000" w:rsidRPr="00000000" w14:paraId="00000200">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201">
            <w:pPr>
              <w:jc w:val="center"/>
              <w:rPr/>
            </w:pPr>
            <w:r w:rsidDel="00000000" w:rsidR="00000000" w:rsidRPr="00000000">
              <w:rPr>
                <w:rtl w:val="0"/>
              </w:rPr>
              <w:t xml:space="preserve">3</w:t>
            </w:r>
          </w:p>
        </w:tc>
        <w:tc>
          <w:tcPr/>
          <w:p w:rsidR="00000000" w:rsidDel="00000000" w:rsidP="00000000" w:rsidRDefault="00000000" w:rsidRPr="00000000" w14:paraId="00000202">
            <w:pPr>
              <w:rPr/>
            </w:pPr>
            <w:r w:rsidDel="00000000" w:rsidR="00000000" w:rsidRPr="00000000">
              <w:rPr>
                <w:rtl w:val="0"/>
              </w:rPr>
              <w:t xml:space="preserve">Livrare în raza Chișinăului</w:t>
            </w:r>
          </w:p>
        </w:tc>
        <w:tc>
          <w:tcPr/>
          <w:p w:rsidR="00000000" w:rsidDel="00000000" w:rsidP="00000000" w:rsidRDefault="00000000" w:rsidRPr="00000000" w14:paraId="00000203">
            <w:pPr>
              <w:jc w:val="center"/>
              <w:rPr/>
            </w:pPr>
            <w:r w:rsidDel="00000000" w:rsidR="00000000" w:rsidRPr="00000000">
              <w:rPr>
                <w:rtl w:val="0"/>
              </w:rPr>
              <w:t xml:space="preserve">lei/km</w:t>
            </w:r>
          </w:p>
        </w:tc>
        <w:tc>
          <w:tcPr/>
          <w:p w:rsidR="00000000" w:rsidDel="00000000" w:rsidP="00000000" w:rsidRDefault="00000000" w:rsidRPr="00000000" w14:paraId="00000204">
            <w:pPr>
              <w:jc w:val="center"/>
              <w:rPr/>
            </w:pPr>
            <w:r w:rsidDel="00000000" w:rsidR="00000000" w:rsidRPr="00000000">
              <w:rPr>
                <w:rtl w:val="0"/>
              </w:rPr>
            </w:r>
          </w:p>
        </w:tc>
        <w:tc>
          <w:tcPr/>
          <w:p w:rsidR="00000000" w:rsidDel="00000000" w:rsidP="00000000" w:rsidRDefault="00000000" w:rsidRPr="00000000" w14:paraId="00000205">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206">
            <w:pPr>
              <w:jc w:val="center"/>
              <w:rPr/>
            </w:pPr>
            <w:r w:rsidDel="00000000" w:rsidR="00000000" w:rsidRPr="00000000">
              <w:rPr>
                <w:rtl w:val="0"/>
              </w:rPr>
              <w:t xml:space="preserve">4</w:t>
            </w:r>
          </w:p>
        </w:tc>
        <w:tc>
          <w:tcPr/>
          <w:p w:rsidR="00000000" w:rsidDel="00000000" w:rsidP="00000000" w:rsidRDefault="00000000" w:rsidRPr="00000000" w14:paraId="00000207">
            <w:pPr>
              <w:rPr/>
            </w:pPr>
            <w:r w:rsidDel="00000000" w:rsidR="00000000" w:rsidRPr="00000000">
              <w:rPr>
                <w:rtl w:val="0"/>
              </w:rPr>
              <w:t xml:space="preserve">Livrare în afara Chișinăului </w:t>
            </w:r>
          </w:p>
        </w:tc>
        <w:tc>
          <w:tcPr/>
          <w:p w:rsidR="00000000" w:rsidDel="00000000" w:rsidP="00000000" w:rsidRDefault="00000000" w:rsidRPr="00000000" w14:paraId="00000208">
            <w:pPr>
              <w:jc w:val="center"/>
              <w:rPr/>
            </w:pPr>
            <w:r w:rsidDel="00000000" w:rsidR="00000000" w:rsidRPr="00000000">
              <w:rPr>
                <w:rtl w:val="0"/>
              </w:rPr>
              <w:t xml:space="preserve">lei/km</w:t>
            </w:r>
          </w:p>
        </w:tc>
        <w:tc>
          <w:tcPr/>
          <w:p w:rsidR="00000000" w:rsidDel="00000000" w:rsidP="00000000" w:rsidRDefault="00000000" w:rsidRPr="00000000" w14:paraId="00000209">
            <w:pPr>
              <w:jc w:val="center"/>
              <w:rPr/>
            </w:pPr>
            <w:r w:rsidDel="00000000" w:rsidR="00000000" w:rsidRPr="00000000">
              <w:rPr>
                <w:rtl w:val="0"/>
              </w:rPr>
            </w:r>
          </w:p>
        </w:tc>
        <w:tc>
          <w:tcPr/>
          <w:p w:rsidR="00000000" w:rsidDel="00000000" w:rsidP="00000000" w:rsidRDefault="00000000" w:rsidRPr="00000000" w14:paraId="0000020A">
            <w:pPr>
              <w:jc w:val="center"/>
              <w:rPr/>
            </w:pPr>
            <w:r w:rsidDel="00000000" w:rsidR="00000000" w:rsidRPr="00000000">
              <w:rPr>
                <w:rtl w:val="0"/>
              </w:rPr>
            </w:r>
          </w:p>
        </w:tc>
      </w:tr>
    </w:tbl>
    <w:p w:rsidR="00000000" w:rsidDel="00000000" w:rsidP="00000000" w:rsidRDefault="00000000" w:rsidRPr="00000000" w14:paraId="0000020B">
      <w:pPr>
        <w:spacing w:after="320" w:lineRule="auto"/>
        <w:jc w:val="both"/>
        <w:rPr>
          <w:i w:val="1"/>
          <w:iCs w:val="1"/>
        </w:rPr>
      </w:pPr>
      <w:r w:rsidDel="00000000" w:rsidR="00000000" w:rsidRPr="00000000">
        <w:rPr>
          <w:rtl w:val="0"/>
        </w:rPr>
      </w:r>
    </w:p>
    <w:p w:rsidR="00000000" w:rsidDel="00000000" w:rsidP="00000000" w:rsidRDefault="00000000" w:rsidRPr="00000000" w14:paraId="0000020C">
      <w:pPr>
        <w:spacing w:after="320" w:lineRule="auto"/>
        <w:jc w:val="both"/>
        <w:rPr/>
      </w:pPr>
      <w:r w:rsidDel="00000000" w:rsidR="00000000" w:rsidRPr="00000000">
        <w:rPr>
          <w:i w:val="1"/>
          <w:iCs w:val="1"/>
          <w:rtl w:val="0"/>
        </w:rPr>
        <w:t xml:space="preserve">Specificațiile de mai sus reprezintă cerințe tehnice minime; ofertanții pot propune produse cu parametri egali sau superiori.</w:t>
      </w:r>
      <w:r w:rsidDel="00000000" w:rsidR="00000000" w:rsidRPr="00000000">
        <w:rPr>
          <w:rtl w:val="0"/>
        </w:rPr>
      </w:r>
    </w:p>
    <w:p w:rsidR="00000000" w:rsidDel="00000000" w:rsidP="00000000" w:rsidRDefault="00000000" w:rsidRPr="00000000" w14:paraId="0000020D">
      <w:pPr>
        <w:spacing w:after="120" w:before="0" w:lineRule="auto"/>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LOT 3. Echipament auxiliar de finisare textilă</w:t>
      </w:r>
      <w:r w:rsidDel="00000000" w:rsidR="00000000" w:rsidRPr="00000000">
        <w:rPr>
          <w:rtl w:val="0"/>
        </w:rPr>
      </w:r>
    </w:p>
    <w:tbl>
      <w:tblPr>
        <w:tblStyle w:val="Table14"/>
        <w:tblW w:w="1041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85"/>
        <w:gridCol w:w="4110"/>
        <w:gridCol w:w="1620"/>
        <w:gridCol w:w="1620"/>
        <w:gridCol w:w="2175"/>
        <w:tblGridChange w:id="0">
          <w:tblGrid>
            <w:gridCol w:w="885"/>
            <w:gridCol w:w="4110"/>
            <w:gridCol w:w="1620"/>
            <w:gridCol w:w="1620"/>
            <w:gridCol w:w="2175"/>
          </w:tblGrid>
        </w:tblGridChange>
      </w:tblGrid>
      <w:tr>
        <w:trPr>
          <w:cantSplit w:val="0"/>
          <w:tblHeader w:val="0"/>
        </w:trPr>
        <w:tc>
          <w:tcPr>
            <w:shd w:fill="f2f2f2" w:val="clear"/>
          </w:tcPr>
          <w:p w:rsidR="00000000" w:rsidDel="00000000" w:rsidP="00000000" w:rsidRDefault="00000000" w:rsidRPr="00000000" w14:paraId="0000020E">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Nr.</w:t>
              <w:br w:type="textWrapping"/>
              <w:t xml:space="preserve">crt.</w:t>
            </w:r>
            <w:r w:rsidDel="00000000" w:rsidR="00000000" w:rsidRPr="00000000">
              <w:rPr>
                <w:rtl w:val="0"/>
              </w:rPr>
            </w:r>
          </w:p>
        </w:tc>
        <w:tc>
          <w:tcPr>
            <w:shd w:fill="f2f2f2" w:val="clear"/>
          </w:tcPr>
          <w:p w:rsidR="00000000" w:rsidDel="00000000" w:rsidP="00000000" w:rsidRDefault="00000000" w:rsidRPr="00000000" w14:paraId="0000020F">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Descriere pachet</w:t>
            </w:r>
            <w:r w:rsidDel="00000000" w:rsidR="00000000" w:rsidRPr="00000000">
              <w:rPr>
                <w:rtl w:val="0"/>
              </w:rPr>
            </w:r>
          </w:p>
        </w:tc>
        <w:tc>
          <w:tcPr>
            <w:shd w:fill="f2f2f2" w:val="clear"/>
          </w:tcPr>
          <w:p w:rsidR="00000000" w:rsidDel="00000000" w:rsidP="00000000" w:rsidRDefault="00000000" w:rsidRPr="00000000" w14:paraId="00000210">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Cant.</w:t>
              <w:br w:type="textWrapping"/>
              <w:t xml:space="preserve">(complet)</w:t>
            </w:r>
            <w:r w:rsidDel="00000000" w:rsidR="00000000" w:rsidRPr="00000000">
              <w:rPr>
                <w:rtl w:val="0"/>
              </w:rPr>
            </w:r>
          </w:p>
        </w:tc>
        <w:tc>
          <w:tcPr>
            <w:shd w:fill="f2f2f2" w:val="clear"/>
          </w:tcPr>
          <w:p w:rsidR="00000000" w:rsidDel="00000000" w:rsidP="00000000" w:rsidRDefault="00000000" w:rsidRPr="00000000" w14:paraId="00000211">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unitar</w:t>
              <w:br w:type="textWrapping"/>
              <w:t xml:space="preserve">(compus din costurile directe și indirecte)</w:t>
              <w:br w:type="textWrapping"/>
              <w:t xml:space="preserve">(fără TVA) - MDL</w:t>
            </w:r>
            <w:r w:rsidDel="00000000" w:rsidR="00000000" w:rsidRPr="00000000">
              <w:rPr>
                <w:rtl w:val="0"/>
              </w:rPr>
            </w:r>
          </w:p>
        </w:tc>
        <w:tc>
          <w:tcPr>
            <w:shd w:fill="f2f2f2" w:val="clear"/>
          </w:tcPr>
          <w:p w:rsidR="00000000" w:rsidDel="00000000" w:rsidP="00000000" w:rsidRDefault="00000000" w:rsidRPr="00000000" w14:paraId="00000212">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total la</w:t>
              <w:br w:type="textWrapping"/>
              <w:t xml:space="preserve">destinația finală</w:t>
              <w:br w:type="textWrapping"/>
              <w:t xml:space="preserve">(fără TVA) - MDL</w:t>
            </w:r>
            <w:r w:rsidDel="00000000" w:rsidR="00000000" w:rsidRPr="00000000">
              <w:rPr>
                <w:rtl w:val="0"/>
              </w:rPr>
            </w:r>
          </w:p>
        </w:tc>
      </w:tr>
      <w:tr>
        <w:trPr>
          <w:cantSplit w:val="0"/>
          <w:tblHeader w:val="0"/>
        </w:trPr>
        <w:tc>
          <w:tcPr/>
          <w:p w:rsidR="00000000" w:rsidDel="00000000" w:rsidP="00000000" w:rsidRDefault="00000000" w:rsidRPr="00000000" w14:paraId="00000213">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1</w:t>
            </w:r>
            <w:r w:rsidDel="00000000" w:rsidR="00000000" w:rsidRPr="00000000">
              <w:rPr>
                <w:rtl w:val="0"/>
              </w:rPr>
            </w:r>
          </w:p>
        </w:tc>
        <w:tc>
          <w:tcPr/>
          <w:p w:rsidR="00000000" w:rsidDel="00000000" w:rsidP="00000000" w:rsidRDefault="00000000" w:rsidRPr="00000000" w14:paraId="00000214">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2</w:t>
            </w:r>
            <w:r w:rsidDel="00000000" w:rsidR="00000000" w:rsidRPr="00000000">
              <w:rPr>
                <w:rtl w:val="0"/>
              </w:rPr>
            </w:r>
          </w:p>
        </w:tc>
        <w:tc>
          <w:tcPr/>
          <w:p w:rsidR="00000000" w:rsidDel="00000000" w:rsidP="00000000" w:rsidRDefault="00000000" w:rsidRPr="00000000" w14:paraId="00000215">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3</w:t>
            </w:r>
            <w:r w:rsidDel="00000000" w:rsidR="00000000" w:rsidRPr="00000000">
              <w:rPr>
                <w:rtl w:val="0"/>
              </w:rPr>
            </w:r>
          </w:p>
        </w:tc>
        <w:tc>
          <w:tcPr/>
          <w:p w:rsidR="00000000" w:rsidDel="00000000" w:rsidP="00000000" w:rsidRDefault="00000000" w:rsidRPr="00000000" w14:paraId="00000216">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4</w:t>
            </w:r>
            <w:r w:rsidDel="00000000" w:rsidR="00000000" w:rsidRPr="00000000">
              <w:rPr>
                <w:rtl w:val="0"/>
              </w:rPr>
            </w:r>
          </w:p>
        </w:tc>
        <w:tc>
          <w:tcPr/>
          <w:p w:rsidR="00000000" w:rsidDel="00000000" w:rsidP="00000000" w:rsidRDefault="00000000" w:rsidRPr="00000000" w14:paraId="00000217">
            <w:pPr>
              <w:jc w:val="center"/>
              <w:rPr/>
            </w:pPr>
            <w:r w:rsidDel="00000000" w:rsidR="00000000" w:rsidRPr="00000000">
              <w:rPr>
                <w:b w:val="1"/>
                <w:bCs w:val="1"/>
                <w:rtl w:val="0"/>
              </w:rPr>
              <w:t xml:space="preserve">5=3x4</w:t>
            </w:r>
            <w:r w:rsidDel="00000000" w:rsidR="00000000" w:rsidRPr="00000000">
              <w:rPr>
                <w:rtl w:val="0"/>
              </w:rPr>
            </w:r>
          </w:p>
        </w:tc>
      </w:tr>
      <w:tr>
        <w:trPr>
          <w:cantSplit w:val="0"/>
          <w:tblHeader w:val="0"/>
        </w:trPr>
        <w:tc>
          <w:tcPr/>
          <w:p w:rsidR="00000000" w:rsidDel="00000000" w:rsidP="00000000" w:rsidRDefault="00000000" w:rsidRPr="00000000" w14:paraId="00000218">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c>
          <w:tcPr/>
          <w:p w:rsidR="00000000" w:rsidDel="00000000" w:rsidP="00000000" w:rsidRDefault="00000000" w:rsidRPr="00000000" w14:paraId="00000219">
            <w:pPr>
              <w:rPr/>
            </w:pPr>
            <w:r w:rsidDel="00000000" w:rsidR="00000000" w:rsidRPr="00000000">
              <w:rPr>
                <w:rtl w:val="0"/>
              </w:rPr>
            </w:r>
          </w:p>
          <w:p w:rsidR="00000000" w:rsidDel="00000000" w:rsidP="00000000" w:rsidRDefault="00000000" w:rsidRPr="00000000" w14:paraId="0000021A">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Presă de mână pentru fixarea nasturilor/capselor</w:t>
            </w:r>
            <w:r w:rsidDel="00000000" w:rsidR="00000000" w:rsidRPr="00000000">
              <w:rPr>
                <w:rtl w:val="0"/>
              </w:rPr>
            </w:r>
          </w:p>
          <w:p w:rsidR="00000000" w:rsidDel="00000000" w:rsidP="00000000" w:rsidRDefault="00000000" w:rsidRPr="00000000" w14:paraId="0000021B">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21C">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Mecanism manual cu pârghie;</w:t>
            </w:r>
            <w:r w:rsidDel="00000000" w:rsidR="00000000" w:rsidRPr="00000000">
              <w:rPr>
                <w:rtl w:val="0"/>
              </w:rPr>
            </w:r>
          </w:p>
          <w:p w:rsidR="00000000" w:rsidDel="00000000" w:rsidP="00000000" w:rsidRDefault="00000000" w:rsidRPr="00000000" w14:paraId="0000021D">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seturi de matrițe pentru dimensiuni standard de nasturi/capse metalice;</w:t>
            </w:r>
            <w:r w:rsidDel="00000000" w:rsidR="00000000" w:rsidRPr="00000000">
              <w:rPr>
                <w:rtl w:val="0"/>
              </w:rPr>
            </w:r>
          </w:p>
          <w:p w:rsidR="00000000" w:rsidDel="00000000" w:rsidP="00000000" w:rsidRDefault="00000000" w:rsidRPr="00000000" w14:paraId="0000021E">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structură metalică robustă;</w:t>
            </w:r>
            <w:r w:rsidDel="00000000" w:rsidR="00000000" w:rsidRPr="00000000">
              <w:rPr>
                <w:rtl w:val="0"/>
              </w:rPr>
            </w:r>
          </w:p>
          <w:p w:rsidR="00000000" w:rsidDel="00000000" w:rsidP="00000000" w:rsidRDefault="00000000" w:rsidRPr="00000000" w14:paraId="0000021F">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bază fixă pentru stabilitate.</w:t>
            </w:r>
            <w:r w:rsidDel="00000000" w:rsidR="00000000" w:rsidRPr="00000000">
              <w:rPr>
                <w:rtl w:val="0"/>
              </w:rPr>
            </w:r>
          </w:p>
          <w:p w:rsidR="00000000" w:rsidDel="00000000" w:rsidP="00000000" w:rsidRDefault="00000000" w:rsidRPr="00000000" w14:paraId="00000220">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221">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12 luni</w:t>
            </w:r>
            <w:r w:rsidDel="00000000" w:rsidR="00000000" w:rsidRPr="00000000">
              <w:rPr>
                <w:rtl w:val="0"/>
              </w:rPr>
            </w:r>
          </w:p>
          <w:p w:rsidR="00000000" w:rsidDel="00000000" w:rsidP="00000000" w:rsidRDefault="00000000" w:rsidRPr="00000000" w14:paraId="00000222">
            <w:pPr>
              <w:rPr/>
            </w:pPr>
            <w:r w:rsidDel="00000000" w:rsidR="00000000" w:rsidRPr="00000000">
              <w:rPr>
                <w:rtl w:val="0"/>
              </w:rPr>
            </w:r>
          </w:p>
        </w:tc>
        <w:tc>
          <w:tcPr/>
          <w:p w:rsidR="00000000" w:rsidDel="00000000" w:rsidP="00000000" w:rsidRDefault="00000000" w:rsidRPr="00000000" w14:paraId="00000223">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224">
            <w:pPr>
              <w:jc w:val="center"/>
              <w:rPr/>
            </w:pPr>
            <w:r w:rsidDel="00000000" w:rsidR="00000000" w:rsidRPr="00000000">
              <w:rPr>
                <w:rtl w:val="0"/>
              </w:rPr>
            </w:r>
          </w:p>
        </w:tc>
        <w:tc>
          <w:tcPr/>
          <w:p w:rsidR="00000000" w:rsidDel="00000000" w:rsidP="00000000" w:rsidRDefault="00000000" w:rsidRPr="00000000" w14:paraId="00000225">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226">
            <w:pPr>
              <w:jc w:val="center"/>
              <w:rPr/>
            </w:pPr>
            <w:r w:rsidDel="00000000" w:rsidR="00000000" w:rsidRPr="00000000">
              <w:rPr>
                <w:rtl w:val="0"/>
              </w:rPr>
              <w:t xml:space="preserve">2</w:t>
            </w:r>
          </w:p>
        </w:tc>
        <w:tc>
          <w:tcPr/>
          <w:p w:rsidR="00000000" w:rsidDel="00000000" w:rsidP="00000000" w:rsidRDefault="00000000" w:rsidRPr="00000000" w14:paraId="00000227">
            <w:pPr>
              <w:rPr/>
            </w:pPr>
            <w:r w:rsidDel="00000000" w:rsidR="00000000" w:rsidRPr="00000000">
              <w:rPr>
                <w:rtl w:val="0"/>
              </w:rPr>
            </w:r>
          </w:p>
          <w:p w:rsidR="00000000" w:rsidDel="00000000" w:rsidP="00000000" w:rsidRDefault="00000000" w:rsidRPr="00000000" w14:paraId="00000228">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Fier de călcat cu generator de abur</w:t>
            </w:r>
            <w:r w:rsidDel="00000000" w:rsidR="00000000" w:rsidRPr="00000000">
              <w:rPr>
                <w:rtl w:val="0"/>
              </w:rPr>
            </w:r>
          </w:p>
          <w:p w:rsidR="00000000" w:rsidDel="00000000" w:rsidP="00000000" w:rsidRDefault="00000000" w:rsidRPr="00000000" w14:paraId="00000229">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22A">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Presiune abur minimum 5 bar;</w:t>
            </w:r>
            <w:r w:rsidDel="00000000" w:rsidR="00000000" w:rsidRPr="00000000">
              <w:rPr>
                <w:rtl w:val="0"/>
              </w:rPr>
            </w:r>
          </w:p>
          <w:p w:rsidR="00000000" w:rsidDel="00000000" w:rsidP="00000000" w:rsidRDefault="00000000" w:rsidRPr="00000000" w14:paraId="0000022B">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debit continuu de abur;</w:t>
            </w:r>
            <w:r w:rsidDel="00000000" w:rsidR="00000000" w:rsidRPr="00000000">
              <w:rPr>
                <w:rtl w:val="0"/>
              </w:rPr>
            </w:r>
          </w:p>
          <w:p w:rsidR="00000000" w:rsidDel="00000000" w:rsidP="00000000" w:rsidRDefault="00000000" w:rsidRPr="00000000" w14:paraId="0000022C">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rezervor de apă cu capacitate minimum 1,5 litri;</w:t>
            </w:r>
            <w:r w:rsidDel="00000000" w:rsidR="00000000" w:rsidRPr="00000000">
              <w:rPr>
                <w:rtl w:val="0"/>
              </w:rPr>
            </w:r>
          </w:p>
          <w:p w:rsidR="00000000" w:rsidDel="00000000" w:rsidP="00000000" w:rsidRDefault="00000000" w:rsidRPr="00000000" w14:paraId="0000022D">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talpă din materiale ceramice/inox cu alunecare optimă;</w:t>
            </w:r>
            <w:r w:rsidDel="00000000" w:rsidR="00000000" w:rsidRPr="00000000">
              <w:rPr>
                <w:rtl w:val="0"/>
              </w:rPr>
            </w:r>
          </w:p>
          <w:p w:rsidR="00000000" w:rsidDel="00000000" w:rsidP="00000000" w:rsidRDefault="00000000" w:rsidRPr="00000000" w14:paraId="0000022E">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sistem de siguranță anti-calcar.</w:t>
            </w:r>
            <w:r w:rsidDel="00000000" w:rsidR="00000000" w:rsidRPr="00000000">
              <w:rPr>
                <w:rtl w:val="0"/>
              </w:rPr>
            </w:r>
          </w:p>
          <w:p w:rsidR="00000000" w:rsidDel="00000000" w:rsidP="00000000" w:rsidRDefault="00000000" w:rsidRPr="00000000" w14:paraId="0000022F">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230">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24 luni</w:t>
            </w:r>
            <w:r w:rsidDel="00000000" w:rsidR="00000000" w:rsidRPr="00000000">
              <w:rPr>
                <w:rtl w:val="0"/>
              </w:rPr>
            </w:r>
          </w:p>
          <w:p w:rsidR="00000000" w:rsidDel="00000000" w:rsidP="00000000" w:rsidRDefault="00000000" w:rsidRPr="00000000" w14:paraId="00000231">
            <w:pPr>
              <w:rPr/>
            </w:pPr>
            <w:r w:rsidDel="00000000" w:rsidR="00000000" w:rsidRPr="00000000">
              <w:rPr>
                <w:rtl w:val="0"/>
              </w:rPr>
            </w:r>
          </w:p>
        </w:tc>
        <w:tc>
          <w:tcPr/>
          <w:p w:rsidR="00000000" w:rsidDel="00000000" w:rsidP="00000000" w:rsidRDefault="00000000" w:rsidRPr="00000000" w14:paraId="00000232">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4</w:t>
              <w:br w:type="textWrapping"/>
              <w:t xml:space="preserve">buc.</w:t>
            </w:r>
            <w:r w:rsidDel="00000000" w:rsidR="00000000" w:rsidRPr="00000000">
              <w:rPr>
                <w:rtl w:val="0"/>
              </w:rPr>
            </w:r>
          </w:p>
        </w:tc>
        <w:tc>
          <w:tcPr/>
          <w:p w:rsidR="00000000" w:rsidDel="00000000" w:rsidP="00000000" w:rsidRDefault="00000000" w:rsidRPr="00000000" w14:paraId="00000233">
            <w:pPr>
              <w:jc w:val="center"/>
              <w:rPr/>
            </w:pPr>
            <w:r w:rsidDel="00000000" w:rsidR="00000000" w:rsidRPr="00000000">
              <w:rPr>
                <w:rtl w:val="0"/>
              </w:rPr>
            </w:r>
          </w:p>
        </w:tc>
        <w:tc>
          <w:tcPr/>
          <w:p w:rsidR="00000000" w:rsidDel="00000000" w:rsidP="00000000" w:rsidRDefault="00000000" w:rsidRPr="00000000" w14:paraId="00000234">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235">
            <w:pPr>
              <w:jc w:val="center"/>
              <w:rPr/>
            </w:pPr>
            <w:r w:rsidDel="00000000" w:rsidR="00000000" w:rsidRPr="00000000">
              <w:rPr>
                <w:rtl w:val="0"/>
              </w:rPr>
              <w:t xml:space="preserve">3</w:t>
            </w:r>
          </w:p>
        </w:tc>
        <w:tc>
          <w:tcPr/>
          <w:p w:rsidR="00000000" w:rsidDel="00000000" w:rsidP="00000000" w:rsidRDefault="00000000" w:rsidRPr="00000000" w14:paraId="00000236">
            <w:pPr>
              <w:rPr/>
            </w:pPr>
            <w:r w:rsidDel="00000000" w:rsidR="00000000" w:rsidRPr="00000000">
              <w:rPr>
                <w:rtl w:val="0"/>
              </w:rPr>
            </w:r>
          </w:p>
          <w:p w:rsidR="00000000" w:rsidDel="00000000" w:rsidP="00000000" w:rsidRDefault="00000000" w:rsidRPr="00000000" w14:paraId="00000237">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Cuțit termic pentru tăierea materialelor sintetice expandate</w:t>
            </w:r>
            <w:r w:rsidDel="00000000" w:rsidR="00000000" w:rsidRPr="00000000">
              <w:rPr>
                <w:rtl w:val="0"/>
              </w:rPr>
            </w:r>
          </w:p>
          <w:p w:rsidR="00000000" w:rsidDel="00000000" w:rsidP="00000000" w:rsidRDefault="00000000" w:rsidRPr="00000000" w14:paraId="00000238">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239">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Element de tăiere încălzit electric;</w:t>
            </w:r>
            <w:r w:rsidDel="00000000" w:rsidR="00000000" w:rsidRPr="00000000">
              <w:rPr>
                <w:rtl w:val="0"/>
              </w:rPr>
            </w:r>
          </w:p>
          <w:p w:rsidR="00000000" w:rsidDel="00000000" w:rsidP="00000000" w:rsidRDefault="00000000" w:rsidRPr="00000000" w14:paraId="0000023A">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reglare a temperaturii;</w:t>
            </w:r>
            <w:r w:rsidDel="00000000" w:rsidR="00000000" w:rsidRPr="00000000">
              <w:rPr>
                <w:rtl w:val="0"/>
              </w:rPr>
            </w:r>
          </w:p>
          <w:p w:rsidR="00000000" w:rsidDel="00000000" w:rsidP="00000000" w:rsidRDefault="00000000" w:rsidRPr="00000000" w14:paraId="0000023B">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cablu de alimentare cu izolație de siguranță;</w:t>
            </w:r>
            <w:r w:rsidDel="00000000" w:rsidR="00000000" w:rsidRPr="00000000">
              <w:rPr>
                <w:rtl w:val="0"/>
              </w:rPr>
            </w:r>
          </w:p>
          <w:p w:rsidR="00000000" w:rsidDel="00000000" w:rsidP="00000000" w:rsidRDefault="00000000" w:rsidRPr="00000000" w14:paraId="0000023C">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mâner termoizolant.</w:t>
            </w:r>
            <w:r w:rsidDel="00000000" w:rsidR="00000000" w:rsidRPr="00000000">
              <w:rPr>
                <w:rtl w:val="0"/>
              </w:rPr>
            </w:r>
          </w:p>
          <w:p w:rsidR="00000000" w:rsidDel="00000000" w:rsidP="00000000" w:rsidRDefault="00000000" w:rsidRPr="00000000" w14:paraId="0000023D">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23E">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12 luni</w:t>
            </w:r>
            <w:r w:rsidDel="00000000" w:rsidR="00000000" w:rsidRPr="00000000">
              <w:rPr>
                <w:rtl w:val="0"/>
              </w:rPr>
            </w:r>
          </w:p>
          <w:p w:rsidR="00000000" w:rsidDel="00000000" w:rsidP="00000000" w:rsidRDefault="00000000" w:rsidRPr="00000000" w14:paraId="0000023F">
            <w:pPr>
              <w:rPr/>
            </w:pPr>
            <w:r w:rsidDel="00000000" w:rsidR="00000000" w:rsidRPr="00000000">
              <w:rPr>
                <w:rtl w:val="0"/>
              </w:rPr>
            </w:r>
          </w:p>
        </w:tc>
        <w:tc>
          <w:tcPr/>
          <w:p w:rsidR="00000000" w:rsidDel="00000000" w:rsidP="00000000" w:rsidRDefault="00000000" w:rsidRPr="00000000" w14:paraId="00000240">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241">
            <w:pPr>
              <w:jc w:val="center"/>
              <w:rPr/>
            </w:pPr>
            <w:r w:rsidDel="00000000" w:rsidR="00000000" w:rsidRPr="00000000">
              <w:rPr>
                <w:rtl w:val="0"/>
              </w:rPr>
            </w:r>
          </w:p>
        </w:tc>
        <w:tc>
          <w:tcPr/>
          <w:p w:rsidR="00000000" w:rsidDel="00000000" w:rsidP="00000000" w:rsidRDefault="00000000" w:rsidRPr="00000000" w14:paraId="00000242">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243">
            <w:pPr>
              <w:jc w:val="center"/>
              <w:rPr/>
            </w:pPr>
            <w:r w:rsidDel="00000000" w:rsidR="00000000" w:rsidRPr="00000000">
              <w:rPr>
                <w:rtl w:val="0"/>
              </w:rPr>
              <w:t xml:space="preserve">4</w:t>
            </w:r>
          </w:p>
        </w:tc>
        <w:tc>
          <w:tcPr/>
          <w:p w:rsidR="00000000" w:rsidDel="00000000" w:rsidP="00000000" w:rsidRDefault="00000000" w:rsidRPr="00000000" w14:paraId="00000244">
            <w:pPr>
              <w:rPr/>
            </w:pPr>
            <w:r w:rsidDel="00000000" w:rsidR="00000000" w:rsidRPr="00000000">
              <w:rPr>
                <w:rtl w:val="0"/>
              </w:rPr>
              <w:t xml:space="preserve">Livrare în raza Chișinăului</w:t>
            </w:r>
          </w:p>
        </w:tc>
        <w:tc>
          <w:tcPr/>
          <w:p w:rsidR="00000000" w:rsidDel="00000000" w:rsidP="00000000" w:rsidRDefault="00000000" w:rsidRPr="00000000" w14:paraId="00000245">
            <w:pPr>
              <w:jc w:val="center"/>
              <w:rPr/>
            </w:pPr>
            <w:r w:rsidDel="00000000" w:rsidR="00000000" w:rsidRPr="00000000">
              <w:rPr>
                <w:rtl w:val="0"/>
              </w:rPr>
              <w:t xml:space="preserve">lei/km</w:t>
            </w:r>
          </w:p>
        </w:tc>
        <w:tc>
          <w:tcPr/>
          <w:p w:rsidR="00000000" w:rsidDel="00000000" w:rsidP="00000000" w:rsidRDefault="00000000" w:rsidRPr="00000000" w14:paraId="00000246">
            <w:pPr>
              <w:jc w:val="center"/>
              <w:rPr/>
            </w:pPr>
            <w:r w:rsidDel="00000000" w:rsidR="00000000" w:rsidRPr="00000000">
              <w:rPr>
                <w:rtl w:val="0"/>
              </w:rPr>
            </w:r>
          </w:p>
        </w:tc>
        <w:tc>
          <w:tcPr/>
          <w:p w:rsidR="00000000" w:rsidDel="00000000" w:rsidP="00000000" w:rsidRDefault="00000000" w:rsidRPr="00000000" w14:paraId="00000247">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248">
            <w:pPr>
              <w:jc w:val="center"/>
              <w:rPr/>
            </w:pPr>
            <w:r w:rsidDel="00000000" w:rsidR="00000000" w:rsidRPr="00000000">
              <w:rPr>
                <w:rtl w:val="0"/>
              </w:rPr>
              <w:t xml:space="preserve">5</w:t>
            </w:r>
          </w:p>
        </w:tc>
        <w:tc>
          <w:tcPr/>
          <w:p w:rsidR="00000000" w:rsidDel="00000000" w:rsidP="00000000" w:rsidRDefault="00000000" w:rsidRPr="00000000" w14:paraId="00000249">
            <w:pPr>
              <w:rPr/>
            </w:pPr>
            <w:r w:rsidDel="00000000" w:rsidR="00000000" w:rsidRPr="00000000">
              <w:rPr>
                <w:rtl w:val="0"/>
              </w:rPr>
              <w:t xml:space="preserve">Livrare în afara Chișinăului </w:t>
            </w:r>
          </w:p>
        </w:tc>
        <w:tc>
          <w:tcPr/>
          <w:p w:rsidR="00000000" w:rsidDel="00000000" w:rsidP="00000000" w:rsidRDefault="00000000" w:rsidRPr="00000000" w14:paraId="0000024A">
            <w:pPr>
              <w:jc w:val="center"/>
              <w:rPr/>
            </w:pPr>
            <w:r w:rsidDel="00000000" w:rsidR="00000000" w:rsidRPr="00000000">
              <w:rPr>
                <w:rtl w:val="0"/>
              </w:rPr>
              <w:t xml:space="preserve">lei/km</w:t>
            </w:r>
          </w:p>
        </w:tc>
        <w:tc>
          <w:tcPr/>
          <w:p w:rsidR="00000000" w:rsidDel="00000000" w:rsidP="00000000" w:rsidRDefault="00000000" w:rsidRPr="00000000" w14:paraId="0000024B">
            <w:pPr>
              <w:jc w:val="center"/>
              <w:rPr/>
            </w:pPr>
            <w:r w:rsidDel="00000000" w:rsidR="00000000" w:rsidRPr="00000000">
              <w:rPr>
                <w:rtl w:val="0"/>
              </w:rPr>
            </w:r>
          </w:p>
        </w:tc>
        <w:tc>
          <w:tcPr/>
          <w:p w:rsidR="00000000" w:rsidDel="00000000" w:rsidP="00000000" w:rsidRDefault="00000000" w:rsidRPr="00000000" w14:paraId="0000024C">
            <w:pPr>
              <w:jc w:val="center"/>
              <w:rPr/>
            </w:pPr>
            <w:r w:rsidDel="00000000" w:rsidR="00000000" w:rsidRPr="00000000">
              <w:rPr>
                <w:rtl w:val="0"/>
              </w:rPr>
            </w:r>
          </w:p>
        </w:tc>
      </w:tr>
    </w:tbl>
    <w:p w:rsidR="00000000" w:rsidDel="00000000" w:rsidP="00000000" w:rsidRDefault="00000000" w:rsidRPr="00000000" w14:paraId="0000024D">
      <w:pPr>
        <w:spacing w:after="200" w:before="0" w:lineRule="auto"/>
        <w:jc w:val="both"/>
        <w:rPr/>
      </w:pPr>
      <w:r w:rsidDel="00000000" w:rsidR="00000000" w:rsidRPr="00000000">
        <w:rPr>
          <w:rtl w:val="0"/>
        </w:rPr>
      </w:r>
    </w:p>
    <w:p w:rsidR="00000000" w:rsidDel="00000000" w:rsidP="00000000" w:rsidRDefault="00000000" w:rsidRPr="00000000" w14:paraId="0000024E">
      <w:pPr>
        <w:spacing w:after="320" w:lineRule="auto"/>
        <w:jc w:val="both"/>
        <w:rPr/>
      </w:pPr>
      <w:r w:rsidDel="00000000" w:rsidR="00000000" w:rsidRPr="00000000">
        <w:rPr>
          <w:i w:val="1"/>
          <w:iCs w:val="1"/>
          <w:rtl w:val="0"/>
        </w:rPr>
        <w:t xml:space="preserve">Specificațiile de mai sus reprezintă cerințe tehnice minime; ofertanții pot propune produse cu parametri egali sau superiori.</w:t>
      </w:r>
      <w:r w:rsidDel="00000000" w:rsidR="00000000" w:rsidRPr="00000000">
        <w:rPr>
          <w:rtl w:val="0"/>
        </w:rPr>
      </w:r>
    </w:p>
    <w:p w:rsidR="00000000" w:rsidDel="00000000" w:rsidP="00000000" w:rsidRDefault="00000000" w:rsidRPr="00000000" w14:paraId="0000024F">
      <w:pPr>
        <w:spacing w:after="120" w:before="0" w:lineRule="auto"/>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LOT 4. Unelte și instrumente de croitorie</w:t>
      </w:r>
      <w:r w:rsidDel="00000000" w:rsidR="00000000" w:rsidRPr="00000000">
        <w:rPr>
          <w:rtl w:val="0"/>
        </w:rPr>
      </w:r>
    </w:p>
    <w:tbl>
      <w:tblPr>
        <w:tblStyle w:val="Table15"/>
        <w:tblW w:w="1018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50"/>
        <w:gridCol w:w="3810"/>
        <w:gridCol w:w="1620"/>
        <w:gridCol w:w="1620"/>
        <w:gridCol w:w="2085"/>
        <w:tblGridChange w:id="0">
          <w:tblGrid>
            <w:gridCol w:w="1050"/>
            <w:gridCol w:w="3810"/>
            <w:gridCol w:w="1620"/>
            <w:gridCol w:w="1620"/>
            <w:gridCol w:w="2085"/>
          </w:tblGrid>
        </w:tblGridChange>
      </w:tblGrid>
      <w:tr>
        <w:trPr>
          <w:cantSplit w:val="0"/>
          <w:tblHeader w:val="0"/>
        </w:trPr>
        <w:tc>
          <w:tcPr>
            <w:shd w:fill="f2f2f2" w:val="clear"/>
          </w:tcPr>
          <w:p w:rsidR="00000000" w:rsidDel="00000000" w:rsidP="00000000" w:rsidRDefault="00000000" w:rsidRPr="00000000" w14:paraId="00000250">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Nr.</w:t>
              <w:br w:type="textWrapping"/>
              <w:t xml:space="preserve">crt.</w:t>
            </w:r>
            <w:r w:rsidDel="00000000" w:rsidR="00000000" w:rsidRPr="00000000">
              <w:rPr>
                <w:rtl w:val="0"/>
              </w:rPr>
            </w:r>
          </w:p>
        </w:tc>
        <w:tc>
          <w:tcPr>
            <w:shd w:fill="f2f2f2" w:val="clear"/>
          </w:tcPr>
          <w:p w:rsidR="00000000" w:rsidDel="00000000" w:rsidP="00000000" w:rsidRDefault="00000000" w:rsidRPr="00000000" w14:paraId="00000251">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Descriere pachet</w:t>
            </w:r>
            <w:r w:rsidDel="00000000" w:rsidR="00000000" w:rsidRPr="00000000">
              <w:rPr>
                <w:rtl w:val="0"/>
              </w:rPr>
            </w:r>
          </w:p>
        </w:tc>
        <w:tc>
          <w:tcPr>
            <w:shd w:fill="f2f2f2" w:val="clear"/>
          </w:tcPr>
          <w:p w:rsidR="00000000" w:rsidDel="00000000" w:rsidP="00000000" w:rsidRDefault="00000000" w:rsidRPr="00000000" w14:paraId="00000252">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Cant.</w:t>
              <w:br w:type="textWrapping"/>
              <w:t xml:space="preserve">(complet)</w:t>
            </w:r>
            <w:r w:rsidDel="00000000" w:rsidR="00000000" w:rsidRPr="00000000">
              <w:rPr>
                <w:rtl w:val="0"/>
              </w:rPr>
            </w:r>
          </w:p>
        </w:tc>
        <w:tc>
          <w:tcPr>
            <w:shd w:fill="f2f2f2" w:val="clear"/>
          </w:tcPr>
          <w:p w:rsidR="00000000" w:rsidDel="00000000" w:rsidP="00000000" w:rsidRDefault="00000000" w:rsidRPr="00000000" w14:paraId="00000253">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unitar</w:t>
              <w:br w:type="textWrapping"/>
              <w:t xml:space="preserve">(compus din costurile directe și indirecte)</w:t>
              <w:br w:type="textWrapping"/>
              <w:t xml:space="preserve">(fără TVA) - MDL</w:t>
            </w:r>
            <w:r w:rsidDel="00000000" w:rsidR="00000000" w:rsidRPr="00000000">
              <w:rPr>
                <w:rtl w:val="0"/>
              </w:rPr>
            </w:r>
          </w:p>
        </w:tc>
        <w:tc>
          <w:tcPr>
            <w:shd w:fill="f2f2f2" w:val="clear"/>
          </w:tcPr>
          <w:p w:rsidR="00000000" w:rsidDel="00000000" w:rsidP="00000000" w:rsidRDefault="00000000" w:rsidRPr="00000000" w14:paraId="00000254">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total la</w:t>
              <w:br w:type="textWrapping"/>
              <w:t xml:space="preserve">destinația finală</w:t>
              <w:br w:type="textWrapping"/>
              <w:t xml:space="preserve">(fără TVA) - MDL</w:t>
            </w:r>
            <w:r w:rsidDel="00000000" w:rsidR="00000000" w:rsidRPr="00000000">
              <w:rPr>
                <w:rtl w:val="0"/>
              </w:rPr>
            </w:r>
          </w:p>
        </w:tc>
      </w:tr>
      <w:tr>
        <w:trPr>
          <w:cantSplit w:val="0"/>
          <w:tblHeader w:val="0"/>
        </w:trPr>
        <w:tc>
          <w:tcPr/>
          <w:p w:rsidR="00000000" w:rsidDel="00000000" w:rsidP="00000000" w:rsidRDefault="00000000" w:rsidRPr="00000000" w14:paraId="00000255">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1</w:t>
            </w:r>
            <w:r w:rsidDel="00000000" w:rsidR="00000000" w:rsidRPr="00000000">
              <w:rPr>
                <w:rtl w:val="0"/>
              </w:rPr>
            </w:r>
          </w:p>
        </w:tc>
        <w:tc>
          <w:tcPr/>
          <w:p w:rsidR="00000000" w:rsidDel="00000000" w:rsidP="00000000" w:rsidRDefault="00000000" w:rsidRPr="00000000" w14:paraId="00000256">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2</w:t>
            </w:r>
            <w:r w:rsidDel="00000000" w:rsidR="00000000" w:rsidRPr="00000000">
              <w:rPr>
                <w:rtl w:val="0"/>
              </w:rPr>
            </w:r>
          </w:p>
        </w:tc>
        <w:tc>
          <w:tcPr/>
          <w:p w:rsidR="00000000" w:rsidDel="00000000" w:rsidP="00000000" w:rsidRDefault="00000000" w:rsidRPr="00000000" w14:paraId="00000257">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3</w:t>
            </w:r>
            <w:r w:rsidDel="00000000" w:rsidR="00000000" w:rsidRPr="00000000">
              <w:rPr>
                <w:rtl w:val="0"/>
              </w:rPr>
            </w:r>
          </w:p>
        </w:tc>
        <w:tc>
          <w:tcPr/>
          <w:p w:rsidR="00000000" w:rsidDel="00000000" w:rsidP="00000000" w:rsidRDefault="00000000" w:rsidRPr="00000000" w14:paraId="00000258">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4</w:t>
            </w:r>
            <w:r w:rsidDel="00000000" w:rsidR="00000000" w:rsidRPr="00000000">
              <w:rPr>
                <w:rtl w:val="0"/>
              </w:rPr>
            </w:r>
          </w:p>
        </w:tc>
        <w:tc>
          <w:tcPr/>
          <w:p w:rsidR="00000000" w:rsidDel="00000000" w:rsidP="00000000" w:rsidRDefault="00000000" w:rsidRPr="00000000" w14:paraId="00000259">
            <w:pPr>
              <w:jc w:val="center"/>
              <w:rPr/>
            </w:pPr>
            <w:r w:rsidDel="00000000" w:rsidR="00000000" w:rsidRPr="00000000">
              <w:rPr>
                <w:b w:val="1"/>
                <w:bCs w:val="1"/>
                <w:rtl w:val="0"/>
              </w:rPr>
              <w:t xml:space="preserve">5=3x4</w:t>
            </w:r>
            <w:r w:rsidDel="00000000" w:rsidR="00000000" w:rsidRPr="00000000">
              <w:rPr>
                <w:rtl w:val="0"/>
              </w:rPr>
            </w:r>
          </w:p>
        </w:tc>
      </w:tr>
      <w:tr>
        <w:trPr>
          <w:cantSplit w:val="0"/>
          <w:tblHeader w:val="0"/>
        </w:trPr>
        <w:tc>
          <w:tcPr/>
          <w:p w:rsidR="00000000" w:rsidDel="00000000" w:rsidP="00000000" w:rsidRDefault="00000000" w:rsidRPr="00000000" w14:paraId="0000025A">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c>
          <w:tcPr/>
          <w:p w:rsidR="00000000" w:rsidDel="00000000" w:rsidP="00000000" w:rsidRDefault="00000000" w:rsidRPr="00000000" w14:paraId="0000025B">
            <w:pPr>
              <w:rPr/>
            </w:pPr>
            <w:r w:rsidDel="00000000" w:rsidR="00000000" w:rsidRPr="00000000">
              <w:rPr>
                <w:rtl w:val="0"/>
              </w:rPr>
            </w:r>
          </w:p>
          <w:p w:rsidR="00000000" w:rsidDel="00000000" w:rsidP="00000000" w:rsidRDefault="00000000" w:rsidRPr="00000000" w14:paraId="0000025C">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Riglă pentru trasarea curbelor de tipar</w:t>
            </w:r>
            <w:r w:rsidDel="00000000" w:rsidR="00000000" w:rsidRPr="00000000">
              <w:rPr>
                <w:rtl w:val="0"/>
              </w:rPr>
            </w:r>
          </w:p>
          <w:p w:rsidR="00000000" w:rsidDel="00000000" w:rsidP="00000000" w:rsidRDefault="00000000" w:rsidRPr="00000000" w14:paraId="0000025D">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25E">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Riglă transparentă gradată;</w:t>
            </w:r>
            <w:r w:rsidDel="00000000" w:rsidR="00000000" w:rsidRPr="00000000">
              <w:rPr>
                <w:rtl w:val="0"/>
              </w:rPr>
            </w:r>
          </w:p>
          <w:p w:rsidR="00000000" w:rsidDel="00000000" w:rsidP="00000000" w:rsidRDefault="00000000" w:rsidRPr="00000000" w14:paraId="0000025F">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adaptată trasării curbelor multiple pentru confecționarea tiparelor;</w:t>
            </w:r>
            <w:r w:rsidDel="00000000" w:rsidR="00000000" w:rsidRPr="00000000">
              <w:rPr>
                <w:rtl w:val="0"/>
              </w:rPr>
            </w:r>
          </w:p>
          <w:p w:rsidR="00000000" w:rsidDel="00000000" w:rsidP="00000000" w:rsidRDefault="00000000" w:rsidRPr="00000000" w14:paraId="00000260">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material plastic rezistent.</w:t>
            </w:r>
            <w:r w:rsidDel="00000000" w:rsidR="00000000" w:rsidRPr="00000000">
              <w:rPr>
                <w:rtl w:val="0"/>
              </w:rPr>
            </w:r>
          </w:p>
          <w:p w:rsidR="00000000" w:rsidDel="00000000" w:rsidP="00000000" w:rsidRDefault="00000000" w:rsidRPr="00000000" w14:paraId="00000261">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262">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12 luni</w:t>
            </w:r>
            <w:r w:rsidDel="00000000" w:rsidR="00000000" w:rsidRPr="00000000">
              <w:rPr>
                <w:rtl w:val="0"/>
              </w:rPr>
            </w:r>
          </w:p>
          <w:p w:rsidR="00000000" w:rsidDel="00000000" w:rsidP="00000000" w:rsidRDefault="00000000" w:rsidRPr="00000000" w14:paraId="00000263">
            <w:pPr>
              <w:rPr/>
            </w:pPr>
            <w:r w:rsidDel="00000000" w:rsidR="00000000" w:rsidRPr="00000000">
              <w:rPr>
                <w:rtl w:val="0"/>
              </w:rPr>
            </w:r>
          </w:p>
        </w:tc>
        <w:tc>
          <w:tcPr/>
          <w:p w:rsidR="00000000" w:rsidDel="00000000" w:rsidP="00000000" w:rsidRDefault="00000000" w:rsidRPr="00000000" w14:paraId="00000264">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265">
            <w:pPr>
              <w:jc w:val="center"/>
              <w:rPr/>
            </w:pPr>
            <w:r w:rsidDel="00000000" w:rsidR="00000000" w:rsidRPr="00000000">
              <w:rPr>
                <w:rtl w:val="0"/>
              </w:rPr>
            </w:r>
          </w:p>
        </w:tc>
        <w:tc>
          <w:tcPr/>
          <w:p w:rsidR="00000000" w:rsidDel="00000000" w:rsidP="00000000" w:rsidRDefault="00000000" w:rsidRPr="00000000" w14:paraId="00000266">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267">
            <w:pPr>
              <w:jc w:val="center"/>
              <w:rPr/>
            </w:pPr>
            <w:r w:rsidDel="00000000" w:rsidR="00000000" w:rsidRPr="00000000">
              <w:rPr>
                <w:rtl w:val="0"/>
              </w:rPr>
              <w:t xml:space="preserve">2</w:t>
            </w:r>
          </w:p>
        </w:tc>
        <w:tc>
          <w:tcPr/>
          <w:p w:rsidR="00000000" w:rsidDel="00000000" w:rsidP="00000000" w:rsidRDefault="00000000" w:rsidRPr="00000000" w14:paraId="00000268">
            <w:pPr>
              <w:rPr/>
            </w:pPr>
            <w:r w:rsidDel="00000000" w:rsidR="00000000" w:rsidRPr="00000000">
              <w:rPr>
                <w:rtl w:val="0"/>
              </w:rPr>
            </w:r>
          </w:p>
          <w:p w:rsidR="00000000" w:rsidDel="00000000" w:rsidP="00000000" w:rsidRDefault="00000000" w:rsidRPr="00000000" w14:paraId="00000269">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Foarfecă industrială de croitorie</w:t>
            </w:r>
            <w:r w:rsidDel="00000000" w:rsidR="00000000" w:rsidRPr="00000000">
              <w:rPr>
                <w:rtl w:val="0"/>
              </w:rPr>
            </w:r>
          </w:p>
          <w:p w:rsidR="00000000" w:rsidDel="00000000" w:rsidP="00000000" w:rsidRDefault="00000000" w:rsidRPr="00000000" w14:paraId="0000026A">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26B">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Lamă din oțel inoxidabil/carbon;</w:t>
            </w:r>
            <w:r w:rsidDel="00000000" w:rsidR="00000000" w:rsidRPr="00000000">
              <w:rPr>
                <w:rtl w:val="0"/>
              </w:rPr>
            </w:r>
          </w:p>
          <w:p w:rsidR="00000000" w:rsidDel="00000000" w:rsidP="00000000" w:rsidRDefault="00000000" w:rsidRPr="00000000" w14:paraId="0000026C">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lungime minimum 20–25 cm;</w:t>
            </w:r>
            <w:r w:rsidDel="00000000" w:rsidR="00000000" w:rsidRPr="00000000">
              <w:rPr>
                <w:rtl w:val="0"/>
              </w:rPr>
            </w:r>
          </w:p>
          <w:p w:rsidR="00000000" w:rsidDel="00000000" w:rsidP="00000000" w:rsidRDefault="00000000" w:rsidRPr="00000000" w14:paraId="0000026D">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mâner ergonomic;</w:t>
            </w:r>
            <w:r w:rsidDel="00000000" w:rsidR="00000000" w:rsidRPr="00000000">
              <w:rPr>
                <w:rtl w:val="0"/>
              </w:rPr>
            </w:r>
          </w:p>
          <w:p w:rsidR="00000000" w:rsidDel="00000000" w:rsidP="00000000" w:rsidRDefault="00000000" w:rsidRPr="00000000" w14:paraId="0000026E">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adecvată pentru tăierea de materiale în straturi multiple.</w:t>
            </w:r>
            <w:r w:rsidDel="00000000" w:rsidR="00000000" w:rsidRPr="00000000">
              <w:rPr>
                <w:rtl w:val="0"/>
              </w:rPr>
            </w:r>
          </w:p>
          <w:p w:rsidR="00000000" w:rsidDel="00000000" w:rsidP="00000000" w:rsidRDefault="00000000" w:rsidRPr="00000000" w14:paraId="0000026F">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270">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12 luni</w:t>
            </w:r>
            <w:r w:rsidDel="00000000" w:rsidR="00000000" w:rsidRPr="00000000">
              <w:rPr>
                <w:rtl w:val="0"/>
              </w:rPr>
            </w:r>
          </w:p>
          <w:p w:rsidR="00000000" w:rsidDel="00000000" w:rsidP="00000000" w:rsidRDefault="00000000" w:rsidRPr="00000000" w14:paraId="00000271">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w:t>
            </w:r>
            <w:r w:rsidDel="00000000" w:rsidR="00000000" w:rsidRPr="00000000">
              <w:rPr>
                <w:rtl w:val="0"/>
              </w:rPr>
            </w:r>
          </w:p>
        </w:tc>
        <w:tc>
          <w:tcPr/>
          <w:p w:rsidR="00000000" w:rsidDel="00000000" w:rsidP="00000000" w:rsidRDefault="00000000" w:rsidRPr="00000000" w14:paraId="00000272">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2</w:t>
              <w:br w:type="textWrapping"/>
              <w:t xml:space="preserve">buc.</w:t>
            </w:r>
            <w:r w:rsidDel="00000000" w:rsidR="00000000" w:rsidRPr="00000000">
              <w:rPr>
                <w:rtl w:val="0"/>
              </w:rPr>
            </w:r>
          </w:p>
        </w:tc>
        <w:tc>
          <w:tcPr/>
          <w:p w:rsidR="00000000" w:rsidDel="00000000" w:rsidP="00000000" w:rsidRDefault="00000000" w:rsidRPr="00000000" w14:paraId="00000273">
            <w:pPr>
              <w:jc w:val="center"/>
              <w:rPr/>
            </w:pPr>
            <w:r w:rsidDel="00000000" w:rsidR="00000000" w:rsidRPr="00000000">
              <w:rPr>
                <w:rtl w:val="0"/>
              </w:rPr>
            </w:r>
          </w:p>
        </w:tc>
        <w:tc>
          <w:tcPr/>
          <w:p w:rsidR="00000000" w:rsidDel="00000000" w:rsidP="00000000" w:rsidRDefault="00000000" w:rsidRPr="00000000" w14:paraId="00000274">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275">
            <w:pPr>
              <w:jc w:val="center"/>
              <w:rPr/>
            </w:pPr>
            <w:r w:rsidDel="00000000" w:rsidR="00000000" w:rsidRPr="00000000">
              <w:rPr>
                <w:rtl w:val="0"/>
              </w:rPr>
              <w:t xml:space="preserve">3</w:t>
            </w:r>
          </w:p>
        </w:tc>
        <w:tc>
          <w:tcPr/>
          <w:p w:rsidR="00000000" w:rsidDel="00000000" w:rsidP="00000000" w:rsidRDefault="00000000" w:rsidRPr="00000000" w14:paraId="00000276">
            <w:pPr>
              <w:rPr/>
            </w:pPr>
            <w:r w:rsidDel="00000000" w:rsidR="00000000" w:rsidRPr="00000000">
              <w:rPr>
                <w:rtl w:val="0"/>
              </w:rPr>
            </w:r>
          </w:p>
          <w:p w:rsidR="00000000" w:rsidDel="00000000" w:rsidP="00000000" w:rsidRDefault="00000000" w:rsidRPr="00000000" w14:paraId="00000277">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Ace pentru mașină de cusut industrială, set universal</w:t>
            </w:r>
            <w:r w:rsidDel="00000000" w:rsidR="00000000" w:rsidRPr="00000000">
              <w:rPr>
                <w:rtl w:val="0"/>
              </w:rPr>
            </w:r>
          </w:p>
          <w:p w:rsidR="00000000" w:rsidDel="00000000" w:rsidP="00000000" w:rsidRDefault="00000000" w:rsidRPr="00000000" w14:paraId="00000278">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279">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Set ace industriale de tip universal;</w:t>
            </w:r>
            <w:r w:rsidDel="00000000" w:rsidR="00000000" w:rsidRPr="00000000">
              <w:rPr>
                <w:rtl w:val="0"/>
              </w:rPr>
            </w:r>
          </w:p>
          <w:p w:rsidR="00000000" w:rsidDel="00000000" w:rsidP="00000000" w:rsidRDefault="00000000" w:rsidRPr="00000000" w14:paraId="0000027A">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dimensiuni asortate;</w:t>
            </w:r>
            <w:r w:rsidDel="00000000" w:rsidR="00000000" w:rsidRPr="00000000">
              <w:rPr>
                <w:rtl w:val="0"/>
              </w:rPr>
            </w:r>
          </w:p>
          <w:p w:rsidR="00000000" w:rsidDel="00000000" w:rsidP="00000000" w:rsidRDefault="00000000" w:rsidRPr="00000000" w14:paraId="0000027B">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compatibile cu mașinile de cusut industriale standard.</w:t>
            </w:r>
            <w:r w:rsidDel="00000000" w:rsidR="00000000" w:rsidRPr="00000000">
              <w:rPr>
                <w:rtl w:val="0"/>
              </w:rPr>
            </w:r>
          </w:p>
          <w:p w:rsidR="00000000" w:rsidDel="00000000" w:rsidP="00000000" w:rsidRDefault="00000000" w:rsidRPr="00000000" w14:paraId="0000027C">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27D">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12 luni</w:t>
            </w:r>
            <w:r w:rsidDel="00000000" w:rsidR="00000000" w:rsidRPr="00000000">
              <w:rPr>
                <w:rtl w:val="0"/>
              </w:rPr>
            </w:r>
          </w:p>
          <w:p w:rsidR="00000000" w:rsidDel="00000000" w:rsidP="00000000" w:rsidRDefault="00000000" w:rsidRPr="00000000" w14:paraId="0000027E">
            <w:pPr>
              <w:rPr/>
            </w:pPr>
            <w:r w:rsidDel="00000000" w:rsidR="00000000" w:rsidRPr="00000000">
              <w:rPr>
                <w:rtl w:val="0"/>
              </w:rPr>
            </w:r>
          </w:p>
        </w:tc>
        <w:tc>
          <w:tcPr/>
          <w:p w:rsidR="00000000" w:rsidDel="00000000" w:rsidP="00000000" w:rsidRDefault="00000000" w:rsidRPr="00000000" w14:paraId="0000027F">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set</w:t>
            </w:r>
            <w:r w:rsidDel="00000000" w:rsidR="00000000" w:rsidRPr="00000000">
              <w:rPr>
                <w:rtl w:val="0"/>
              </w:rPr>
            </w:r>
          </w:p>
        </w:tc>
        <w:tc>
          <w:tcPr/>
          <w:p w:rsidR="00000000" w:rsidDel="00000000" w:rsidP="00000000" w:rsidRDefault="00000000" w:rsidRPr="00000000" w14:paraId="00000280">
            <w:pPr>
              <w:jc w:val="center"/>
              <w:rPr/>
            </w:pPr>
            <w:r w:rsidDel="00000000" w:rsidR="00000000" w:rsidRPr="00000000">
              <w:rPr>
                <w:rtl w:val="0"/>
              </w:rPr>
            </w:r>
          </w:p>
        </w:tc>
        <w:tc>
          <w:tcPr/>
          <w:p w:rsidR="00000000" w:rsidDel="00000000" w:rsidP="00000000" w:rsidRDefault="00000000" w:rsidRPr="00000000" w14:paraId="00000281">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282">
            <w:pPr>
              <w:jc w:val="center"/>
              <w:rPr/>
            </w:pPr>
            <w:r w:rsidDel="00000000" w:rsidR="00000000" w:rsidRPr="00000000">
              <w:rPr>
                <w:rtl w:val="0"/>
              </w:rPr>
              <w:t xml:space="preserve">4</w:t>
            </w:r>
          </w:p>
        </w:tc>
        <w:tc>
          <w:tcPr/>
          <w:p w:rsidR="00000000" w:rsidDel="00000000" w:rsidP="00000000" w:rsidRDefault="00000000" w:rsidRPr="00000000" w14:paraId="00000283">
            <w:pPr>
              <w:rPr/>
            </w:pPr>
            <w:r w:rsidDel="00000000" w:rsidR="00000000" w:rsidRPr="00000000">
              <w:rPr>
                <w:rtl w:val="0"/>
              </w:rPr>
            </w:r>
          </w:p>
          <w:p w:rsidR="00000000" w:rsidDel="00000000" w:rsidP="00000000" w:rsidRDefault="00000000" w:rsidRPr="00000000" w14:paraId="00000284">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Ace pentru mașină de cusut, tip stretch (materiale elastice)</w:t>
            </w:r>
            <w:r w:rsidDel="00000000" w:rsidR="00000000" w:rsidRPr="00000000">
              <w:rPr>
                <w:rtl w:val="0"/>
              </w:rPr>
            </w:r>
          </w:p>
          <w:p w:rsidR="00000000" w:rsidDel="00000000" w:rsidP="00000000" w:rsidRDefault="00000000" w:rsidRPr="00000000" w14:paraId="00000285">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286">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Set ace pentru materiale elastice/tricotate;</w:t>
            </w:r>
            <w:r w:rsidDel="00000000" w:rsidR="00000000" w:rsidRPr="00000000">
              <w:rPr>
                <w:rtl w:val="0"/>
              </w:rPr>
            </w:r>
          </w:p>
          <w:p w:rsidR="00000000" w:rsidDel="00000000" w:rsidP="00000000" w:rsidRDefault="00000000" w:rsidRPr="00000000" w14:paraId="00000287">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dimensiuni asortate;</w:t>
            </w:r>
            <w:r w:rsidDel="00000000" w:rsidR="00000000" w:rsidRPr="00000000">
              <w:rPr>
                <w:rtl w:val="0"/>
              </w:rPr>
            </w:r>
          </w:p>
          <w:p w:rsidR="00000000" w:rsidDel="00000000" w:rsidP="00000000" w:rsidRDefault="00000000" w:rsidRPr="00000000" w14:paraId="00000288">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compatibile cu mașinile de cusut industriale/casnice.</w:t>
            </w:r>
            <w:r w:rsidDel="00000000" w:rsidR="00000000" w:rsidRPr="00000000">
              <w:rPr>
                <w:rtl w:val="0"/>
              </w:rPr>
            </w:r>
          </w:p>
          <w:p w:rsidR="00000000" w:rsidDel="00000000" w:rsidP="00000000" w:rsidRDefault="00000000" w:rsidRPr="00000000" w14:paraId="00000289">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28A">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12 luni</w:t>
            </w:r>
            <w:r w:rsidDel="00000000" w:rsidR="00000000" w:rsidRPr="00000000">
              <w:rPr>
                <w:rtl w:val="0"/>
              </w:rPr>
            </w:r>
          </w:p>
          <w:p w:rsidR="00000000" w:rsidDel="00000000" w:rsidP="00000000" w:rsidRDefault="00000000" w:rsidRPr="00000000" w14:paraId="0000028B">
            <w:pPr>
              <w:rPr/>
            </w:pPr>
            <w:r w:rsidDel="00000000" w:rsidR="00000000" w:rsidRPr="00000000">
              <w:rPr>
                <w:rtl w:val="0"/>
              </w:rPr>
            </w:r>
          </w:p>
        </w:tc>
        <w:tc>
          <w:tcPr/>
          <w:p w:rsidR="00000000" w:rsidDel="00000000" w:rsidP="00000000" w:rsidRDefault="00000000" w:rsidRPr="00000000" w14:paraId="0000028C">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set</w:t>
            </w:r>
            <w:r w:rsidDel="00000000" w:rsidR="00000000" w:rsidRPr="00000000">
              <w:rPr>
                <w:rtl w:val="0"/>
              </w:rPr>
            </w:r>
          </w:p>
        </w:tc>
        <w:tc>
          <w:tcPr/>
          <w:p w:rsidR="00000000" w:rsidDel="00000000" w:rsidP="00000000" w:rsidRDefault="00000000" w:rsidRPr="00000000" w14:paraId="0000028D">
            <w:pPr>
              <w:jc w:val="center"/>
              <w:rPr/>
            </w:pPr>
            <w:r w:rsidDel="00000000" w:rsidR="00000000" w:rsidRPr="00000000">
              <w:rPr>
                <w:rtl w:val="0"/>
              </w:rPr>
            </w:r>
          </w:p>
        </w:tc>
        <w:tc>
          <w:tcPr/>
          <w:p w:rsidR="00000000" w:rsidDel="00000000" w:rsidP="00000000" w:rsidRDefault="00000000" w:rsidRPr="00000000" w14:paraId="0000028E">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28F">
            <w:pPr>
              <w:jc w:val="center"/>
              <w:rPr/>
            </w:pPr>
            <w:r w:rsidDel="00000000" w:rsidR="00000000" w:rsidRPr="00000000">
              <w:rPr>
                <w:rtl w:val="0"/>
              </w:rPr>
              <w:t xml:space="preserve">5</w:t>
            </w:r>
          </w:p>
        </w:tc>
        <w:tc>
          <w:tcPr/>
          <w:p w:rsidR="00000000" w:rsidDel="00000000" w:rsidP="00000000" w:rsidRDefault="00000000" w:rsidRPr="00000000" w14:paraId="00000290">
            <w:pPr>
              <w:rPr/>
            </w:pPr>
            <w:r w:rsidDel="00000000" w:rsidR="00000000" w:rsidRPr="00000000">
              <w:rPr>
                <w:rtl w:val="0"/>
              </w:rPr>
            </w:r>
          </w:p>
          <w:p w:rsidR="00000000" w:rsidDel="00000000" w:rsidP="00000000" w:rsidRDefault="00000000" w:rsidRPr="00000000" w14:paraId="00000291">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Ace pentru mașină de cusut, set combinat</w:t>
            </w:r>
            <w:r w:rsidDel="00000000" w:rsidR="00000000" w:rsidRPr="00000000">
              <w:rPr>
                <w:rtl w:val="0"/>
              </w:rPr>
            </w:r>
          </w:p>
          <w:p w:rsidR="00000000" w:rsidDel="00000000" w:rsidP="00000000" w:rsidRDefault="00000000" w:rsidRPr="00000000" w14:paraId="00000292">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293">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Set combinat de ace industriale de diverse dimensiuni;</w:t>
            </w:r>
            <w:r w:rsidDel="00000000" w:rsidR="00000000" w:rsidRPr="00000000">
              <w:rPr>
                <w:rtl w:val="0"/>
              </w:rPr>
            </w:r>
          </w:p>
          <w:p w:rsidR="00000000" w:rsidDel="00000000" w:rsidP="00000000" w:rsidRDefault="00000000" w:rsidRPr="00000000" w14:paraId="00000294">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ambalate individual;</w:t>
            </w:r>
            <w:r w:rsidDel="00000000" w:rsidR="00000000" w:rsidRPr="00000000">
              <w:rPr>
                <w:rtl w:val="0"/>
              </w:rPr>
            </w:r>
          </w:p>
          <w:p w:rsidR="00000000" w:rsidDel="00000000" w:rsidP="00000000" w:rsidRDefault="00000000" w:rsidRPr="00000000" w14:paraId="00000295">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compatibile cu mașinile de cusut standard.</w:t>
            </w:r>
            <w:r w:rsidDel="00000000" w:rsidR="00000000" w:rsidRPr="00000000">
              <w:rPr>
                <w:rtl w:val="0"/>
              </w:rPr>
            </w:r>
          </w:p>
          <w:p w:rsidR="00000000" w:rsidDel="00000000" w:rsidP="00000000" w:rsidRDefault="00000000" w:rsidRPr="00000000" w14:paraId="00000296">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297">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12 luni</w:t>
            </w:r>
            <w:r w:rsidDel="00000000" w:rsidR="00000000" w:rsidRPr="00000000">
              <w:rPr>
                <w:rtl w:val="0"/>
              </w:rPr>
            </w:r>
          </w:p>
          <w:p w:rsidR="00000000" w:rsidDel="00000000" w:rsidP="00000000" w:rsidRDefault="00000000" w:rsidRPr="00000000" w14:paraId="00000298">
            <w:pPr>
              <w:rPr/>
            </w:pPr>
            <w:r w:rsidDel="00000000" w:rsidR="00000000" w:rsidRPr="00000000">
              <w:rPr>
                <w:rtl w:val="0"/>
              </w:rPr>
            </w:r>
          </w:p>
        </w:tc>
        <w:tc>
          <w:tcPr/>
          <w:p w:rsidR="00000000" w:rsidDel="00000000" w:rsidP="00000000" w:rsidRDefault="00000000" w:rsidRPr="00000000" w14:paraId="00000299">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 set</w:t>
              <w:br w:type="textWrapping"/>
              <w:t xml:space="preserve">(5 buc.)</w:t>
            </w:r>
            <w:r w:rsidDel="00000000" w:rsidR="00000000" w:rsidRPr="00000000">
              <w:rPr>
                <w:rtl w:val="0"/>
              </w:rPr>
            </w:r>
          </w:p>
        </w:tc>
        <w:tc>
          <w:tcPr/>
          <w:p w:rsidR="00000000" w:rsidDel="00000000" w:rsidP="00000000" w:rsidRDefault="00000000" w:rsidRPr="00000000" w14:paraId="0000029A">
            <w:pPr>
              <w:jc w:val="center"/>
              <w:rPr/>
            </w:pPr>
            <w:r w:rsidDel="00000000" w:rsidR="00000000" w:rsidRPr="00000000">
              <w:rPr>
                <w:rtl w:val="0"/>
              </w:rPr>
            </w:r>
          </w:p>
        </w:tc>
        <w:tc>
          <w:tcPr/>
          <w:p w:rsidR="00000000" w:rsidDel="00000000" w:rsidP="00000000" w:rsidRDefault="00000000" w:rsidRPr="00000000" w14:paraId="0000029B">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29C">
            <w:pPr>
              <w:jc w:val="center"/>
              <w:rPr/>
            </w:pPr>
            <w:r w:rsidDel="00000000" w:rsidR="00000000" w:rsidRPr="00000000">
              <w:rPr>
                <w:rtl w:val="0"/>
              </w:rPr>
              <w:t xml:space="preserve">6</w:t>
            </w:r>
          </w:p>
        </w:tc>
        <w:tc>
          <w:tcPr/>
          <w:p w:rsidR="00000000" w:rsidDel="00000000" w:rsidP="00000000" w:rsidRDefault="00000000" w:rsidRPr="00000000" w14:paraId="0000029D">
            <w:pPr>
              <w:rPr/>
            </w:pPr>
            <w:r w:rsidDel="00000000" w:rsidR="00000000" w:rsidRPr="00000000">
              <w:rPr>
                <w:rtl w:val="0"/>
              </w:rPr>
            </w:r>
          </w:p>
          <w:p w:rsidR="00000000" w:rsidDel="00000000" w:rsidP="00000000" w:rsidRDefault="00000000" w:rsidRPr="00000000" w14:paraId="0000029E">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Ață/fire de cusut, set</w:t>
            </w:r>
            <w:r w:rsidDel="00000000" w:rsidR="00000000" w:rsidRPr="00000000">
              <w:rPr>
                <w:rtl w:val="0"/>
              </w:rPr>
            </w:r>
          </w:p>
          <w:p w:rsidR="00000000" w:rsidDel="00000000" w:rsidP="00000000" w:rsidRDefault="00000000" w:rsidRPr="00000000" w14:paraId="0000029F">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2A0">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Fire rezistente la tracțiune;</w:t>
            </w:r>
            <w:r w:rsidDel="00000000" w:rsidR="00000000" w:rsidRPr="00000000">
              <w:rPr>
                <w:rtl w:val="0"/>
              </w:rPr>
            </w:r>
          </w:p>
          <w:p w:rsidR="00000000" w:rsidDel="00000000" w:rsidP="00000000" w:rsidRDefault="00000000" w:rsidRPr="00000000" w14:paraId="000002A1">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compatibile cu mașinile industriale de cusut;</w:t>
            </w:r>
            <w:r w:rsidDel="00000000" w:rsidR="00000000" w:rsidRPr="00000000">
              <w:rPr>
                <w:rtl w:val="0"/>
              </w:rPr>
            </w:r>
          </w:p>
          <w:p w:rsidR="00000000" w:rsidDel="00000000" w:rsidP="00000000" w:rsidRDefault="00000000" w:rsidRPr="00000000" w14:paraId="000002A2">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diverse culori.</w:t>
            </w:r>
            <w:r w:rsidDel="00000000" w:rsidR="00000000" w:rsidRPr="00000000">
              <w:rPr>
                <w:rtl w:val="0"/>
              </w:rPr>
            </w:r>
          </w:p>
          <w:p w:rsidR="00000000" w:rsidDel="00000000" w:rsidP="00000000" w:rsidRDefault="00000000" w:rsidRPr="00000000" w14:paraId="000002A3">
            <w:pPr>
              <w:rPr/>
            </w:pPr>
            <w:r w:rsidDel="00000000" w:rsidR="00000000" w:rsidRPr="00000000">
              <w:rPr>
                <w:rtl w:val="0"/>
              </w:rPr>
            </w:r>
          </w:p>
          <w:p w:rsidR="00000000" w:rsidDel="00000000" w:rsidP="00000000" w:rsidRDefault="00000000" w:rsidRPr="00000000" w14:paraId="000002A4">
            <w:pPr>
              <w:rPr/>
            </w:pPr>
            <w:r w:rsidDel="00000000" w:rsidR="00000000" w:rsidRPr="00000000">
              <w:rPr>
                <w:rtl w:val="0"/>
              </w:rPr>
            </w:r>
          </w:p>
        </w:tc>
        <w:tc>
          <w:tcPr/>
          <w:p w:rsidR="00000000" w:rsidDel="00000000" w:rsidP="00000000" w:rsidRDefault="00000000" w:rsidRPr="00000000" w14:paraId="000002A5">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set</w:t>
            </w:r>
            <w:r w:rsidDel="00000000" w:rsidR="00000000" w:rsidRPr="00000000">
              <w:rPr>
                <w:rtl w:val="0"/>
              </w:rPr>
            </w:r>
          </w:p>
        </w:tc>
        <w:tc>
          <w:tcPr/>
          <w:p w:rsidR="00000000" w:rsidDel="00000000" w:rsidP="00000000" w:rsidRDefault="00000000" w:rsidRPr="00000000" w14:paraId="000002A6">
            <w:pPr>
              <w:jc w:val="center"/>
              <w:rPr/>
            </w:pPr>
            <w:r w:rsidDel="00000000" w:rsidR="00000000" w:rsidRPr="00000000">
              <w:rPr>
                <w:rtl w:val="0"/>
              </w:rPr>
            </w:r>
          </w:p>
        </w:tc>
        <w:tc>
          <w:tcPr/>
          <w:p w:rsidR="00000000" w:rsidDel="00000000" w:rsidP="00000000" w:rsidRDefault="00000000" w:rsidRPr="00000000" w14:paraId="000002A7">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2A8">
            <w:pPr>
              <w:jc w:val="center"/>
              <w:rPr/>
            </w:pPr>
            <w:r w:rsidDel="00000000" w:rsidR="00000000" w:rsidRPr="00000000">
              <w:rPr>
                <w:rtl w:val="0"/>
              </w:rPr>
              <w:t xml:space="preserve">7</w:t>
            </w:r>
          </w:p>
        </w:tc>
        <w:tc>
          <w:tcPr/>
          <w:p w:rsidR="00000000" w:rsidDel="00000000" w:rsidP="00000000" w:rsidRDefault="00000000" w:rsidRPr="00000000" w14:paraId="000002A9">
            <w:pPr>
              <w:rPr/>
            </w:pPr>
            <w:r w:rsidDel="00000000" w:rsidR="00000000" w:rsidRPr="00000000">
              <w:rPr>
                <w:rtl w:val="0"/>
              </w:rPr>
              <w:t xml:space="preserve">Livrare în raza Chișinăului</w:t>
            </w:r>
          </w:p>
        </w:tc>
        <w:tc>
          <w:tcPr/>
          <w:p w:rsidR="00000000" w:rsidDel="00000000" w:rsidP="00000000" w:rsidRDefault="00000000" w:rsidRPr="00000000" w14:paraId="000002AA">
            <w:pPr>
              <w:jc w:val="center"/>
              <w:rPr/>
            </w:pPr>
            <w:r w:rsidDel="00000000" w:rsidR="00000000" w:rsidRPr="00000000">
              <w:rPr>
                <w:rtl w:val="0"/>
              </w:rPr>
              <w:t xml:space="preserve">lei/km</w:t>
            </w:r>
          </w:p>
        </w:tc>
        <w:tc>
          <w:tcPr/>
          <w:p w:rsidR="00000000" w:rsidDel="00000000" w:rsidP="00000000" w:rsidRDefault="00000000" w:rsidRPr="00000000" w14:paraId="000002AB">
            <w:pPr>
              <w:jc w:val="center"/>
              <w:rPr/>
            </w:pPr>
            <w:r w:rsidDel="00000000" w:rsidR="00000000" w:rsidRPr="00000000">
              <w:rPr>
                <w:rtl w:val="0"/>
              </w:rPr>
            </w:r>
          </w:p>
        </w:tc>
        <w:tc>
          <w:tcPr/>
          <w:p w:rsidR="00000000" w:rsidDel="00000000" w:rsidP="00000000" w:rsidRDefault="00000000" w:rsidRPr="00000000" w14:paraId="000002AC">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2AD">
            <w:pPr>
              <w:jc w:val="center"/>
              <w:rPr/>
            </w:pPr>
            <w:r w:rsidDel="00000000" w:rsidR="00000000" w:rsidRPr="00000000">
              <w:rPr>
                <w:rtl w:val="0"/>
              </w:rPr>
              <w:t xml:space="preserve">8</w:t>
            </w:r>
          </w:p>
        </w:tc>
        <w:tc>
          <w:tcPr/>
          <w:p w:rsidR="00000000" w:rsidDel="00000000" w:rsidP="00000000" w:rsidRDefault="00000000" w:rsidRPr="00000000" w14:paraId="000002AE">
            <w:pPr>
              <w:rPr/>
            </w:pPr>
            <w:r w:rsidDel="00000000" w:rsidR="00000000" w:rsidRPr="00000000">
              <w:rPr>
                <w:rtl w:val="0"/>
              </w:rPr>
              <w:t xml:space="preserve">Livrare în afara Chișinăului </w:t>
            </w:r>
          </w:p>
        </w:tc>
        <w:tc>
          <w:tcPr/>
          <w:p w:rsidR="00000000" w:rsidDel="00000000" w:rsidP="00000000" w:rsidRDefault="00000000" w:rsidRPr="00000000" w14:paraId="000002AF">
            <w:pPr>
              <w:jc w:val="center"/>
              <w:rPr/>
            </w:pPr>
            <w:r w:rsidDel="00000000" w:rsidR="00000000" w:rsidRPr="00000000">
              <w:rPr>
                <w:rtl w:val="0"/>
              </w:rPr>
              <w:t xml:space="preserve">lei/km</w:t>
            </w:r>
          </w:p>
        </w:tc>
        <w:tc>
          <w:tcPr/>
          <w:p w:rsidR="00000000" w:rsidDel="00000000" w:rsidP="00000000" w:rsidRDefault="00000000" w:rsidRPr="00000000" w14:paraId="000002B0">
            <w:pPr>
              <w:jc w:val="center"/>
              <w:rPr/>
            </w:pPr>
            <w:r w:rsidDel="00000000" w:rsidR="00000000" w:rsidRPr="00000000">
              <w:rPr>
                <w:rtl w:val="0"/>
              </w:rPr>
            </w:r>
          </w:p>
        </w:tc>
        <w:tc>
          <w:tcPr/>
          <w:p w:rsidR="00000000" w:rsidDel="00000000" w:rsidP="00000000" w:rsidRDefault="00000000" w:rsidRPr="00000000" w14:paraId="000002B1">
            <w:pPr>
              <w:jc w:val="center"/>
              <w:rPr/>
            </w:pPr>
            <w:r w:rsidDel="00000000" w:rsidR="00000000" w:rsidRPr="00000000">
              <w:rPr>
                <w:rtl w:val="0"/>
              </w:rPr>
            </w:r>
          </w:p>
        </w:tc>
      </w:tr>
    </w:tbl>
    <w:p w:rsidR="00000000" w:rsidDel="00000000" w:rsidP="00000000" w:rsidRDefault="00000000" w:rsidRPr="00000000" w14:paraId="000002B2">
      <w:pPr>
        <w:spacing w:after="200" w:before="0" w:lineRule="auto"/>
        <w:jc w:val="both"/>
        <w:rPr/>
      </w:pPr>
      <w:r w:rsidDel="00000000" w:rsidR="00000000" w:rsidRPr="00000000">
        <w:rPr>
          <w:rtl w:val="0"/>
        </w:rPr>
      </w:r>
    </w:p>
    <w:p w:rsidR="00000000" w:rsidDel="00000000" w:rsidP="00000000" w:rsidRDefault="00000000" w:rsidRPr="00000000" w14:paraId="000002B3">
      <w:pPr>
        <w:spacing w:after="320" w:lineRule="auto"/>
        <w:jc w:val="both"/>
        <w:rPr/>
      </w:pPr>
      <w:r w:rsidDel="00000000" w:rsidR="00000000" w:rsidRPr="00000000">
        <w:rPr>
          <w:i w:val="1"/>
          <w:iCs w:val="1"/>
          <w:rtl w:val="0"/>
        </w:rPr>
        <w:t xml:space="preserve">Specificațiile de mai sus reprezintă cerințe tehnice minime; ofertanții pot propune produse cu parametri egali sau superiori.</w:t>
      </w:r>
      <w:r w:rsidDel="00000000" w:rsidR="00000000" w:rsidRPr="00000000">
        <w:rPr>
          <w:rtl w:val="0"/>
        </w:rPr>
      </w:r>
    </w:p>
    <w:p w:rsidR="00000000" w:rsidDel="00000000" w:rsidP="00000000" w:rsidRDefault="00000000" w:rsidRPr="00000000" w14:paraId="000002B4">
      <w:pPr>
        <w:spacing w:after="120" w:before="0" w:lineRule="auto"/>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LOT 5. Materiale textile și consumabile de croitorie</w:t>
      </w:r>
      <w:r w:rsidDel="00000000" w:rsidR="00000000" w:rsidRPr="00000000">
        <w:rPr>
          <w:rtl w:val="0"/>
        </w:rPr>
      </w:r>
    </w:p>
    <w:tbl>
      <w:tblPr>
        <w:tblStyle w:val="Table16"/>
        <w:tblW w:w="994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75"/>
        <w:gridCol w:w="3990"/>
        <w:gridCol w:w="1620"/>
        <w:gridCol w:w="1620"/>
        <w:gridCol w:w="1740"/>
        <w:tblGridChange w:id="0">
          <w:tblGrid>
            <w:gridCol w:w="975"/>
            <w:gridCol w:w="3990"/>
            <w:gridCol w:w="1620"/>
            <w:gridCol w:w="1620"/>
            <w:gridCol w:w="1740"/>
          </w:tblGrid>
        </w:tblGridChange>
      </w:tblGrid>
      <w:tr>
        <w:trPr>
          <w:cantSplit w:val="0"/>
          <w:tblHeader w:val="0"/>
        </w:trPr>
        <w:tc>
          <w:tcPr>
            <w:shd w:fill="f2f2f2" w:val="clear"/>
          </w:tcPr>
          <w:p w:rsidR="00000000" w:rsidDel="00000000" w:rsidP="00000000" w:rsidRDefault="00000000" w:rsidRPr="00000000" w14:paraId="000002B5">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Nr.</w:t>
              <w:br w:type="textWrapping"/>
              <w:t xml:space="preserve">crt.</w:t>
            </w:r>
            <w:r w:rsidDel="00000000" w:rsidR="00000000" w:rsidRPr="00000000">
              <w:rPr>
                <w:rtl w:val="0"/>
              </w:rPr>
            </w:r>
          </w:p>
        </w:tc>
        <w:tc>
          <w:tcPr>
            <w:shd w:fill="f2f2f2" w:val="clear"/>
          </w:tcPr>
          <w:p w:rsidR="00000000" w:rsidDel="00000000" w:rsidP="00000000" w:rsidRDefault="00000000" w:rsidRPr="00000000" w14:paraId="000002B6">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Descriere pachet</w:t>
            </w:r>
            <w:r w:rsidDel="00000000" w:rsidR="00000000" w:rsidRPr="00000000">
              <w:rPr>
                <w:rtl w:val="0"/>
              </w:rPr>
            </w:r>
          </w:p>
        </w:tc>
        <w:tc>
          <w:tcPr>
            <w:shd w:fill="f2f2f2" w:val="clear"/>
          </w:tcPr>
          <w:p w:rsidR="00000000" w:rsidDel="00000000" w:rsidP="00000000" w:rsidRDefault="00000000" w:rsidRPr="00000000" w14:paraId="000002B7">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Cant.</w:t>
              <w:br w:type="textWrapping"/>
              <w:t xml:space="preserve">(complet)</w:t>
            </w:r>
            <w:r w:rsidDel="00000000" w:rsidR="00000000" w:rsidRPr="00000000">
              <w:rPr>
                <w:rtl w:val="0"/>
              </w:rPr>
            </w:r>
          </w:p>
        </w:tc>
        <w:tc>
          <w:tcPr>
            <w:shd w:fill="f2f2f2" w:val="clear"/>
          </w:tcPr>
          <w:p w:rsidR="00000000" w:rsidDel="00000000" w:rsidP="00000000" w:rsidRDefault="00000000" w:rsidRPr="00000000" w14:paraId="000002B8">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unitar</w:t>
              <w:br w:type="textWrapping"/>
              <w:t xml:space="preserve">(compus din costurile directe și indirecte)</w:t>
              <w:br w:type="textWrapping"/>
              <w:t xml:space="preserve">(fără TVA) - MDL</w:t>
            </w:r>
            <w:r w:rsidDel="00000000" w:rsidR="00000000" w:rsidRPr="00000000">
              <w:rPr>
                <w:rtl w:val="0"/>
              </w:rPr>
            </w:r>
          </w:p>
        </w:tc>
        <w:tc>
          <w:tcPr>
            <w:shd w:fill="f2f2f2" w:val="clear"/>
          </w:tcPr>
          <w:p w:rsidR="00000000" w:rsidDel="00000000" w:rsidP="00000000" w:rsidRDefault="00000000" w:rsidRPr="00000000" w14:paraId="000002B9">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total la</w:t>
              <w:br w:type="textWrapping"/>
              <w:t xml:space="preserve">destinația finală</w:t>
              <w:br w:type="textWrapping"/>
              <w:t xml:space="preserve">(fără TVA) - MDL</w:t>
            </w:r>
            <w:r w:rsidDel="00000000" w:rsidR="00000000" w:rsidRPr="00000000">
              <w:rPr>
                <w:rtl w:val="0"/>
              </w:rPr>
            </w:r>
          </w:p>
        </w:tc>
      </w:tr>
      <w:tr>
        <w:trPr>
          <w:cantSplit w:val="0"/>
          <w:tblHeader w:val="0"/>
        </w:trPr>
        <w:tc>
          <w:tcPr/>
          <w:p w:rsidR="00000000" w:rsidDel="00000000" w:rsidP="00000000" w:rsidRDefault="00000000" w:rsidRPr="00000000" w14:paraId="000002BA">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1</w:t>
            </w:r>
            <w:r w:rsidDel="00000000" w:rsidR="00000000" w:rsidRPr="00000000">
              <w:rPr>
                <w:rtl w:val="0"/>
              </w:rPr>
            </w:r>
          </w:p>
        </w:tc>
        <w:tc>
          <w:tcPr/>
          <w:p w:rsidR="00000000" w:rsidDel="00000000" w:rsidP="00000000" w:rsidRDefault="00000000" w:rsidRPr="00000000" w14:paraId="000002BB">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2</w:t>
            </w:r>
            <w:r w:rsidDel="00000000" w:rsidR="00000000" w:rsidRPr="00000000">
              <w:rPr>
                <w:rtl w:val="0"/>
              </w:rPr>
            </w:r>
          </w:p>
        </w:tc>
        <w:tc>
          <w:tcPr/>
          <w:p w:rsidR="00000000" w:rsidDel="00000000" w:rsidP="00000000" w:rsidRDefault="00000000" w:rsidRPr="00000000" w14:paraId="000002BC">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3</w:t>
            </w:r>
            <w:r w:rsidDel="00000000" w:rsidR="00000000" w:rsidRPr="00000000">
              <w:rPr>
                <w:rtl w:val="0"/>
              </w:rPr>
            </w:r>
          </w:p>
        </w:tc>
        <w:tc>
          <w:tcPr/>
          <w:p w:rsidR="00000000" w:rsidDel="00000000" w:rsidP="00000000" w:rsidRDefault="00000000" w:rsidRPr="00000000" w14:paraId="000002BD">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4</w:t>
            </w:r>
            <w:r w:rsidDel="00000000" w:rsidR="00000000" w:rsidRPr="00000000">
              <w:rPr>
                <w:rtl w:val="0"/>
              </w:rPr>
            </w:r>
          </w:p>
        </w:tc>
        <w:tc>
          <w:tcPr/>
          <w:p w:rsidR="00000000" w:rsidDel="00000000" w:rsidP="00000000" w:rsidRDefault="00000000" w:rsidRPr="00000000" w14:paraId="000002BE">
            <w:pPr>
              <w:jc w:val="left"/>
              <w:rPr/>
            </w:pPr>
            <w:r w:rsidDel="00000000" w:rsidR="00000000" w:rsidRPr="00000000">
              <w:rPr>
                <w:b w:val="1"/>
                <w:bCs w:val="1"/>
                <w:rtl w:val="0"/>
              </w:rPr>
              <w:t xml:space="preserve">5=3x4</w:t>
            </w:r>
            <w:r w:rsidDel="00000000" w:rsidR="00000000" w:rsidRPr="00000000">
              <w:rPr>
                <w:rtl w:val="0"/>
              </w:rPr>
            </w:r>
          </w:p>
        </w:tc>
      </w:tr>
      <w:tr>
        <w:trPr>
          <w:cantSplit w:val="0"/>
          <w:tblHeader w:val="0"/>
        </w:trPr>
        <w:tc>
          <w:tcPr/>
          <w:p w:rsidR="00000000" w:rsidDel="00000000" w:rsidP="00000000" w:rsidRDefault="00000000" w:rsidRPr="00000000" w14:paraId="000002BF">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c>
          <w:tcPr/>
          <w:p w:rsidR="00000000" w:rsidDel="00000000" w:rsidP="00000000" w:rsidRDefault="00000000" w:rsidRPr="00000000" w14:paraId="000002C0">
            <w:pPr>
              <w:rPr/>
            </w:pPr>
            <w:r w:rsidDel="00000000" w:rsidR="00000000" w:rsidRPr="00000000">
              <w:rPr>
                <w:rtl w:val="0"/>
              </w:rPr>
            </w:r>
          </w:p>
          <w:p w:rsidR="00000000" w:rsidDel="00000000" w:rsidP="00000000" w:rsidRDefault="00000000" w:rsidRPr="00000000" w14:paraId="000002C1">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Țesătură/material textil, tip ranforsat, alb</w:t>
            </w:r>
            <w:r w:rsidDel="00000000" w:rsidR="00000000" w:rsidRPr="00000000">
              <w:rPr>
                <w:rtl w:val="0"/>
              </w:rPr>
            </w:r>
          </w:p>
          <w:p w:rsidR="00000000" w:rsidDel="00000000" w:rsidP="00000000" w:rsidRDefault="00000000" w:rsidRPr="00000000" w14:paraId="000002C2">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2C3">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Material textil din bumbac sau amestec;</w:t>
            </w:r>
            <w:r w:rsidDel="00000000" w:rsidR="00000000" w:rsidRPr="00000000">
              <w:rPr>
                <w:rtl w:val="0"/>
              </w:rPr>
            </w:r>
          </w:p>
          <w:p w:rsidR="00000000" w:rsidDel="00000000" w:rsidP="00000000" w:rsidRDefault="00000000" w:rsidRPr="00000000" w14:paraId="000002C4">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țesătură tip ranforsată;</w:t>
            </w:r>
            <w:r w:rsidDel="00000000" w:rsidR="00000000" w:rsidRPr="00000000">
              <w:rPr>
                <w:rtl w:val="0"/>
              </w:rPr>
            </w:r>
          </w:p>
          <w:p w:rsidR="00000000" w:rsidDel="00000000" w:rsidP="00000000" w:rsidRDefault="00000000" w:rsidRPr="00000000" w14:paraId="000002C5">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livrat la metraj;</w:t>
            </w:r>
            <w:r w:rsidDel="00000000" w:rsidR="00000000" w:rsidRPr="00000000">
              <w:rPr>
                <w:rtl w:val="0"/>
              </w:rPr>
            </w:r>
          </w:p>
          <w:p w:rsidR="00000000" w:rsidDel="00000000" w:rsidP="00000000" w:rsidRDefault="00000000" w:rsidRPr="00000000" w14:paraId="000002C6">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fără defecte de țesătură.</w:t>
            </w:r>
            <w:r w:rsidDel="00000000" w:rsidR="00000000" w:rsidRPr="00000000">
              <w:rPr>
                <w:rtl w:val="0"/>
              </w:rPr>
            </w:r>
          </w:p>
          <w:p w:rsidR="00000000" w:rsidDel="00000000" w:rsidP="00000000" w:rsidRDefault="00000000" w:rsidRPr="00000000" w14:paraId="000002C7">
            <w:pPr>
              <w:rPr/>
            </w:pPr>
            <w:r w:rsidDel="00000000" w:rsidR="00000000" w:rsidRPr="00000000">
              <w:rPr>
                <w:rtl w:val="0"/>
              </w:rPr>
            </w:r>
          </w:p>
        </w:tc>
        <w:tc>
          <w:tcPr/>
          <w:p w:rsidR="00000000" w:rsidDel="00000000" w:rsidP="00000000" w:rsidRDefault="00000000" w:rsidRPr="00000000" w14:paraId="000002C8">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25</w:t>
              <w:br w:type="textWrapping"/>
              <w:t xml:space="preserve">m</w:t>
            </w:r>
            <w:r w:rsidDel="00000000" w:rsidR="00000000" w:rsidRPr="00000000">
              <w:rPr>
                <w:rtl w:val="0"/>
              </w:rPr>
            </w:r>
          </w:p>
        </w:tc>
        <w:tc>
          <w:tcPr/>
          <w:p w:rsidR="00000000" w:rsidDel="00000000" w:rsidP="00000000" w:rsidRDefault="00000000" w:rsidRPr="00000000" w14:paraId="000002C9">
            <w:pPr>
              <w:jc w:val="center"/>
              <w:rPr/>
            </w:pPr>
            <w:r w:rsidDel="00000000" w:rsidR="00000000" w:rsidRPr="00000000">
              <w:rPr>
                <w:rtl w:val="0"/>
              </w:rPr>
            </w:r>
          </w:p>
        </w:tc>
        <w:tc>
          <w:tcPr/>
          <w:p w:rsidR="00000000" w:rsidDel="00000000" w:rsidP="00000000" w:rsidRDefault="00000000" w:rsidRPr="00000000" w14:paraId="000002CA">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2CB">
            <w:pPr>
              <w:jc w:val="center"/>
              <w:rPr/>
            </w:pPr>
            <w:r w:rsidDel="00000000" w:rsidR="00000000" w:rsidRPr="00000000">
              <w:rPr>
                <w:rtl w:val="0"/>
              </w:rPr>
              <w:t xml:space="preserve">2</w:t>
            </w:r>
          </w:p>
        </w:tc>
        <w:tc>
          <w:tcPr/>
          <w:p w:rsidR="00000000" w:rsidDel="00000000" w:rsidP="00000000" w:rsidRDefault="00000000" w:rsidRPr="00000000" w14:paraId="000002CC">
            <w:pPr>
              <w:rPr/>
            </w:pPr>
            <w:r w:rsidDel="00000000" w:rsidR="00000000" w:rsidRPr="00000000">
              <w:rPr>
                <w:rtl w:val="0"/>
              </w:rPr>
            </w:r>
          </w:p>
          <w:p w:rsidR="00000000" w:rsidDel="00000000" w:rsidP="00000000" w:rsidRDefault="00000000" w:rsidRPr="00000000" w14:paraId="000002CD">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Țesătură/material textil, tip ranforsat, albastru deschis</w:t>
            </w:r>
            <w:r w:rsidDel="00000000" w:rsidR="00000000" w:rsidRPr="00000000">
              <w:rPr>
                <w:rtl w:val="0"/>
              </w:rPr>
            </w:r>
          </w:p>
          <w:p w:rsidR="00000000" w:rsidDel="00000000" w:rsidP="00000000" w:rsidRDefault="00000000" w:rsidRPr="00000000" w14:paraId="000002CE">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2CF">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Material textil din bumbac sau amestec;</w:t>
            </w:r>
            <w:r w:rsidDel="00000000" w:rsidR="00000000" w:rsidRPr="00000000">
              <w:rPr>
                <w:rtl w:val="0"/>
              </w:rPr>
            </w:r>
          </w:p>
          <w:p w:rsidR="00000000" w:rsidDel="00000000" w:rsidP="00000000" w:rsidRDefault="00000000" w:rsidRPr="00000000" w14:paraId="000002D0">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țesătură tip ranforsată;</w:t>
            </w:r>
            <w:r w:rsidDel="00000000" w:rsidR="00000000" w:rsidRPr="00000000">
              <w:rPr>
                <w:rtl w:val="0"/>
              </w:rPr>
            </w:r>
          </w:p>
          <w:p w:rsidR="00000000" w:rsidDel="00000000" w:rsidP="00000000" w:rsidRDefault="00000000" w:rsidRPr="00000000" w14:paraId="000002D1">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livrat la metraj;</w:t>
            </w:r>
            <w:r w:rsidDel="00000000" w:rsidR="00000000" w:rsidRPr="00000000">
              <w:rPr>
                <w:rtl w:val="0"/>
              </w:rPr>
            </w:r>
          </w:p>
          <w:p w:rsidR="00000000" w:rsidDel="00000000" w:rsidP="00000000" w:rsidRDefault="00000000" w:rsidRPr="00000000" w14:paraId="000002D2">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fără defecte de țesătură.</w:t>
            </w:r>
            <w:r w:rsidDel="00000000" w:rsidR="00000000" w:rsidRPr="00000000">
              <w:rPr>
                <w:rtl w:val="0"/>
              </w:rPr>
            </w:r>
          </w:p>
          <w:p w:rsidR="00000000" w:rsidDel="00000000" w:rsidP="00000000" w:rsidRDefault="00000000" w:rsidRPr="00000000" w14:paraId="000002D3">
            <w:pPr>
              <w:rPr/>
            </w:pPr>
            <w:r w:rsidDel="00000000" w:rsidR="00000000" w:rsidRPr="00000000">
              <w:rPr>
                <w:rtl w:val="0"/>
              </w:rPr>
            </w:r>
          </w:p>
        </w:tc>
        <w:tc>
          <w:tcPr/>
          <w:p w:rsidR="00000000" w:rsidDel="00000000" w:rsidP="00000000" w:rsidRDefault="00000000" w:rsidRPr="00000000" w14:paraId="000002D4">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25</w:t>
              <w:br w:type="textWrapping"/>
              <w:t xml:space="preserve">m</w:t>
            </w:r>
            <w:r w:rsidDel="00000000" w:rsidR="00000000" w:rsidRPr="00000000">
              <w:rPr>
                <w:rtl w:val="0"/>
              </w:rPr>
            </w:r>
          </w:p>
        </w:tc>
        <w:tc>
          <w:tcPr/>
          <w:p w:rsidR="00000000" w:rsidDel="00000000" w:rsidP="00000000" w:rsidRDefault="00000000" w:rsidRPr="00000000" w14:paraId="000002D5">
            <w:pPr>
              <w:jc w:val="center"/>
              <w:rPr/>
            </w:pPr>
            <w:r w:rsidDel="00000000" w:rsidR="00000000" w:rsidRPr="00000000">
              <w:rPr>
                <w:rtl w:val="0"/>
              </w:rPr>
            </w:r>
          </w:p>
        </w:tc>
        <w:tc>
          <w:tcPr/>
          <w:p w:rsidR="00000000" w:rsidDel="00000000" w:rsidP="00000000" w:rsidRDefault="00000000" w:rsidRPr="00000000" w14:paraId="000002D6">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2D7">
            <w:pPr>
              <w:jc w:val="center"/>
              <w:rPr/>
            </w:pPr>
            <w:r w:rsidDel="00000000" w:rsidR="00000000" w:rsidRPr="00000000">
              <w:rPr>
                <w:rtl w:val="0"/>
              </w:rPr>
              <w:t xml:space="preserve">3</w:t>
            </w:r>
          </w:p>
        </w:tc>
        <w:tc>
          <w:tcPr/>
          <w:p w:rsidR="00000000" w:rsidDel="00000000" w:rsidP="00000000" w:rsidRDefault="00000000" w:rsidRPr="00000000" w14:paraId="000002D8">
            <w:pPr>
              <w:rPr/>
            </w:pPr>
            <w:r w:rsidDel="00000000" w:rsidR="00000000" w:rsidRPr="00000000">
              <w:rPr>
                <w:rtl w:val="0"/>
              </w:rPr>
            </w:r>
          </w:p>
          <w:p w:rsidR="00000000" w:rsidDel="00000000" w:rsidP="00000000" w:rsidRDefault="00000000" w:rsidRPr="00000000" w14:paraId="000002D9">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Țesătură/material textil impermeabilă (tip duck), diverse culori</w:t>
            </w:r>
            <w:r w:rsidDel="00000000" w:rsidR="00000000" w:rsidRPr="00000000">
              <w:rPr>
                <w:rtl w:val="0"/>
              </w:rPr>
            </w:r>
          </w:p>
          <w:p w:rsidR="00000000" w:rsidDel="00000000" w:rsidP="00000000" w:rsidRDefault="00000000" w:rsidRPr="00000000" w14:paraId="000002DA">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2DB">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Material textil din bumbac rezistent la apă;</w:t>
            </w:r>
            <w:r w:rsidDel="00000000" w:rsidR="00000000" w:rsidRPr="00000000">
              <w:rPr>
                <w:rtl w:val="0"/>
              </w:rPr>
            </w:r>
          </w:p>
          <w:p w:rsidR="00000000" w:rsidDel="00000000" w:rsidP="00000000" w:rsidRDefault="00000000" w:rsidRPr="00000000" w14:paraId="000002DC">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țesătură tip duck;</w:t>
            </w:r>
            <w:r w:rsidDel="00000000" w:rsidR="00000000" w:rsidRPr="00000000">
              <w:rPr>
                <w:rtl w:val="0"/>
              </w:rPr>
            </w:r>
          </w:p>
          <w:p w:rsidR="00000000" w:rsidDel="00000000" w:rsidP="00000000" w:rsidRDefault="00000000" w:rsidRPr="00000000" w14:paraId="000002DD">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livrat la metraj, diverse culori;</w:t>
            </w:r>
            <w:r w:rsidDel="00000000" w:rsidR="00000000" w:rsidRPr="00000000">
              <w:rPr>
                <w:rtl w:val="0"/>
              </w:rPr>
            </w:r>
          </w:p>
          <w:p w:rsidR="00000000" w:rsidDel="00000000" w:rsidP="00000000" w:rsidRDefault="00000000" w:rsidRPr="00000000" w14:paraId="000002DE">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fără defecte de țesătură.</w:t>
            </w:r>
            <w:r w:rsidDel="00000000" w:rsidR="00000000" w:rsidRPr="00000000">
              <w:rPr>
                <w:rtl w:val="0"/>
              </w:rPr>
            </w:r>
          </w:p>
          <w:p w:rsidR="00000000" w:rsidDel="00000000" w:rsidP="00000000" w:rsidRDefault="00000000" w:rsidRPr="00000000" w14:paraId="000002DF">
            <w:pPr>
              <w:rPr/>
            </w:pPr>
            <w:r w:rsidDel="00000000" w:rsidR="00000000" w:rsidRPr="00000000">
              <w:rPr>
                <w:rtl w:val="0"/>
              </w:rPr>
            </w:r>
          </w:p>
        </w:tc>
        <w:tc>
          <w:tcPr/>
          <w:p w:rsidR="00000000" w:rsidDel="00000000" w:rsidP="00000000" w:rsidRDefault="00000000" w:rsidRPr="00000000" w14:paraId="000002E0">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21</w:t>
              <w:br w:type="textWrapping"/>
              <w:t xml:space="preserve">m</w:t>
            </w:r>
            <w:r w:rsidDel="00000000" w:rsidR="00000000" w:rsidRPr="00000000">
              <w:rPr>
                <w:rtl w:val="0"/>
              </w:rPr>
            </w:r>
          </w:p>
        </w:tc>
        <w:tc>
          <w:tcPr/>
          <w:p w:rsidR="00000000" w:rsidDel="00000000" w:rsidP="00000000" w:rsidRDefault="00000000" w:rsidRPr="00000000" w14:paraId="000002E1">
            <w:pPr>
              <w:jc w:val="center"/>
              <w:rPr/>
            </w:pPr>
            <w:r w:rsidDel="00000000" w:rsidR="00000000" w:rsidRPr="00000000">
              <w:rPr>
                <w:rtl w:val="0"/>
              </w:rPr>
            </w:r>
          </w:p>
        </w:tc>
        <w:tc>
          <w:tcPr/>
          <w:p w:rsidR="00000000" w:rsidDel="00000000" w:rsidP="00000000" w:rsidRDefault="00000000" w:rsidRPr="00000000" w14:paraId="000002E2">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2E3">
            <w:pPr>
              <w:jc w:val="center"/>
              <w:rPr/>
            </w:pPr>
            <w:r w:rsidDel="00000000" w:rsidR="00000000" w:rsidRPr="00000000">
              <w:rPr>
                <w:rtl w:val="0"/>
              </w:rPr>
              <w:t xml:space="preserve">4</w:t>
            </w:r>
          </w:p>
        </w:tc>
        <w:tc>
          <w:tcPr/>
          <w:p w:rsidR="00000000" w:rsidDel="00000000" w:rsidP="00000000" w:rsidRDefault="00000000" w:rsidRPr="00000000" w14:paraId="000002E4">
            <w:pPr>
              <w:rPr/>
            </w:pPr>
            <w:r w:rsidDel="00000000" w:rsidR="00000000" w:rsidRPr="00000000">
              <w:rPr>
                <w:rtl w:val="0"/>
              </w:rPr>
            </w:r>
          </w:p>
          <w:p w:rsidR="00000000" w:rsidDel="00000000" w:rsidP="00000000" w:rsidRDefault="00000000" w:rsidRPr="00000000" w14:paraId="000002E5">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Ață de cusut, diverse culori</w:t>
            </w:r>
            <w:r w:rsidDel="00000000" w:rsidR="00000000" w:rsidRPr="00000000">
              <w:rPr>
                <w:rtl w:val="0"/>
              </w:rPr>
            </w:r>
          </w:p>
          <w:p w:rsidR="00000000" w:rsidDel="00000000" w:rsidP="00000000" w:rsidRDefault="00000000" w:rsidRPr="00000000" w14:paraId="000002E6">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2E7">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Fire rezistente la tracțiune;</w:t>
            </w:r>
            <w:r w:rsidDel="00000000" w:rsidR="00000000" w:rsidRPr="00000000">
              <w:rPr>
                <w:rtl w:val="0"/>
              </w:rPr>
            </w:r>
          </w:p>
          <w:p w:rsidR="00000000" w:rsidDel="00000000" w:rsidP="00000000" w:rsidRDefault="00000000" w:rsidRPr="00000000" w14:paraId="000002E8">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compatibile cu mașinile industriale de cusut;</w:t>
            </w:r>
            <w:r w:rsidDel="00000000" w:rsidR="00000000" w:rsidRPr="00000000">
              <w:rPr>
                <w:rtl w:val="0"/>
              </w:rPr>
            </w:r>
          </w:p>
          <w:p w:rsidR="00000000" w:rsidDel="00000000" w:rsidP="00000000" w:rsidRDefault="00000000" w:rsidRPr="00000000" w14:paraId="000002E9">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diverse culori.</w:t>
            </w:r>
            <w:r w:rsidDel="00000000" w:rsidR="00000000" w:rsidRPr="00000000">
              <w:rPr>
                <w:rtl w:val="0"/>
              </w:rPr>
            </w:r>
          </w:p>
          <w:p w:rsidR="00000000" w:rsidDel="00000000" w:rsidP="00000000" w:rsidRDefault="00000000" w:rsidRPr="00000000" w14:paraId="000002EA">
            <w:pPr>
              <w:rPr/>
            </w:pPr>
            <w:r w:rsidDel="00000000" w:rsidR="00000000" w:rsidRPr="00000000">
              <w:rPr>
                <w:rtl w:val="0"/>
              </w:rPr>
            </w:r>
          </w:p>
        </w:tc>
        <w:tc>
          <w:tcPr/>
          <w:p w:rsidR="00000000" w:rsidDel="00000000" w:rsidP="00000000" w:rsidRDefault="00000000" w:rsidRPr="00000000" w14:paraId="000002EB">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12</w:t>
              <w:br w:type="textWrapping"/>
              <w:t xml:space="preserve">buc.</w:t>
            </w:r>
            <w:r w:rsidDel="00000000" w:rsidR="00000000" w:rsidRPr="00000000">
              <w:rPr>
                <w:rtl w:val="0"/>
              </w:rPr>
            </w:r>
          </w:p>
        </w:tc>
        <w:tc>
          <w:tcPr/>
          <w:p w:rsidR="00000000" w:rsidDel="00000000" w:rsidP="00000000" w:rsidRDefault="00000000" w:rsidRPr="00000000" w14:paraId="000002EC">
            <w:pPr>
              <w:jc w:val="center"/>
              <w:rPr/>
            </w:pPr>
            <w:r w:rsidDel="00000000" w:rsidR="00000000" w:rsidRPr="00000000">
              <w:rPr>
                <w:rtl w:val="0"/>
              </w:rPr>
            </w:r>
          </w:p>
        </w:tc>
        <w:tc>
          <w:tcPr/>
          <w:p w:rsidR="00000000" w:rsidDel="00000000" w:rsidP="00000000" w:rsidRDefault="00000000" w:rsidRPr="00000000" w14:paraId="000002ED">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2EE">
            <w:pPr>
              <w:jc w:val="center"/>
              <w:rPr/>
            </w:pPr>
            <w:r w:rsidDel="00000000" w:rsidR="00000000" w:rsidRPr="00000000">
              <w:rPr>
                <w:rtl w:val="0"/>
              </w:rPr>
              <w:t xml:space="preserve">5</w:t>
            </w:r>
          </w:p>
        </w:tc>
        <w:tc>
          <w:tcPr/>
          <w:p w:rsidR="00000000" w:rsidDel="00000000" w:rsidP="00000000" w:rsidRDefault="00000000" w:rsidRPr="00000000" w14:paraId="000002EF">
            <w:pPr>
              <w:rPr/>
            </w:pPr>
            <w:r w:rsidDel="00000000" w:rsidR="00000000" w:rsidRPr="00000000">
              <w:rPr>
                <w:rtl w:val="0"/>
              </w:rPr>
            </w:r>
          </w:p>
          <w:p w:rsidR="00000000" w:rsidDel="00000000" w:rsidP="00000000" w:rsidRDefault="00000000" w:rsidRPr="00000000" w14:paraId="000002F0">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Ață pentru overlock</w:t>
            </w:r>
            <w:r w:rsidDel="00000000" w:rsidR="00000000" w:rsidRPr="00000000">
              <w:rPr>
                <w:rtl w:val="0"/>
              </w:rPr>
            </w:r>
          </w:p>
          <w:p w:rsidR="00000000" w:rsidDel="00000000" w:rsidP="00000000" w:rsidRDefault="00000000" w:rsidRPr="00000000" w14:paraId="000002F1">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2F2">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Fire rezistente la tracțiune, tip conic (cone), pentru mașini de overlock;</w:t>
            </w:r>
            <w:r w:rsidDel="00000000" w:rsidR="00000000" w:rsidRPr="00000000">
              <w:rPr>
                <w:rtl w:val="0"/>
              </w:rPr>
            </w:r>
          </w:p>
          <w:p w:rsidR="00000000" w:rsidDel="00000000" w:rsidP="00000000" w:rsidRDefault="00000000" w:rsidRPr="00000000" w14:paraId="000002F3">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compatibile cu mașinile industriale de overlock;</w:t>
            </w:r>
            <w:r w:rsidDel="00000000" w:rsidR="00000000" w:rsidRPr="00000000">
              <w:rPr>
                <w:rtl w:val="0"/>
              </w:rPr>
            </w:r>
          </w:p>
          <w:p w:rsidR="00000000" w:rsidDel="00000000" w:rsidP="00000000" w:rsidRDefault="00000000" w:rsidRPr="00000000" w14:paraId="000002F4">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diverse culori.</w:t>
            </w:r>
            <w:r w:rsidDel="00000000" w:rsidR="00000000" w:rsidRPr="00000000">
              <w:rPr>
                <w:rtl w:val="0"/>
              </w:rPr>
            </w:r>
          </w:p>
          <w:p w:rsidR="00000000" w:rsidDel="00000000" w:rsidP="00000000" w:rsidRDefault="00000000" w:rsidRPr="00000000" w14:paraId="000002F5">
            <w:pPr>
              <w:rPr/>
            </w:pPr>
            <w:r w:rsidDel="00000000" w:rsidR="00000000" w:rsidRPr="00000000">
              <w:rPr>
                <w:rtl w:val="0"/>
              </w:rPr>
            </w:r>
          </w:p>
        </w:tc>
        <w:tc>
          <w:tcPr/>
          <w:p w:rsidR="00000000" w:rsidDel="00000000" w:rsidP="00000000" w:rsidRDefault="00000000" w:rsidRPr="00000000" w14:paraId="000002F6">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13–14</w:t>
              <w:br w:type="textWrapping"/>
              <w:t xml:space="preserve">buc.</w:t>
            </w:r>
            <w:r w:rsidDel="00000000" w:rsidR="00000000" w:rsidRPr="00000000">
              <w:rPr>
                <w:rtl w:val="0"/>
              </w:rPr>
            </w:r>
          </w:p>
        </w:tc>
        <w:tc>
          <w:tcPr/>
          <w:p w:rsidR="00000000" w:rsidDel="00000000" w:rsidP="00000000" w:rsidRDefault="00000000" w:rsidRPr="00000000" w14:paraId="000002F7">
            <w:pPr>
              <w:jc w:val="center"/>
              <w:rPr/>
            </w:pPr>
            <w:r w:rsidDel="00000000" w:rsidR="00000000" w:rsidRPr="00000000">
              <w:rPr>
                <w:rtl w:val="0"/>
              </w:rPr>
            </w:r>
          </w:p>
        </w:tc>
        <w:tc>
          <w:tcPr/>
          <w:p w:rsidR="00000000" w:rsidDel="00000000" w:rsidP="00000000" w:rsidRDefault="00000000" w:rsidRPr="00000000" w14:paraId="000002F8">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2F9">
            <w:pPr>
              <w:jc w:val="center"/>
              <w:rPr/>
            </w:pPr>
            <w:r w:rsidDel="00000000" w:rsidR="00000000" w:rsidRPr="00000000">
              <w:rPr>
                <w:rtl w:val="0"/>
              </w:rPr>
              <w:t xml:space="preserve">6</w:t>
            </w:r>
          </w:p>
        </w:tc>
        <w:tc>
          <w:tcPr/>
          <w:p w:rsidR="00000000" w:rsidDel="00000000" w:rsidP="00000000" w:rsidRDefault="00000000" w:rsidRPr="00000000" w14:paraId="000002FA">
            <w:pPr>
              <w:rPr/>
            </w:pPr>
            <w:r w:rsidDel="00000000" w:rsidR="00000000" w:rsidRPr="00000000">
              <w:rPr>
                <w:rtl w:val="0"/>
              </w:rPr>
            </w:r>
          </w:p>
          <w:p w:rsidR="00000000" w:rsidDel="00000000" w:rsidP="00000000" w:rsidRDefault="00000000" w:rsidRPr="00000000" w14:paraId="000002FB">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Ață de cusut, tip poliester, diverse culori</w:t>
            </w:r>
            <w:r w:rsidDel="00000000" w:rsidR="00000000" w:rsidRPr="00000000">
              <w:rPr>
                <w:rtl w:val="0"/>
              </w:rPr>
            </w:r>
          </w:p>
          <w:p w:rsidR="00000000" w:rsidDel="00000000" w:rsidP="00000000" w:rsidRDefault="00000000" w:rsidRPr="00000000" w14:paraId="000002FC">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2FD">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Fire din poliester, rezistente la tracțiune și uzură;</w:t>
            </w:r>
            <w:r w:rsidDel="00000000" w:rsidR="00000000" w:rsidRPr="00000000">
              <w:rPr>
                <w:rtl w:val="0"/>
              </w:rPr>
            </w:r>
          </w:p>
          <w:p w:rsidR="00000000" w:rsidDel="00000000" w:rsidP="00000000" w:rsidRDefault="00000000" w:rsidRPr="00000000" w14:paraId="000002FE">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compatibile cu mașinile industriale de cusut;</w:t>
            </w:r>
            <w:r w:rsidDel="00000000" w:rsidR="00000000" w:rsidRPr="00000000">
              <w:rPr>
                <w:rtl w:val="0"/>
              </w:rPr>
            </w:r>
          </w:p>
          <w:p w:rsidR="00000000" w:rsidDel="00000000" w:rsidP="00000000" w:rsidRDefault="00000000" w:rsidRPr="00000000" w14:paraId="000002FF">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diverse culori.</w:t>
            </w:r>
            <w:r w:rsidDel="00000000" w:rsidR="00000000" w:rsidRPr="00000000">
              <w:rPr>
                <w:rtl w:val="0"/>
              </w:rPr>
            </w:r>
          </w:p>
          <w:p w:rsidR="00000000" w:rsidDel="00000000" w:rsidP="00000000" w:rsidRDefault="00000000" w:rsidRPr="00000000" w14:paraId="00000300">
            <w:pPr>
              <w:rPr/>
            </w:pPr>
            <w:r w:rsidDel="00000000" w:rsidR="00000000" w:rsidRPr="00000000">
              <w:rPr>
                <w:rtl w:val="0"/>
              </w:rPr>
            </w:r>
          </w:p>
        </w:tc>
        <w:tc>
          <w:tcPr/>
          <w:p w:rsidR="00000000" w:rsidDel="00000000" w:rsidP="00000000" w:rsidRDefault="00000000" w:rsidRPr="00000000" w14:paraId="00000301">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13</w:t>
              <w:br w:type="textWrapping"/>
              <w:t xml:space="preserve">buc.</w:t>
            </w:r>
            <w:r w:rsidDel="00000000" w:rsidR="00000000" w:rsidRPr="00000000">
              <w:rPr>
                <w:rtl w:val="0"/>
              </w:rPr>
            </w:r>
          </w:p>
        </w:tc>
        <w:tc>
          <w:tcPr/>
          <w:p w:rsidR="00000000" w:rsidDel="00000000" w:rsidP="00000000" w:rsidRDefault="00000000" w:rsidRPr="00000000" w14:paraId="00000302">
            <w:pPr>
              <w:jc w:val="center"/>
              <w:rPr/>
            </w:pPr>
            <w:r w:rsidDel="00000000" w:rsidR="00000000" w:rsidRPr="00000000">
              <w:rPr>
                <w:rtl w:val="0"/>
              </w:rPr>
            </w:r>
          </w:p>
        </w:tc>
        <w:tc>
          <w:tcPr/>
          <w:p w:rsidR="00000000" w:rsidDel="00000000" w:rsidP="00000000" w:rsidRDefault="00000000" w:rsidRPr="00000000" w14:paraId="00000303">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304">
            <w:pPr>
              <w:jc w:val="center"/>
              <w:rPr/>
            </w:pPr>
            <w:r w:rsidDel="00000000" w:rsidR="00000000" w:rsidRPr="00000000">
              <w:rPr>
                <w:rtl w:val="0"/>
              </w:rPr>
              <w:t xml:space="preserve">7</w:t>
            </w:r>
          </w:p>
        </w:tc>
        <w:tc>
          <w:tcPr/>
          <w:p w:rsidR="00000000" w:rsidDel="00000000" w:rsidP="00000000" w:rsidRDefault="00000000" w:rsidRPr="00000000" w14:paraId="00000305">
            <w:pPr>
              <w:rPr/>
            </w:pPr>
            <w:r w:rsidDel="00000000" w:rsidR="00000000" w:rsidRPr="00000000">
              <w:rPr>
                <w:rtl w:val="0"/>
              </w:rPr>
            </w:r>
          </w:p>
          <w:p w:rsidR="00000000" w:rsidDel="00000000" w:rsidP="00000000" w:rsidRDefault="00000000" w:rsidRPr="00000000" w14:paraId="00000306">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Material textil pentru producere (jucării/articole textile)</w:t>
            </w:r>
            <w:r w:rsidDel="00000000" w:rsidR="00000000" w:rsidRPr="00000000">
              <w:rPr>
                <w:rtl w:val="0"/>
              </w:rPr>
            </w:r>
          </w:p>
          <w:p w:rsidR="00000000" w:rsidDel="00000000" w:rsidP="00000000" w:rsidRDefault="00000000" w:rsidRPr="00000000" w14:paraId="00000307">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308">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Material textil rezistent;</w:t>
            </w:r>
            <w:r w:rsidDel="00000000" w:rsidR="00000000" w:rsidRPr="00000000">
              <w:rPr>
                <w:rtl w:val="0"/>
              </w:rPr>
            </w:r>
          </w:p>
          <w:p w:rsidR="00000000" w:rsidDel="00000000" w:rsidP="00000000" w:rsidRDefault="00000000" w:rsidRPr="00000000" w14:paraId="00000309">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adaptat confecționării de articole/jucării textile;</w:t>
            </w:r>
            <w:r w:rsidDel="00000000" w:rsidR="00000000" w:rsidRPr="00000000">
              <w:rPr>
                <w:rtl w:val="0"/>
              </w:rPr>
            </w:r>
          </w:p>
          <w:p w:rsidR="00000000" w:rsidDel="00000000" w:rsidP="00000000" w:rsidRDefault="00000000" w:rsidRPr="00000000" w14:paraId="0000030A">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netoxic, lavabil.</w:t>
            </w:r>
            <w:r w:rsidDel="00000000" w:rsidR="00000000" w:rsidRPr="00000000">
              <w:rPr>
                <w:rtl w:val="0"/>
              </w:rPr>
            </w:r>
          </w:p>
          <w:p w:rsidR="00000000" w:rsidDel="00000000" w:rsidP="00000000" w:rsidRDefault="00000000" w:rsidRPr="00000000" w14:paraId="0000030B">
            <w:pPr>
              <w:rPr/>
            </w:pPr>
            <w:r w:rsidDel="00000000" w:rsidR="00000000" w:rsidRPr="00000000">
              <w:rPr>
                <w:rtl w:val="0"/>
              </w:rPr>
            </w:r>
          </w:p>
        </w:tc>
        <w:tc>
          <w:tcPr/>
          <w:p w:rsidR="00000000" w:rsidDel="00000000" w:rsidP="00000000" w:rsidRDefault="00000000" w:rsidRPr="00000000" w14:paraId="0000030C">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69</w:t>
              <w:br w:type="textWrapping"/>
              <w:t xml:space="preserve">buc.</w:t>
            </w:r>
            <w:r w:rsidDel="00000000" w:rsidR="00000000" w:rsidRPr="00000000">
              <w:rPr>
                <w:rtl w:val="0"/>
              </w:rPr>
            </w:r>
          </w:p>
        </w:tc>
        <w:tc>
          <w:tcPr/>
          <w:p w:rsidR="00000000" w:rsidDel="00000000" w:rsidP="00000000" w:rsidRDefault="00000000" w:rsidRPr="00000000" w14:paraId="0000030D">
            <w:pPr>
              <w:jc w:val="center"/>
              <w:rPr/>
            </w:pPr>
            <w:r w:rsidDel="00000000" w:rsidR="00000000" w:rsidRPr="00000000">
              <w:rPr>
                <w:rtl w:val="0"/>
              </w:rPr>
            </w:r>
          </w:p>
        </w:tc>
        <w:tc>
          <w:tcPr/>
          <w:p w:rsidR="00000000" w:rsidDel="00000000" w:rsidP="00000000" w:rsidRDefault="00000000" w:rsidRPr="00000000" w14:paraId="0000030E">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30F">
            <w:pPr>
              <w:jc w:val="center"/>
              <w:rPr/>
            </w:pPr>
            <w:r w:rsidDel="00000000" w:rsidR="00000000" w:rsidRPr="00000000">
              <w:rPr>
                <w:rtl w:val="0"/>
              </w:rPr>
              <w:t xml:space="preserve">8</w:t>
            </w:r>
          </w:p>
        </w:tc>
        <w:tc>
          <w:tcPr/>
          <w:p w:rsidR="00000000" w:rsidDel="00000000" w:rsidP="00000000" w:rsidRDefault="00000000" w:rsidRPr="00000000" w14:paraId="00000310">
            <w:pPr>
              <w:rPr/>
            </w:pPr>
            <w:r w:rsidDel="00000000" w:rsidR="00000000" w:rsidRPr="00000000">
              <w:rPr>
                <w:rtl w:val="0"/>
              </w:rPr>
            </w:r>
          </w:p>
          <w:p w:rsidR="00000000" w:rsidDel="00000000" w:rsidP="00000000" w:rsidRDefault="00000000" w:rsidRPr="00000000" w14:paraId="00000311">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Țesătură atlas artificială / țesături diverse tipuri și culori</w:t>
            </w:r>
            <w:r w:rsidDel="00000000" w:rsidR="00000000" w:rsidRPr="00000000">
              <w:rPr>
                <w:rtl w:val="0"/>
              </w:rPr>
            </w:r>
          </w:p>
          <w:p w:rsidR="00000000" w:rsidDel="00000000" w:rsidP="00000000" w:rsidRDefault="00000000" w:rsidRPr="00000000" w14:paraId="00000312">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313">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Material textil de diverse compoziții și texturi;</w:t>
            </w:r>
            <w:r w:rsidDel="00000000" w:rsidR="00000000" w:rsidRPr="00000000">
              <w:rPr>
                <w:rtl w:val="0"/>
              </w:rPr>
            </w:r>
          </w:p>
          <w:p w:rsidR="00000000" w:rsidDel="00000000" w:rsidP="00000000" w:rsidRDefault="00000000" w:rsidRPr="00000000" w14:paraId="00000314">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adaptat profilului de producție;</w:t>
            </w:r>
            <w:r w:rsidDel="00000000" w:rsidR="00000000" w:rsidRPr="00000000">
              <w:rPr>
                <w:rtl w:val="0"/>
              </w:rPr>
            </w:r>
          </w:p>
          <w:p w:rsidR="00000000" w:rsidDel="00000000" w:rsidP="00000000" w:rsidRDefault="00000000" w:rsidRPr="00000000" w14:paraId="00000315">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livrat la metraj;</w:t>
            </w:r>
            <w:r w:rsidDel="00000000" w:rsidR="00000000" w:rsidRPr="00000000">
              <w:rPr>
                <w:rtl w:val="0"/>
              </w:rPr>
            </w:r>
          </w:p>
          <w:p w:rsidR="00000000" w:rsidDel="00000000" w:rsidP="00000000" w:rsidRDefault="00000000" w:rsidRPr="00000000" w14:paraId="00000316">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fără defecte de țesătură.</w:t>
            </w:r>
            <w:r w:rsidDel="00000000" w:rsidR="00000000" w:rsidRPr="00000000">
              <w:rPr>
                <w:rtl w:val="0"/>
              </w:rPr>
            </w:r>
          </w:p>
          <w:p w:rsidR="00000000" w:rsidDel="00000000" w:rsidP="00000000" w:rsidRDefault="00000000" w:rsidRPr="00000000" w14:paraId="00000317">
            <w:pPr>
              <w:rPr/>
            </w:pPr>
            <w:r w:rsidDel="00000000" w:rsidR="00000000" w:rsidRPr="00000000">
              <w:rPr>
                <w:rtl w:val="0"/>
              </w:rPr>
            </w:r>
          </w:p>
        </w:tc>
        <w:tc>
          <w:tcPr/>
          <w:p w:rsidR="00000000" w:rsidDel="00000000" w:rsidP="00000000" w:rsidRDefault="00000000" w:rsidRPr="00000000" w14:paraId="00000318">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14,4</w:t>
              <w:br w:type="textWrapping"/>
              <w:t xml:space="preserve">m</w:t>
            </w:r>
            <w:r w:rsidDel="00000000" w:rsidR="00000000" w:rsidRPr="00000000">
              <w:rPr>
                <w:rtl w:val="0"/>
              </w:rPr>
            </w:r>
          </w:p>
        </w:tc>
        <w:tc>
          <w:tcPr/>
          <w:p w:rsidR="00000000" w:rsidDel="00000000" w:rsidP="00000000" w:rsidRDefault="00000000" w:rsidRPr="00000000" w14:paraId="00000319">
            <w:pPr>
              <w:jc w:val="center"/>
              <w:rPr/>
            </w:pPr>
            <w:r w:rsidDel="00000000" w:rsidR="00000000" w:rsidRPr="00000000">
              <w:rPr>
                <w:rtl w:val="0"/>
              </w:rPr>
            </w:r>
          </w:p>
        </w:tc>
        <w:tc>
          <w:tcPr/>
          <w:p w:rsidR="00000000" w:rsidDel="00000000" w:rsidP="00000000" w:rsidRDefault="00000000" w:rsidRPr="00000000" w14:paraId="0000031A">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31B">
            <w:pPr>
              <w:jc w:val="center"/>
              <w:rPr/>
            </w:pPr>
            <w:r w:rsidDel="00000000" w:rsidR="00000000" w:rsidRPr="00000000">
              <w:rPr>
                <w:rtl w:val="0"/>
              </w:rPr>
              <w:t xml:space="preserve">9</w:t>
            </w:r>
          </w:p>
        </w:tc>
        <w:tc>
          <w:tcPr/>
          <w:p w:rsidR="00000000" w:rsidDel="00000000" w:rsidP="00000000" w:rsidRDefault="00000000" w:rsidRPr="00000000" w14:paraId="0000031C">
            <w:pPr>
              <w:rPr/>
            </w:pPr>
            <w:r w:rsidDel="00000000" w:rsidR="00000000" w:rsidRPr="00000000">
              <w:rPr>
                <w:rtl w:val="0"/>
              </w:rPr>
            </w:r>
          </w:p>
          <w:p w:rsidR="00000000" w:rsidDel="00000000" w:rsidP="00000000" w:rsidRDefault="00000000" w:rsidRPr="00000000" w14:paraId="0000031D">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Burete/spumă poliuretanică pentru mobilier, diverse dimensiuni</w:t>
            </w:r>
            <w:r w:rsidDel="00000000" w:rsidR="00000000" w:rsidRPr="00000000">
              <w:rPr>
                <w:rtl w:val="0"/>
              </w:rPr>
            </w:r>
          </w:p>
          <w:p w:rsidR="00000000" w:rsidDel="00000000" w:rsidP="00000000" w:rsidRDefault="00000000" w:rsidRPr="00000000" w14:paraId="0000031E">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31F">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Densitate adecvată produsului finit (mobilier tapițat/jucării);</w:t>
            </w:r>
            <w:r w:rsidDel="00000000" w:rsidR="00000000" w:rsidRPr="00000000">
              <w:rPr>
                <w:rtl w:val="0"/>
              </w:rPr>
            </w:r>
          </w:p>
          <w:p w:rsidR="00000000" w:rsidDel="00000000" w:rsidP="00000000" w:rsidRDefault="00000000" w:rsidRPr="00000000" w14:paraId="00000320">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certificată din punct de vedere al rezistenței la utilizare repetată.</w:t>
            </w:r>
            <w:r w:rsidDel="00000000" w:rsidR="00000000" w:rsidRPr="00000000">
              <w:rPr>
                <w:rtl w:val="0"/>
              </w:rPr>
            </w:r>
          </w:p>
          <w:p w:rsidR="00000000" w:rsidDel="00000000" w:rsidP="00000000" w:rsidRDefault="00000000" w:rsidRPr="00000000" w14:paraId="00000321">
            <w:pPr>
              <w:rPr/>
            </w:pPr>
            <w:r w:rsidDel="00000000" w:rsidR="00000000" w:rsidRPr="00000000">
              <w:rPr>
                <w:rtl w:val="0"/>
              </w:rPr>
            </w:r>
          </w:p>
        </w:tc>
        <w:tc>
          <w:tcPr/>
          <w:p w:rsidR="00000000" w:rsidDel="00000000" w:rsidP="00000000" w:rsidRDefault="00000000" w:rsidRPr="00000000" w14:paraId="00000322">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10</w:t>
              <w:br w:type="textWrapping"/>
              <w:t xml:space="preserve">buc.</w:t>
            </w:r>
            <w:r w:rsidDel="00000000" w:rsidR="00000000" w:rsidRPr="00000000">
              <w:rPr>
                <w:rtl w:val="0"/>
              </w:rPr>
            </w:r>
          </w:p>
        </w:tc>
        <w:tc>
          <w:tcPr/>
          <w:p w:rsidR="00000000" w:rsidDel="00000000" w:rsidP="00000000" w:rsidRDefault="00000000" w:rsidRPr="00000000" w14:paraId="00000323">
            <w:pPr>
              <w:jc w:val="center"/>
              <w:rPr/>
            </w:pPr>
            <w:r w:rsidDel="00000000" w:rsidR="00000000" w:rsidRPr="00000000">
              <w:rPr>
                <w:rtl w:val="0"/>
              </w:rPr>
            </w:r>
          </w:p>
        </w:tc>
        <w:tc>
          <w:tcPr/>
          <w:p w:rsidR="00000000" w:rsidDel="00000000" w:rsidP="00000000" w:rsidRDefault="00000000" w:rsidRPr="00000000" w14:paraId="00000324">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325">
            <w:pPr>
              <w:jc w:val="center"/>
              <w:rPr>
                <w:rFonts w:ascii="Times New Roman" w:cs="Times New Roman" w:eastAsia="Times New Roman" w:hAnsi="Times New Roman"/>
                <w:b w:val="0"/>
                <w:bCs w:val="0"/>
                <w:i w:val="0"/>
                <w:iCs w:val="0"/>
                <w:sz w:val="24"/>
                <w:szCs w:val="24"/>
                <w:u w:val="none"/>
              </w:rPr>
            </w:pPr>
            <w:r w:rsidDel="00000000" w:rsidR="00000000" w:rsidRPr="00000000">
              <w:rPr>
                <w:rtl w:val="0"/>
              </w:rPr>
              <w:t xml:space="preserve">10</w:t>
            </w:r>
            <w:r w:rsidDel="00000000" w:rsidR="00000000" w:rsidRPr="00000000">
              <w:rPr>
                <w:rtl w:val="0"/>
              </w:rPr>
            </w:r>
          </w:p>
        </w:tc>
        <w:tc>
          <w:tcPr/>
          <w:p w:rsidR="00000000" w:rsidDel="00000000" w:rsidP="00000000" w:rsidRDefault="00000000" w:rsidRPr="00000000" w14:paraId="00000326">
            <w:pPr>
              <w:rPr/>
            </w:pPr>
            <w:r w:rsidDel="00000000" w:rsidR="00000000" w:rsidRPr="00000000">
              <w:rPr>
                <w:rtl w:val="0"/>
              </w:rPr>
              <w:t xml:space="preserve">Livrare în raza Chișinăului</w:t>
            </w:r>
          </w:p>
        </w:tc>
        <w:tc>
          <w:tcPr/>
          <w:p w:rsidR="00000000" w:rsidDel="00000000" w:rsidP="00000000" w:rsidRDefault="00000000" w:rsidRPr="00000000" w14:paraId="00000327">
            <w:pPr>
              <w:jc w:val="center"/>
              <w:rPr/>
            </w:pPr>
            <w:r w:rsidDel="00000000" w:rsidR="00000000" w:rsidRPr="00000000">
              <w:rPr>
                <w:rtl w:val="0"/>
              </w:rPr>
              <w:t xml:space="preserve">lei/km</w:t>
            </w:r>
          </w:p>
        </w:tc>
        <w:tc>
          <w:tcPr/>
          <w:p w:rsidR="00000000" w:rsidDel="00000000" w:rsidP="00000000" w:rsidRDefault="00000000" w:rsidRPr="00000000" w14:paraId="00000328">
            <w:pPr>
              <w:jc w:val="center"/>
              <w:rPr/>
            </w:pPr>
            <w:r w:rsidDel="00000000" w:rsidR="00000000" w:rsidRPr="00000000">
              <w:rPr>
                <w:rtl w:val="0"/>
              </w:rPr>
            </w:r>
          </w:p>
        </w:tc>
        <w:tc>
          <w:tcPr/>
          <w:p w:rsidR="00000000" w:rsidDel="00000000" w:rsidP="00000000" w:rsidRDefault="00000000" w:rsidRPr="00000000" w14:paraId="00000329">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32A">
            <w:pPr>
              <w:jc w:val="center"/>
              <w:rPr/>
            </w:pPr>
            <w:r w:rsidDel="00000000" w:rsidR="00000000" w:rsidRPr="00000000">
              <w:rPr>
                <w:rtl w:val="0"/>
              </w:rPr>
              <w:t xml:space="preserve">11</w:t>
            </w:r>
          </w:p>
        </w:tc>
        <w:tc>
          <w:tcPr/>
          <w:p w:rsidR="00000000" w:rsidDel="00000000" w:rsidP="00000000" w:rsidRDefault="00000000" w:rsidRPr="00000000" w14:paraId="0000032B">
            <w:pPr>
              <w:rPr/>
            </w:pPr>
            <w:r w:rsidDel="00000000" w:rsidR="00000000" w:rsidRPr="00000000">
              <w:rPr>
                <w:rtl w:val="0"/>
              </w:rPr>
              <w:t xml:space="preserve">Livrare în afara Chișinăului </w:t>
            </w:r>
          </w:p>
        </w:tc>
        <w:tc>
          <w:tcPr/>
          <w:p w:rsidR="00000000" w:rsidDel="00000000" w:rsidP="00000000" w:rsidRDefault="00000000" w:rsidRPr="00000000" w14:paraId="0000032C">
            <w:pPr>
              <w:jc w:val="center"/>
              <w:rPr/>
            </w:pPr>
            <w:r w:rsidDel="00000000" w:rsidR="00000000" w:rsidRPr="00000000">
              <w:rPr>
                <w:rtl w:val="0"/>
              </w:rPr>
              <w:t xml:space="preserve">lei/km</w:t>
            </w:r>
          </w:p>
        </w:tc>
        <w:tc>
          <w:tcPr/>
          <w:p w:rsidR="00000000" w:rsidDel="00000000" w:rsidP="00000000" w:rsidRDefault="00000000" w:rsidRPr="00000000" w14:paraId="0000032D">
            <w:pPr>
              <w:jc w:val="center"/>
              <w:rPr/>
            </w:pPr>
            <w:r w:rsidDel="00000000" w:rsidR="00000000" w:rsidRPr="00000000">
              <w:rPr>
                <w:rtl w:val="0"/>
              </w:rPr>
            </w:r>
          </w:p>
        </w:tc>
        <w:tc>
          <w:tcPr/>
          <w:p w:rsidR="00000000" w:rsidDel="00000000" w:rsidP="00000000" w:rsidRDefault="00000000" w:rsidRPr="00000000" w14:paraId="0000032E">
            <w:pPr>
              <w:jc w:val="center"/>
              <w:rPr/>
            </w:pPr>
            <w:r w:rsidDel="00000000" w:rsidR="00000000" w:rsidRPr="00000000">
              <w:rPr>
                <w:rtl w:val="0"/>
              </w:rPr>
            </w:r>
          </w:p>
        </w:tc>
      </w:tr>
    </w:tbl>
    <w:p w:rsidR="00000000" w:rsidDel="00000000" w:rsidP="00000000" w:rsidRDefault="00000000" w:rsidRPr="00000000" w14:paraId="0000032F">
      <w:pPr>
        <w:spacing w:after="200" w:before="0" w:lineRule="auto"/>
        <w:jc w:val="both"/>
        <w:rPr/>
      </w:pPr>
      <w:r w:rsidDel="00000000" w:rsidR="00000000" w:rsidRPr="00000000">
        <w:rPr>
          <w:rtl w:val="0"/>
        </w:rPr>
      </w:r>
    </w:p>
    <w:p w:rsidR="00000000" w:rsidDel="00000000" w:rsidP="00000000" w:rsidRDefault="00000000" w:rsidRPr="00000000" w14:paraId="00000330">
      <w:pPr>
        <w:spacing w:after="320" w:lineRule="auto"/>
        <w:jc w:val="both"/>
        <w:rPr/>
      </w:pPr>
      <w:r w:rsidDel="00000000" w:rsidR="00000000" w:rsidRPr="00000000">
        <w:rPr>
          <w:i w:val="1"/>
          <w:iCs w:val="1"/>
          <w:rtl w:val="0"/>
        </w:rPr>
        <w:t xml:space="preserve">Specificațiile de mai sus reprezintă cerințe tehnice minime; ofertanții pot propune produse cu parametri egali sau superiori.</w:t>
      </w:r>
      <w:r w:rsidDel="00000000" w:rsidR="00000000" w:rsidRPr="00000000">
        <w:rPr>
          <w:rtl w:val="0"/>
        </w:rPr>
      </w:r>
    </w:p>
    <w:p w:rsidR="00000000" w:rsidDel="00000000" w:rsidP="00000000" w:rsidRDefault="00000000" w:rsidRPr="00000000" w14:paraId="00000331">
      <w:pPr>
        <w:spacing w:after="0" w:line="240" w:lineRule="auto"/>
        <w:ind w:left="360" w:firstLine="0"/>
        <w:rPr>
          <w:i w:val="1"/>
          <w:iCs w:val="1"/>
        </w:rPr>
      </w:pPr>
      <w:r w:rsidDel="00000000" w:rsidR="00000000" w:rsidRPr="00000000">
        <w:rPr>
          <w:rFonts w:ascii="Trebuchet MS" w:cs="Trebuchet MS" w:eastAsia="Trebuchet MS" w:hAnsi="Trebuchet MS"/>
          <w:i w:val="1"/>
          <w:iCs w:val="1"/>
          <w:sz w:val="22"/>
          <w:szCs w:val="22"/>
          <w:highlight w:val="yellow"/>
          <w:rtl w:val="0"/>
        </w:rPr>
        <w:t xml:space="preserve">[</w:t>
      </w:r>
      <w:r w:rsidDel="00000000" w:rsidR="00000000" w:rsidRPr="00000000">
        <w:rPr>
          <w:i w:val="1"/>
          <w:iCs w:val="1"/>
          <w:highlight w:val="yellow"/>
          <w:rtl w:val="0"/>
        </w:rPr>
        <w:t xml:space="preserve">Vă rugăm completați tabelul și spațiile libere de mai sus cu prețurile aferente conform cotației dvs, pentru respectivul pachet.]</w:t>
      </w:r>
      <w:r w:rsidDel="00000000" w:rsidR="00000000" w:rsidRPr="00000000">
        <w:rPr>
          <w:rtl w:val="0"/>
        </w:rPr>
      </w:r>
    </w:p>
    <w:p w:rsidR="00000000" w:rsidDel="00000000" w:rsidP="00000000" w:rsidRDefault="00000000" w:rsidRPr="00000000" w14:paraId="00000332">
      <w:pPr>
        <w:spacing w:after="0" w:lineRule="auto"/>
        <w:ind w:left="360" w:firstLine="708"/>
        <w:jc w:val="both"/>
        <w:rPr>
          <w:b w:val="1"/>
          <w:bCs w:val="1"/>
          <w:color w:val="ff0000"/>
        </w:rPr>
      </w:pPr>
      <w:r w:rsidDel="00000000" w:rsidR="00000000" w:rsidRPr="00000000">
        <w:rPr>
          <w:rtl w:val="0"/>
        </w:rPr>
      </w:r>
    </w:p>
    <w:p w:rsidR="00000000" w:rsidDel="00000000" w:rsidP="00000000" w:rsidRDefault="00000000" w:rsidRPr="00000000" w14:paraId="00000333">
      <w:pPr>
        <w:spacing w:after="0" w:lineRule="auto"/>
        <w:ind w:left="360" w:firstLine="708"/>
        <w:jc w:val="both"/>
        <w:rPr>
          <w:b w:val="1"/>
          <w:bCs w:val="1"/>
          <w:color w:val="ff0000"/>
        </w:rPr>
      </w:pPr>
      <w:r w:rsidDel="00000000" w:rsidR="00000000" w:rsidRPr="00000000">
        <w:rPr>
          <w:b w:val="1"/>
          <w:bCs w:val="1"/>
          <w:color w:val="ff0000"/>
          <w:rtl w:val="0"/>
        </w:rPr>
        <w:t xml:space="preserve">Notă: O companie poate depune oferta de preț pentru unul sau ambele loturi. Vă rugăm să selectați lotul/loturile pentru care transmiteți oferta financiară și să ștergeți tabelele corespunzătoare celorlalte loturi. </w:t>
      </w:r>
    </w:p>
    <w:p w:rsidR="00000000" w:rsidDel="00000000" w:rsidP="00000000" w:rsidRDefault="00000000" w:rsidRPr="00000000" w14:paraId="00000334">
      <w:pPr>
        <w:numPr>
          <w:ilvl w:val="0"/>
          <w:numId w:val="14"/>
        </w:numPr>
        <w:tabs>
          <w:tab w:val="left" w:leader="none" w:pos="720"/>
        </w:tabs>
        <w:spacing w:after="0" w:lineRule="auto"/>
        <w:ind w:left="360" w:firstLine="360"/>
        <w:jc w:val="both"/>
      </w:pPr>
      <w:r w:rsidDel="00000000" w:rsidR="00000000" w:rsidRPr="00000000">
        <w:rPr>
          <w:b w:val="1"/>
          <w:bCs w:val="1"/>
          <w:u w:val="single"/>
          <w:rtl w:val="0"/>
        </w:rPr>
        <w:t xml:space="preserve">Preț Fix: </w:t>
      </w:r>
      <w:r w:rsidDel="00000000" w:rsidR="00000000" w:rsidRPr="00000000">
        <w:rPr>
          <w:rtl w:val="0"/>
        </w:rPr>
        <w:t xml:space="preserve">Prețurile indicate mai sus sunt ferme și fixe și nu fac obiectul nici unei ajustări în timpul executării contractului.</w:t>
      </w:r>
    </w:p>
    <w:p w:rsidR="00000000" w:rsidDel="00000000" w:rsidP="00000000" w:rsidRDefault="00000000" w:rsidRPr="00000000" w14:paraId="00000335">
      <w:pPr>
        <w:tabs>
          <w:tab w:val="left" w:leader="none" w:pos="720"/>
        </w:tabs>
        <w:spacing w:after="0" w:lineRule="auto"/>
        <w:ind w:left="720" w:firstLine="0"/>
        <w:jc w:val="both"/>
        <w:rPr/>
      </w:pPr>
      <w:r w:rsidDel="00000000" w:rsidR="00000000" w:rsidRPr="00000000">
        <w:rPr>
          <w:rtl w:val="0"/>
        </w:rPr>
        <w:t xml:space="preserve">Prețul total convenit pentru livrarea produsului este în valoare de ............................ MDL fără TVA.</w:t>
      </w:r>
    </w:p>
    <w:p w:rsidR="00000000" w:rsidDel="00000000" w:rsidP="00000000" w:rsidRDefault="00000000" w:rsidRPr="00000000" w14:paraId="00000336">
      <w:pPr>
        <w:spacing w:after="0" w:lineRule="auto"/>
        <w:ind w:left="1080" w:hanging="720"/>
        <w:jc w:val="both"/>
        <w:rPr/>
      </w:pPr>
      <w:r w:rsidDel="00000000" w:rsidR="00000000" w:rsidRPr="00000000">
        <w:rPr>
          <w:rtl w:val="0"/>
        </w:rPr>
      </w:r>
    </w:p>
    <w:p w:rsidR="00000000" w:rsidDel="00000000" w:rsidP="00000000" w:rsidRDefault="00000000" w:rsidRPr="00000000" w14:paraId="00000337">
      <w:pPr>
        <w:numPr>
          <w:ilvl w:val="0"/>
          <w:numId w:val="14"/>
        </w:numPr>
        <w:spacing w:after="0" w:line="360" w:lineRule="auto"/>
        <w:ind w:left="1080" w:hanging="360"/>
        <w:jc w:val="both"/>
        <w:rPr>
          <w:b w:val="1"/>
          <w:bCs w:val="1"/>
          <w:u w:val="single"/>
        </w:rPr>
      </w:pPr>
      <w:r w:rsidDel="00000000" w:rsidR="00000000" w:rsidRPr="00000000">
        <w:rPr>
          <w:b w:val="1"/>
          <w:bCs w:val="1"/>
          <w:u w:val="single"/>
          <w:rtl w:val="0"/>
        </w:rPr>
        <w:t xml:space="preserve">Depunerea Ofertei</w:t>
      </w:r>
    </w:p>
    <w:p w:rsidR="00000000" w:rsidDel="00000000" w:rsidP="00000000" w:rsidRDefault="00000000" w:rsidRPr="00000000" w14:paraId="00000338">
      <w:pPr>
        <w:spacing w:after="0" w:lineRule="auto"/>
        <w:ind w:left="360" w:firstLine="547"/>
        <w:jc w:val="both"/>
        <w:rPr/>
      </w:pPr>
      <w:r w:rsidDel="00000000" w:rsidR="00000000" w:rsidRPr="00000000">
        <w:rPr>
          <w:rtl w:val="0"/>
        </w:rPr>
        <w:t xml:space="preserve">Propunerea tehnică va fi însoţită de certificate / declaraţii de conformitate, potrivit cerinţelor specificaţiilor tehnice.</w:t>
      </w:r>
    </w:p>
    <w:p w:rsidR="00000000" w:rsidDel="00000000" w:rsidP="00000000" w:rsidRDefault="00000000" w:rsidRPr="00000000" w14:paraId="00000339">
      <w:pPr>
        <w:spacing w:after="120" w:line="240" w:lineRule="auto"/>
        <w:ind w:left="1080" w:firstLine="0"/>
        <w:jc w:val="both"/>
        <w:rPr>
          <w:b w:val="1"/>
          <w:bCs w:val="1"/>
          <w:i w:val="1"/>
          <w:iCs w:val="1"/>
          <w:highlight w:val="yellow"/>
        </w:rPr>
      </w:pPr>
      <w:r w:rsidDel="00000000" w:rsidR="00000000" w:rsidRPr="00000000">
        <w:rPr>
          <w:rtl w:val="0"/>
        </w:rPr>
      </w:r>
    </w:p>
    <w:p w:rsidR="00000000" w:rsidDel="00000000" w:rsidP="00000000" w:rsidRDefault="00000000" w:rsidRPr="00000000" w14:paraId="0000033A">
      <w:pPr>
        <w:numPr>
          <w:ilvl w:val="0"/>
          <w:numId w:val="14"/>
        </w:numPr>
        <w:spacing w:after="0" w:lineRule="auto"/>
        <w:ind w:left="1080" w:hanging="360"/>
        <w:jc w:val="both"/>
      </w:pPr>
      <w:r w:rsidDel="00000000" w:rsidR="00000000" w:rsidRPr="00000000">
        <w:rPr>
          <w:b w:val="1"/>
          <w:bCs w:val="1"/>
          <w:u w:val="single"/>
          <w:rtl w:val="0"/>
        </w:rPr>
        <w:t xml:space="preserve">Legea Aplicabilă</w:t>
      </w:r>
      <w:r w:rsidDel="00000000" w:rsidR="00000000" w:rsidRPr="00000000">
        <w:rPr>
          <w:u w:val="single"/>
          <w:rtl w:val="0"/>
        </w:rPr>
        <w:t xml:space="preserve">: </w:t>
      </w:r>
      <w:r w:rsidDel="00000000" w:rsidR="00000000" w:rsidRPr="00000000">
        <w:rPr>
          <w:rtl w:val="0"/>
        </w:rPr>
        <w:t xml:space="preserve">Contractul va fi interpretat și guvernat în concordanță cu legile în vigoare din Republic Moldova.</w:t>
      </w:r>
    </w:p>
    <w:p w:rsidR="00000000" w:rsidDel="00000000" w:rsidP="00000000" w:rsidRDefault="00000000" w:rsidRPr="00000000" w14:paraId="0000033B">
      <w:pPr>
        <w:spacing w:after="0" w:lineRule="auto"/>
        <w:ind w:left="360" w:firstLine="0"/>
        <w:rPr>
          <w:b w:val="1"/>
          <w:bCs w:val="1"/>
        </w:rPr>
      </w:pPr>
      <w:r w:rsidDel="00000000" w:rsidR="00000000" w:rsidRPr="00000000">
        <w:rPr>
          <w:rtl w:val="0"/>
        </w:rPr>
      </w:r>
    </w:p>
    <w:p w:rsidR="00000000" w:rsidDel="00000000" w:rsidP="00000000" w:rsidRDefault="00000000" w:rsidRPr="00000000" w14:paraId="0000033C">
      <w:pPr>
        <w:numPr>
          <w:ilvl w:val="0"/>
          <w:numId w:val="14"/>
        </w:numPr>
        <w:spacing w:after="0" w:lineRule="auto"/>
        <w:ind w:left="720" w:firstLine="0"/>
        <w:jc w:val="both"/>
      </w:pPr>
      <w:r w:rsidDel="00000000" w:rsidR="00000000" w:rsidRPr="00000000">
        <w:rPr>
          <w:b w:val="1"/>
          <w:bCs w:val="1"/>
          <w:u w:val="single"/>
          <w:rtl w:val="0"/>
        </w:rPr>
        <w:t xml:space="preserve">Soluționarea litigiilor:</w:t>
      </w:r>
      <w:r w:rsidDel="00000000" w:rsidR="00000000" w:rsidRPr="00000000">
        <w:rPr>
          <w:rtl w:val="0"/>
        </w:rPr>
        <w:t xml:space="preserve"> Cumpărătorul și Furnizorul vor depune toate eforturile pentru a soluționa pe cale amiabilă, prin negociere informală, tratative directe sau prin corespondență, orice neînțelegere sau dispută care se poate ivi între ei în cadrul sau în legătură cu îndeplinirea Contractului. Dacă, după 15 (cincisprezece) zile calendaristice de la data începerii acestor tratative, Cumpărătorul și Furnizorul nu reușesc să rezolve în mod amiabil o divergență, litigiul va fi soluționat în conformitate cu legislația românească în vigoare.</w:t>
      </w:r>
    </w:p>
    <w:p w:rsidR="00000000" w:rsidDel="00000000" w:rsidP="00000000" w:rsidRDefault="00000000" w:rsidRPr="00000000" w14:paraId="0000033D">
      <w:pPr>
        <w:spacing w:after="0" w:lineRule="auto"/>
        <w:ind w:left="360" w:firstLine="0"/>
        <w:jc w:val="both"/>
        <w:rPr/>
      </w:pPr>
      <w:r w:rsidDel="00000000" w:rsidR="00000000" w:rsidRPr="00000000">
        <w:rPr>
          <w:rtl w:val="0"/>
        </w:rPr>
      </w:r>
    </w:p>
    <w:p w:rsidR="00000000" w:rsidDel="00000000" w:rsidP="00000000" w:rsidRDefault="00000000" w:rsidRPr="00000000" w14:paraId="0000033E">
      <w:pPr>
        <w:numPr>
          <w:ilvl w:val="0"/>
          <w:numId w:val="14"/>
        </w:numPr>
        <w:spacing w:after="0" w:lineRule="auto"/>
        <w:ind w:left="720" w:firstLine="0"/>
        <w:jc w:val="both"/>
        <w:rPr>
          <w:b w:val="1"/>
          <w:bCs w:val="1"/>
          <w:u w:val="single"/>
        </w:rPr>
      </w:pPr>
      <w:r w:rsidDel="00000000" w:rsidR="00000000" w:rsidRPr="00000000">
        <w:rPr>
          <w:b w:val="1"/>
          <w:bCs w:val="1"/>
          <w:u w:val="single"/>
          <w:rtl w:val="0"/>
        </w:rPr>
        <w:t xml:space="preserve">Recepţia cantitativă:</w:t>
      </w:r>
    </w:p>
    <w:p w:rsidR="00000000" w:rsidDel="00000000" w:rsidP="00000000" w:rsidRDefault="00000000" w:rsidRPr="00000000" w14:paraId="0000033F">
      <w:pPr>
        <w:spacing w:after="0" w:lineRule="auto"/>
        <w:ind w:left="360" w:firstLine="708"/>
        <w:jc w:val="both"/>
        <w:rPr/>
      </w:pPr>
      <w:r w:rsidDel="00000000" w:rsidR="00000000" w:rsidRPr="00000000">
        <w:rPr>
          <w:rtl w:val="0"/>
        </w:rPr>
        <w:t xml:space="preserve">Recepţia cantitativă a produsului se va efectua la o locaţie stabilită de comun acord cu Cumpărătorul.</w:t>
      </w:r>
    </w:p>
    <w:p w:rsidR="00000000" w:rsidDel="00000000" w:rsidP="00000000" w:rsidRDefault="00000000" w:rsidRPr="00000000" w14:paraId="00000340">
      <w:pPr>
        <w:spacing w:after="0" w:lineRule="auto"/>
        <w:ind w:left="360" w:firstLine="708"/>
        <w:jc w:val="both"/>
        <w:rPr/>
      </w:pPr>
      <w:r w:rsidDel="00000000" w:rsidR="00000000" w:rsidRPr="00000000">
        <w:rPr>
          <w:rtl w:val="0"/>
        </w:rPr>
      </w:r>
    </w:p>
    <w:p w:rsidR="00000000" w:rsidDel="00000000" w:rsidP="00000000" w:rsidRDefault="00000000" w:rsidRPr="00000000" w14:paraId="00000341">
      <w:pPr>
        <w:spacing w:after="160" w:lineRule="auto"/>
        <w:jc w:val="both"/>
        <w:rPr/>
      </w:pPr>
      <w:r w:rsidDel="00000000" w:rsidR="00000000" w:rsidRPr="00000000">
        <w:rPr>
          <w:rtl w:val="0"/>
        </w:rPr>
        <w:t xml:space="preserve">Recepția cantitativă va presupune verificarea numărului și tipului de produse livrate, corespondența cu specificațiile tehnice ofertate și confirmarea prin liste de predare-primire, în termenii și condițiile de livrare stabilite.</w:t>
      </w:r>
    </w:p>
    <w:p w:rsidR="00000000" w:rsidDel="00000000" w:rsidP="00000000" w:rsidRDefault="00000000" w:rsidRPr="00000000" w14:paraId="00000342">
      <w:pPr>
        <w:spacing w:after="320" w:lineRule="auto"/>
        <w:jc w:val="both"/>
        <w:rPr/>
      </w:pPr>
      <w:r w:rsidDel="00000000" w:rsidR="00000000" w:rsidRPr="00000000">
        <w:rPr>
          <w:rtl w:val="0"/>
        </w:rPr>
        <w:t xml:space="preserve">Rezultatele recepției se vor consemna în „Actul de Primire-Predare”, semnat de ambele părți (Furnizor și beneficiară/beneficiar sau Cumpărător, după caz). Recepția produsului va fi considerată finalizată la data încheierii Actului de Primire-Predare, fără obiecțiuni. După încheierea Actului de Primire-Predare, fără obiecțiuni, Furnizorul va emite factura aferentă.</w:t>
      </w:r>
    </w:p>
    <w:p w:rsidR="00000000" w:rsidDel="00000000" w:rsidP="00000000" w:rsidRDefault="00000000" w:rsidRPr="00000000" w14:paraId="00000343">
      <w:pPr>
        <w:spacing w:after="320" w:lineRule="auto"/>
        <w:jc w:val="both"/>
        <w:rPr/>
      </w:pPr>
      <w:r w:rsidDel="00000000" w:rsidR="00000000" w:rsidRPr="00000000">
        <w:rPr>
          <w:rtl w:val="0"/>
        </w:rPr>
        <w:t xml:space="preserve">7. </w:t>
      </w:r>
      <w:r w:rsidDel="00000000" w:rsidR="00000000" w:rsidRPr="00000000">
        <w:rPr>
          <w:b w:val="1"/>
          <w:bCs w:val="1"/>
          <w:u w:val="single"/>
          <w:rtl w:val="0"/>
        </w:rPr>
        <w:t xml:space="preserve">Plata</w:t>
      </w:r>
      <w:r w:rsidDel="00000000" w:rsidR="00000000" w:rsidRPr="00000000">
        <w:rPr>
          <w:rtl w:val="0"/>
        </w:rPr>
      </w:r>
    </w:p>
    <w:p w:rsidR="00000000" w:rsidDel="00000000" w:rsidP="00000000" w:rsidRDefault="00000000" w:rsidRPr="00000000" w14:paraId="00000344">
      <w:pPr>
        <w:spacing w:after="160" w:lineRule="auto"/>
        <w:jc w:val="both"/>
        <w:rPr/>
      </w:pPr>
      <w:r w:rsidDel="00000000" w:rsidR="00000000" w:rsidRPr="00000000">
        <w:rPr>
          <w:rtl w:val="0"/>
        </w:rPr>
        <w:t xml:space="preserve">Plata pentru factura emisă va fi făcută după cum urmează: 100% după semnarea Actului de Primire-Predare.</w:t>
      </w:r>
    </w:p>
    <w:p w:rsidR="00000000" w:rsidDel="00000000" w:rsidP="00000000" w:rsidRDefault="00000000" w:rsidRPr="00000000" w14:paraId="00000345">
      <w:pPr>
        <w:spacing w:after="160" w:lineRule="auto"/>
        <w:jc w:val="both"/>
        <w:rPr/>
      </w:pPr>
      <w:r w:rsidDel="00000000" w:rsidR="00000000" w:rsidRPr="00000000">
        <w:rPr>
          <w:rtl w:val="0"/>
        </w:rPr>
        <w:t xml:space="preserve">Termenul de plată nu trebuie să depășească 30 (treizeci) zile calendaristice de la data primirii facturii de către Cumpărător.</w:t>
      </w:r>
    </w:p>
    <w:p w:rsidR="00000000" w:rsidDel="00000000" w:rsidP="00000000" w:rsidRDefault="00000000" w:rsidRPr="00000000" w14:paraId="00000346">
      <w:pPr>
        <w:spacing w:after="320" w:lineRule="auto"/>
        <w:jc w:val="both"/>
        <w:rPr/>
      </w:pPr>
      <w:r w:rsidDel="00000000" w:rsidR="00000000" w:rsidRPr="00000000">
        <w:rPr>
          <w:rtl w:val="0"/>
        </w:rPr>
        <w:t xml:space="preserve">Plata se va face pe baza facturii fiscale, primite și acceptate de către Cumpărător, prin ordin de plată, în lei, în contul bancar al Furnizorului. Factura va fi însoțită de Actul de Primire-Predare.</w:t>
      </w:r>
    </w:p>
    <w:p w:rsidR="00000000" w:rsidDel="00000000" w:rsidP="00000000" w:rsidRDefault="00000000" w:rsidRPr="00000000" w14:paraId="00000347">
      <w:pPr>
        <w:spacing w:after="160" w:lineRule="auto"/>
        <w:jc w:val="both"/>
        <w:rPr/>
      </w:pPr>
      <w:r w:rsidDel="00000000" w:rsidR="00000000" w:rsidRPr="00000000">
        <w:rPr>
          <w:b w:val="1"/>
          <w:bCs w:val="1"/>
          <w:u w:val="single"/>
          <w:rtl w:val="0"/>
        </w:rPr>
        <w:t xml:space="preserve">8. Forța majoră</w:t>
      </w:r>
      <w:r w:rsidDel="00000000" w:rsidR="00000000" w:rsidRPr="00000000">
        <w:rPr>
          <w:rtl w:val="0"/>
        </w:rPr>
      </w:r>
    </w:p>
    <w:p w:rsidR="00000000" w:rsidDel="00000000" w:rsidP="00000000" w:rsidRDefault="00000000" w:rsidRPr="00000000" w14:paraId="00000348">
      <w:pPr>
        <w:spacing w:after="160" w:lineRule="auto"/>
        <w:jc w:val="both"/>
        <w:rPr/>
      </w:pPr>
      <w:r w:rsidDel="00000000" w:rsidR="00000000" w:rsidRPr="00000000">
        <w:rPr>
          <w:rtl w:val="0"/>
        </w:rPr>
        <w:t xml:space="preserve">Furnizorul nu este răspunzător/pasibil pentru penalități sau reziliere în cazul neîndeplinirii obligațiilor dacă și în măsura în care întârzierea în executare sau altă neîndeplinire a obligațiilor sale în baza Contractului este rezultatul unui eveniment de Forță Majoră.</w:t>
      </w:r>
    </w:p>
    <w:p w:rsidR="00000000" w:rsidDel="00000000" w:rsidP="00000000" w:rsidRDefault="00000000" w:rsidRPr="00000000" w14:paraId="00000349">
      <w:pPr>
        <w:spacing w:after="160" w:lineRule="auto"/>
        <w:jc w:val="both"/>
        <w:rPr/>
      </w:pPr>
      <w:r w:rsidDel="00000000" w:rsidR="00000000" w:rsidRPr="00000000">
        <w:rPr>
          <w:rtl w:val="0"/>
        </w:rPr>
        <w:t xml:space="preserve">În sensul prezentei clauze, "Forța majoră" înseamnă orice eveniment extern, imprevizibil, absolut invincibil și inevitabil, care este dincolo de controlul Furnizorului și care nu implică incapacitatea sau neglijența Furnizorului. Sunt considerate asemenea evenimente, fără a se limita doar la, războaiele, revoluțiile, incendiile, inundațiile sau orice alte catastrofe naturale, epidemii, restricțiile apărute ca urmare a unei carantine, embargourile, enumerarea nefiind exhaustivă, ci enunțiativă.</w:t>
      </w:r>
    </w:p>
    <w:p w:rsidR="00000000" w:rsidDel="00000000" w:rsidP="00000000" w:rsidRDefault="00000000" w:rsidRPr="00000000" w14:paraId="0000034A">
      <w:pPr>
        <w:spacing w:after="480" w:lineRule="auto"/>
        <w:jc w:val="both"/>
        <w:rPr/>
      </w:pPr>
      <w:r w:rsidDel="00000000" w:rsidR="00000000" w:rsidRPr="00000000">
        <w:rPr>
          <w:rtl w:val="0"/>
        </w:rPr>
        <w:t xml:space="preserve">În cazul în care o situație de forță majoră apare, Furnizorul va notifica de îndată Cumpărătorul în scris de apariția unei astfel de situații și cauza acesteia.</w:t>
      </w:r>
    </w:p>
    <w:p w:rsidR="00000000" w:rsidDel="00000000" w:rsidP="00000000" w:rsidRDefault="00000000" w:rsidRPr="00000000" w14:paraId="0000034B">
      <w:pPr>
        <w:spacing w:after="320" w:lineRule="auto"/>
        <w:jc w:val="both"/>
        <w:rPr/>
      </w:pPr>
      <w:r w:rsidDel="00000000" w:rsidR="00000000" w:rsidRPr="00000000">
        <w:rPr>
          <w:rtl w:val="0"/>
        </w:rPr>
        <w:t xml:space="preserve">DENUMIREA FURNIZORULUI </w:t>
        <w:tab/>
        <w:t xml:space="preserve">________________________________________</w:t>
      </w:r>
    </w:p>
    <w:p w:rsidR="00000000" w:rsidDel="00000000" w:rsidP="00000000" w:rsidRDefault="00000000" w:rsidRPr="00000000" w14:paraId="0000034C">
      <w:pPr>
        <w:spacing w:after="320" w:lineRule="auto"/>
        <w:jc w:val="both"/>
        <w:rPr/>
      </w:pPr>
      <w:r w:rsidDel="00000000" w:rsidR="00000000" w:rsidRPr="00000000">
        <w:rPr>
          <w:rtl w:val="0"/>
        </w:rPr>
        <w:t xml:space="preserve">Semnătura Autorizată, ștampila</w:t>
        <w:tab/>
        <w:t xml:space="preserve">________________________________________</w:t>
      </w:r>
    </w:p>
    <w:p w:rsidR="00000000" w:rsidDel="00000000" w:rsidP="00000000" w:rsidRDefault="00000000" w:rsidRPr="00000000" w14:paraId="0000034D">
      <w:pPr>
        <w:spacing w:after="40" w:lineRule="auto"/>
        <w:jc w:val="both"/>
        <w:rPr/>
      </w:pPr>
      <w:r w:rsidDel="00000000" w:rsidR="00000000" w:rsidRPr="00000000">
        <w:rPr>
          <w:rtl w:val="0"/>
        </w:rPr>
        <w:t xml:space="preserve">Locul:</w:t>
        <w:tab/>
        <w:tab/>
        <w:tab/>
        <w:tab/>
        <w:tab/>
        <w:t xml:space="preserve">________________________________________</w:t>
      </w:r>
    </w:p>
    <w:p w:rsidR="00000000" w:rsidDel="00000000" w:rsidP="00000000" w:rsidRDefault="00000000" w:rsidRPr="00000000" w14:paraId="0000034E">
      <w:pPr>
        <w:spacing w:after="80" w:lineRule="auto"/>
        <w:jc w:val="both"/>
        <w:rPr/>
      </w:pPr>
      <w:r w:rsidDel="00000000" w:rsidR="00000000" w:rsidRPr="00000000">
        <w:rPr>
          <w:rtl w:val="0"/>
        </w:rPr>
        <w:t xml:space="preserve">Data:</w:t>
        <w:tab/>
        <w:tab/>
        <w:tab/>
        <w:tab/>
        <w:tab/>
        <w:t xml:space="preserve">________________________________________</w:t>
      </w:r>
    </w:p>
    <w:p w:rsidR="00000000" w:rsidDel="00000000" w:rsidP="00000000" w:rsidRDefault="00000000" w:rsidRPr="00000000" w14:paraId="0000034F">
      <w:pPr>
        <w:rPr/>
      </w:pPr>
      <w:r w:rsidDel="00000000" w:rsidR="00000000" w:rsidRPr="00000000">
        <w:br w:type="page"/>
      </w:r>
      <w:r w:rsidDel="00000000" w:rsidR="00000000" w:rsidRPr="00000000">
        <w:rPr>
          <w:rtl w:val="0"/>
        </w:rPr>
      </w:r>
    </w:p>
    <w:p w:rsidR="00000000" w:rsidDel="00000000" w:rsidP="00000000" w:rsidRDefault="00000000" w:rsidRPr="00000000" w14:paraId="00000350">
      <w:pPr>
        <w:rPr/>
      </w:pPr>
      <w:r w:rsidDel="00000000" w:rsidR="00000000" w:rsidRPr="00000000">
        <w:rPr>
          <w:rtl w:val="0"/>
        </w:rPr>
      </w:r>
    </w:p>
    <w:p w:rsidR="00000000" w:rsidDel="00000000" w:rsidP="00000000" w:rsidRDefault="00000000" w:rsidRPr="00000000" w14:paraId="00000351">
      <w:pPr>
        <w:spacing w:after="320" w:lineRule="auto"/>
        <w:jc w:val="both"/>
        <w:rPr>
          <w:b w:val="1"/>
          <w:bCs w:val="1"/>
        </w:rPr>
      </w:pPr>
      <w:r w:rsidDel="00000000" w:rsidR="00000000" w:rsidRPr="00000000">
        <w:rPr>
          <w:b w:val="1"/>
          <w:bCs w:val="1"/>
          <w:rtl w:val="0"/>
        </w:rPr>
        <w:t xml:space="preserve">Anexa nr. 5</w:t>
      </w:r>
    </w:p>
    <w:p w:rsidR="00000000" w:rsidDel="00000000" w:rsidP="00000000" w:rsidRDefault="00000000" w:rsidRPr="00000000" w14:paraId="00000352">
      <w:pPr>
        <w:spacing w:after="40" w:lineRule="auto"/>
        <w:jc w:val="both"/>
        <w:rPr/>
      </w:pPr>
      <w:r w:rsidDel="00000000" w:rsidR="00000000" w:rsidRPr="00000000">
        <w:rPr>
          <w:rtl w:val="0"/>
        </w:rPr>
        <w:t xml:space="preserve">Ofertant</w:t>
      </w:r>
    </w:p>
    <w:p w:rsidR="00000000" w:rsidDel="00000000" w:rsidP="00000000" w:rsidRDefault="00000000" w:rsidRPr="00000000" w14:paraId="00000353">
      <w:pPr>
        <w:spacing w:after="40" w:lineRule="auto"/>
        <w:jc w:val="both"/>
        <w:rPr/>
      </w:pPr>
      <w:r w:rsidDel="00000000" w:rsidR="00000000" w:rsidRPr="00000000">
        <w:rPr>
          <w:rtl w:val="0"/>
        </w:rPr>
        <w:t xml:space="preserve">__________________</w:t>
      </w:r>
    </w:p>
    <w:p w:rsidR="00000000" w:rsidDel="00000000" w:rsidP="00000000" w:rsidRDefault="00000000" w:rsidRPr="00000000" w14:paraId="00000354">
      <w:pPr>
        <w:spacing w:after="320" w:lineRule="auto"/>
        <w:jc w:val="both"/>
        <w:rPr/>
      </w:pPr>
      <w:r w:rsidDel="00000000" w:rsidR="00000000" w:rsidRPr="00000000">
        <w:rPr>
          <w:rtl w:val="0"/>
        </w:rPr>
        <w:t xml:space="preserve">[numele]</w:t>
      </w:r>
    </w:p>
    <w:p w:rsidR="00000000" w:rsidDel="00000000" w:rsidP="00000000" w:rsidRDefault="00000000" w:rsidRPr="00000000" w14:paraId="00000355">
      <w:pPr>
        <w:spacing w:after="320" w:lineRule="auto"/>
        <w:jc w:val="center"/>
        <w:rPr/>
      </w:pPr>
      <w:r w:rsidDel="00000000" w:rsidR="00000000" w:rsidRPr="00000000">
        <w:rPr>
          <w:b w:val="1"/>
          <w:bCs w:val="1"/>
          <w:rtl w:val="0"/>
        </w:rPr>
        <w:t xml:space="preserve">Declarație pe propria răspundere</w:t>
      </w:r>
      <w:r w:rsidDel="00000000" w:rsidR="00000000" w:rsidRPr="00000000">
        <w:rPr>
          <w:rtl w:val="0"/>
        </w:rPr>
      </w:r>
    </w:p>
    <w:p w:rsidR="00000000" w:rsidDel="00000000" w:rsidP="00000000" w:rsidRDefault="00000000" w:rsidRPr="00000000" w14:paraId="00000356">
      <w:pPr>
        <w:jc w:val="both"/>
        <w:rPr/>
      </w:pPr>
      <w:r w:rsidDel="00000000" w:rsidR="00000000" w:rsidRPr="00000000">
        <w:rPr>
          <w:rtl w:val="0"/>
        </w:rPr>
        <w:t xml:space="preserve">Subscrisa [denumirea firmei, numele ofertantului], în calitate de Ofertant la procedura de achiziție </w:t>
      </w:r>
      <w:r w:rsidDel="00000000" w:rsidR="00000000" w:rsidRPr="00000000">
        <w:rPr>
          <w:b w:val="1"/>
          <w:bCs w:val="1"/>
          <w:rtl w:val="0"/>
        </w:rPr>
        <w:t xml:space="preserve">MD-AGC-571313-GO-RFQ</w:t>
      </w:r>
      <w:r w:rsidDel="00000000" w:rsidR="00000000" w:rsidRPr="00000000">
        <w:rPr>
          <w:rtl w:val="0"/>
        </w:rPr>
        <w:t xml:space="preserve"> pentru atribuirea contractului pentru procurarea </w:t>
      </w:r>
      <w:r w:rsidDel="00000000" w:rsidR="00000000" w:rsidRPr="00000000">
        <w:rPr>
          <w:rtl w:val="0"/>
        </w:rPr>
        <w:t xml:space="preserve">echipamentului de croitorie și producere textilă, materiale consumabile</w:t>
      </w:r>
      <w:r w:rsidDel="00000000" w:rsidR="00000000" w:rsidRPr="00000000">
        <w:rPr>
          <w:rtl w:val="0"/>
        </w:rPr>
        <w:t xml:space="preserve"> de către </w:t>
      </w:r>
      <w:r w:rsidDel="00000000" w:rsidR="00000000" w:rsidRPr="00000000">
        <w:rPr>
          <w:b w:val="1"/>
          <w:bCs w:val="1"/>
          <w:rtl w:val="0"/>
        </w:rPr>
        <w:t xml:space="preserve">AO „Gender-Centru”</w:t>
      </w:r>
      <w:r w:rsidDel="00000000" w:rsidR="00000000" w:rsidRPr="00000000">
        <w:rPr>
          <w:rtl w:val="0"/>
        </w:rPr>
        <w:t xml:space="preserve">, prin dl/dna __________________ [numele reprezentantului autorizat], în calitate de____________, la data de_______________ [data limită de depunere a ofertelor], declar pe propria răspundere că:</w:t>
      </w:r>
    </w:p>
    <w:p w:rsidR="00000000" w:rsidDel="00000000" w:rsidP="00000000" w:rsidRDefault="00000000" w:rsidRPr="00000000" w14:paraId="00000357">
      <w:pPr>
        <w:spacing w:after="120" w:lineRule="auto"/>
        <w:jc w:val="both"/>
        <w:rPr/>
      </w:pPr>
      <w:r w:rsidDel="00000000" w:rsidR="00000000" w:rsidRPr="00000000">
        <w:rPr>
          <w:rtl w:val="0"/>
        </w:rPr>
        <w:t xml:space="preserve">(a) Mi-am îndeplinit obligațiile de plată a impozitelor, taxelor și contribuțiilor de asigurări sociale către bugetul de stat, în conformitate cu prevederile legale în vigoare;</w:t>
      </w:r>
    </w:p>
    <w:p w:rsidR="00000000" w:rsidDel="00000000" w:rsidP="00000000" w:rsidRDefault="00000000" w:rsidRPr="00000000" w14:paraId="00000358">
      <w:pPr>
        <w:spacing w:after="120" w:lineRule="auto"/>
        <w:jc w:val="both"/>
        <w:rPr/>
      </w:pPr>
      <w:r w:rsidDel="00000000" w:rsidR="00000000" w:rsidRPr="00000000">
        <w:rPr>
          <w:rtl w:val="0"/>
        </w:rPr>
        <w:t xml:space="preserve">(b) Nu am fost condamnat, în ultimii 5 ani, printr-o hotărâre judecătorească definitivă pentru (i) participare la activități ale unei organizații criminale, (ii) corupție, (iii) fraudă și (iv) spălare de bani;</w:t>
      </w:r>
    </w:p>
    <w:p w:rsidR="00000000" w:rsidDel="00000000" w:rsidP="00000000" w:rsidRDefault="00000000" w:rsidRPr="00000000" w14:paraId="00000359">
      <w:pPr>
        <w:spacing w:after="120" w:lineRule="auto"/>
        <w:jc w:val="both"/>
        <w:rPr/>
      </w:pPr>
      <w:r w:rsidDel="00000000" w:rsidR="00000000" w:rsidRPr="00000000">
        <w:rPr>
          <w:rtl w:val="0"/>
        </w:rPr>
        <w:t xml:space="preserve">(c) Nu sunt în stare de faliment ori lichidare, afacerile societății ofertante nu sunt conduse de un administrator judiciar;</w:t>
      </w:r>
    </w:p>
    <w:p w:rsidR="00000000" w:rsidDel="00000000" w:rsidP="00000000" w:rsidRDefault="00000000" w:rsidRPr="00000000" w14:paraId="0000035A">
      <w:pPr>
        <w:spacing w:after="120" w:lineRule="auto"/>
        <w:jc w:val="both"/>
        <w:rPr/>
      </w:pPr>
      <w:r w:rsidDel="00000000" w:rsidR="00000000" w:rsidRPr="00000000">
        <w:rPr>
          <w:rtl w:val="0"/>
        </w:rPr>
        <w:t xml:space="preserve">(d) Activitățile mele comerciale nu sunt suspendate și nu fac obiectul unui aranjament cu creditorii;</w:t>
      </w:r>
    </w:p>
    <w:p w:rsidR="00000000" w:rsidDel="00000000" w:rsidP="00000000" w:rsidRDefault="00000000" w:rsidRPr="00000000" w14:paraId="0000035B">
      <w:pPr>
        <w:spacing w:after="120" w:lineRule="auto"/>
        <w:jc w:val="both"/>
        <w:rPr/>
      </w:pPr>
      <w:r w:rsidDel="00000000" w:rsidR="00000000" w:rsidRPr="00000000">
        <w:rPr>
          <w:rtl w:val="0"/>
        </w:rPr>
        <w:t xml:space="preserve">(e) Nu fac obiectul unei proceduri legale pentru declararea societății ofertante în una dintre situațiile prevăzute la lit. (c)-(d);</w:t>
      </w:r>
    </w:p>
    <w:p w:rsidR="00000000" w:rsidDel="00000000" w:rsidP="00000000" w:rsidRDefault="00000000" w:rsidRPr="00000000" w14:paraId="0000035C">
      <w:pPr>
        <w:spacing w:after="120" w:lineRule="auto"/>
        <w:jc w:val="both"/>
        <w:rPr/>
      </w:pPr>
      <w:r w:rsidDel="00000000" w:rsidR="00000000" w:rsidRPr="00000000">
        <w:rPr>
          <w:rtl w:val="0"/>
        </w:rPr>
        <w:t xml:space="preserve">(f) Nu am fost condamnat, în ultimii 3 ani, prin hotărâre definitivă, pentru o faptă care a adus atingere eticii profesionale sau pentru comiterea unei greșeli în materie profesională;</w:t>
      </w:r>
    </w:p>
    <w:p w:rsidR="00000000" w:rsidDel="00000000" w:rsidP="00000000" w:rsidRDefault="00000000" w:rsidRPr="00000000" w14:paraId="0000035D">
      <w:pPr>
        <w:spacing w:after="120" w:lineRule="auto"/>
        <w:jc w:val="both"/>
        <w:rPr/>
      </w:pPr>
      <w:r w:rsidDel="00000000" w:rsidR="00000000" w:rsidRPr="00000000">
        <w:rPr>
          <w:rtl w:val="0"/>
        </w:rPr>
        <w:t xml:space="preserve">(g) Nu am fost condamnat, în ultimii 3 ani, prin hotărâre definitivă, pentru o faptă de hărțuire sexuală la locul de muncă.</w:t>
      </w:r>
    </w:p>
    <w:p w:rsidR="00000000" w:rsidDel="00000000" w:rsidP="00000000" w:rsidRDefault="00000000" w:rsidRPr="00000000" w14:paraId="0000035E">
      <w:pPr>
        <w:jc w:val="both"/>
        <w:rPr/>
      </w:pPr>
      <w:r w:rsidDel="00000000" w:rsidR="00000000" w:rsidRPr="00000000">
        <w:rPr>
          <w:rtl w:val="0"/>
        </w:rPr>
        <w:t xml:space="preserve">Subscrisul/a declar că informațiile furnizate sunt complete și corecte în fiecare detaliu și înțeleg că AO „Gender-Centru” are dreptul de a solicita, în scopul verificării și confirmării declarațiilor, orice documente doveditoare de care dispun.</w:t>
      </w:r>
    </w:p>
    <w:p w:rsidR="00000000" w:rsidDel="00000000" w:rsidP="00000000" w:rsidRDefault="00000000" w:rsidRPr="00000000" w14:paraId="0000035F">
      <w:pPr>
        <w:spacing w:after="480" w:lineRule="auto"/>
        <w:jc w:val="both"/>
        <w:rPr/>
      </w:pPr>
      <w:r w:rsidDel="00000000" w:rsidR="00000000" w:rsidRPr="00000000">
        <w:rPr>
          <w:rtl w:val="0"/>
        </w:rPr>
        <w:t xml:space="preserve">Înțeleg ca, în cazul în care această declarație nu este conformă cu realitatea sunt pasibil de încălcarea prevederilor legislației penale privind falsul în declarații.</w:t>
      </w:r>
    </w:p>
    <w:p w:rsidR="00000000" w:rsidDel="00000000" w:rsidP="00000000" w:rsidRDefault="00000000" w:rsidRPr="00000000" w14:paraId="00000360">
      <w:pPr>
        <w:spacing w:after="40" w:lineRule="auto"/>
        <w:jc w:val="both"/>
        <w:rPr/>
      </w:pPr>
      <w:r w:rsidDel="00000000" w:rsidR="00000000" w:rsidRPr="00000000">
        <w:rPr>
          <w:rtl w:val="0"/>
        </w:rPr>
        <w:t xml:space="preserve">________________________</w:t>
      </w:r>
    </w:p>
    <w:p w:rsidR="00000000" w:rsidDel="00000000" w:rsidP="00000000" w:rsidRDefault="00000000" w:rsidRPr="00000000" w14:paraId="00000361">
      <w:pPr>
        <w:spacing w:after="320" w:lineRule="auto"/>
        <w:jc w:val="both"/>
        <w:rPr/>
      </w:pPr>
      <w:r w:rsidDel="00000000" w:rsidR="00000000" w:rsidRPr="00000000">
        <w:rPr>
          <w:rtl w:val="0"/>
        </w:rPr>
        <w:t xml:space="preserve">Nume Ofertant</w:t>
      </w:r>
    </w:p>
    <w:p w:rsidR="00000000" w:rsidDel="00000000" w:rsidP="00000000" w:rsidRDefault="00000000" w:rsidRPr="00000000" w14:paraId="00000362">
      <w:pPr>
        <w:spacing w:after="40" w:lineRule="auto"/>
        <w:jc w:val="both"/>
        <w:rPr/>
      </w:pPr>
      <w:r w:rsidDel="00000000" w:rsidR="00000000" w:rsidRPr="00000000">
        <w:rPr>
          <w:rtl w:val="0"/>
        </w:rPr>
        <w:t xml:space="preserve">______________________</w:t>
      </w:r>
    </w:p>
    <w:p w:rsidR="00000000" w:rsidDel="00000000" w:rsidP="00000000" w:rsidRDefault="00000000" w:rsidRPr="00000000" w14:paraId="00000363">
      <w:pPr>
        <w:spacing w:after="80" w:lineRule="auto"/>
        <w:jc w:val="both"/>
        <w:rPr/>
      </w:pPr>
      <w:r w:rsidDel="00000000" w:rsidR="00000000" w:rsidRPr="00000000">
        <w:rPr>
          <w:rtl w:val="0"/>
        </w:rPr>
        <w:t xml:space="preserve">[Nume semnatar autorizat și semnătura]</w:t>
        <w:tab/>
        <w:tab/>
        <w:tab/>
        <w:t xml:space="preserve">Data completării ......................</w:t>
      </w:r>
    </w:p>
    <w:p w:rsidR="00000000" w:rsidDel="00000000" w:rsidP="00000000" w:rsidRDefault="00000000" w:rsidRPr="00000000" w14:paraId="00000364">
      <w:pPr>
        <w:rPr/>
      </w:pPr>
      <w:r w:rsidDel="00000000" w:rsidR="00000000" w:rsidRPr="00000000">
        <w:rPr>
          <w:rtl w:val="0"/>
        </w:rPr>
      </w:r>
    </w:p>
    <w:p w:rsidR="00000000" w:rsidDel="00000000" w:rsidP="00000000" w:rsidRDefault="00000000" w:rsidRPr="00000000" w14:paraId="00000365">
      <w:pPr>
        <w:rPr/>
      </w:pPr>
      <w:r w:rsidDel="00000000" w:rsidR="00000000" w:rsidRPr="00000000">
        <w:rPr>
          <w:rtl w:val="0"/>
        </w:rPr>
      </w:r>
    </w:p>
    <w:p w:rsidR="00000000" w:rsidDel="00000000" w:rsidP="00000000" w:rsidRDefault="00000000" w:rsidRPr="00000000" w14:paraId="00000366">
      <w:pPr>
        <w:spacing w:after="120" w:lineRule="auto"/>
        <w:jc w:val="both"/>
        <w:rPr>
          <w:b w:val="1"/>
          <w:bCs w:val="1"/>
        </w:rPr>
      </w:pPr>
      <w:r w:rsidDel="00000000" w:rsidR="00000000" w:rsidRPr="00000000">
        <w:rPr>
          <w:b w:val="1"/>
          <w:bCs w:val="1"/>
          <w:rtl w:val="0"/>
        </w:rPr>
        <w:t xml:space="preserve">Anexa nr. 6 </w:t>
      </w:r>
    </w:p>
    <w:p w:rsidR="00000000" w:rsidDel="00000000" w:rsidP="00000000" w:rsidRDefault="00000000" w:rsidRPr="00000000" w14:paraId="00000367">
      <w:pPr>
        <w:spacing w:after="0" w:line="240" w:lineRule="auto"/>
        <w:jc w:val="center"/>
        <w:rPr>
          <w:b w:val="1"/>
          <w:bCs w:val="1"/>
        </w:rPr>
      </w:pPr>
      <w:r w:rsidDel="00000000" w:rsidR="00000000" w:rsidRPr="00000000">
        <w:rPr>
          <w:b w:val="1"/>
          <w:bCs w:val="1"/>
          <w:rtl w:val="0"/>
        </w:rPr>
        <w:t xml:space="preserve">ÎMPUTERNICIRE</w:t>
      </w:r>
    </w:p>
    <w:p w:rsidR="00000000" w:rsidDel="00000000" w:rsidP="00000000" w:rsidRDefault="00000000" w:rsidRPr="00000000" w14:paraId="00000368">
      <w:pPr>
        <w:spacing w:after="0" w:line="240" w:lineRule="auto"/>
        <w:jc w:val="center"/>
        <w:rPr/>
      </w:pPr>
      <w:r w:rsidDel="00000000" w:rsidR="00000000" w:rsidRPr="00000000">
        <w:rPr>
          <w:rtl w:val="0"/>
        </w:rPr>
      </w:r>
    </w:p>
    <w:p w:rsidR="00000000" w:rsidDel="00000000" w:rsidP="00000000" w:rsidRDefault="00000000" w:rsidRPr="00000000" w14:paraId="00000369">
      <w:pPr>
        <w:spacing w:after="0" w:line="240" w:lineRule="auto"/>
        <w:jc w:val="both"/>
        <w:rPr/>
      </w:pPr>
      <w:r w:rsidDel="00000000" w:rsidR="00000000" w:rsidRPr="00000000">
        <w:rPr>
          <w:rtl w:val="0"/>
        </w:rPr>
        <w:t xml:space="preserve">Subsemnatul(a), [</w:t>
      </w:r>
      <w:r w:rsidDel="00000000" w:rsidR="00000000" w:rsidRPr="00000000">
        <w:rPr>
          <w:color w:val="ff0000"/>
          <w:rtl w:val="0"/>
        </w:rPr>
        <w:t xml:space="preserve">Numele complet al reprezentantului legal</w:t>
      </w:r>
      <w:r w:rsidDel="00000000" w:rsidR="00000000" w:rsidRPr="00000000">
        <w:rPr>
          <w:rtl w:val="0"/>
        </w:rPr>
        <w:t xml:space="preserve">], în calitate de [funcția deținută – ex. Administrator] al [Denumirea completă a companiei], cu sediul în [adresa completă a companiei], înregistrată la [Oficiul Registrului Comerțului/autoritatea competentă] sub nr. [număr de înregistrare], cod fiscal [codul fiscal al companiei],</w:t>
      </w:r>
    </w:p>
    <w:p w:rsidR="00000000" w:rsidDel="00000000" w:rsidP="00000000" w:rsidRDefault="00000000" w:rsidRPr="00000000" w14:paraId="0000036A">
      <w:pPr>
        <w:spacing w:after="0" w:line="240" w:lineRule="auto"/>
        <w:jc w:val="both"/>
        <w:rPr/>
      </w:pPr>
      <w:r w:rsidDel="00000000" w:rsidR="00000000" w:rsidRPr="00000000">
        <w:rPr>
          <w:rtl w:val="0"/>
        </w:rPr>
      </w:r>
    </w:p>
    <w:p w:rsidR="00000000" w:rsidDel="00000000" w:rsidP="00000000" w:rsidRDefault="00000000" w:rsidRPr="00000000" w14:paraId="0000036B">
      <w:pPr>
        <w:spacing w:after="0" w:line="240" w:lineRule="auto"/>
        <w:jc w:val="both"/>
        <w:rPr/>
      </w:pPr>
      <w:r w:rsidDel="00000000" w:rsidR="00000000" w:rsidRPr="00000000">
        <w:rPr>
          <w:rtl w:val="0"/>
        </w:rPr>
        <w:t xml:space="preserve">în baza a cel puțin unuia din următoarele documente ale companiei, care atestă capacitatea mea legală de a emite și semna o astfel de împuternicire:</w:t>
      </w:r>
    </w:p>
    <w:p w:rsidR="00000000" w:rsidDel="00000000" w:rsidP="00000000" w:rsidRDefault="00000000" w:rsidRPr="00000000" w14:paraId="0000036C">
      <w:pPr>
        <w:numPr>
          <w:ilvl w:val="0"/>
          <w:numId w:val="11"/>
        </w:numPr>
        <w:spacing w:after="160" w:line="240" w:lineRule="auto"/>
        <w:ind w:left="720" w:hanging="360"/>
        <w:jc w:val="both"/>
        <w:rPr>
          <w:rFonts w:ascii="Noto Sans Symbols" w:cs="Noto Sans Symbols" w:eastAsia="Noto Sans Symbols" w:hAnsi="Noto Sans Symbols"/>
          <w:sz w:val="20"/>
          <w:szCs w:val="20"/>
        </w:rPr>
      </w:pPr>
      <w:r w:rsidDel="00000000" w:rsidR="00000000" w:rsidRPr="00000000">
        <w:rPr>
          <w:rtl w:val="0"/>
        </w:rPr>
        <w:t xml:space="preserve">Certificatul de Înregistrare al companiei;</w:t>
      </w:r>
    </w:p>
    <w:p w:rsidR="00000000" w:rsidDel="00000000" w:rsidP="00000000" w:rsidRDefault="00000000" w:rsidRPr="00000000" w14:paraId="0000036D">
      <w:pPr>
        <w:numPr>
          <w:ilvl w:val="0"/>
          <w:numId w:val="11"/>
        </w:numPr>
        <w:spacing w:after="160" w:line="240" w:lineRule="auto"/>
        <w:ind w:left="720" w:hanging="360"/>
        <w:jc w:val="both"/>
        <w:rPr>
          <w:rFonts w:ascii="Noto Sans Symbols" w:cs="Noto Sans Symbols" w:eastAsia="Noto Sans Symbols" w:hAnsi="Noto Sans Symbols"/>
          <w:sz w:val="20"/>
          <w:szCs w:val="20"/>
        </w:rPr>
      </w:pPr>
      <w:r w:rsidDel="00000000" w:rsidR="00000000" w:rsidRPr="00000000">
        <w:rPr>
          <w:rtl w:val="0"/>
        </w:rPr>
        <w:t xml:space="preserve">Extras actualizat din Registrul Comerțului;</w:t>
      </w:r>
    </w:p>
    <w:p w:rsidR="00000000" w:rsidDel="00000000" w:rsidP="00000000" w:rsidRDefault="00000000" w:rsidRPr="00000000" w14:paraId="0000036E">
      <w:pPr>
        <w:numPr>
          <w:ilvl w:val="0"/>
          <w:numId w:val="11"/>
        </w:numPr>
        <w:spacing w:after="160" w:line="240" w:lineRule="auto"/>
        <w:ind w:left="720" w:hanging="360"/>
        <w:jc w:val="both"/>
        <w:rPr>
          <w:rFonts w:ascii="Noto Sans Symbols" w:cs="Noto Sans Symbols" w:eastAsia="Noto Sans Symbols" w:hAnsi="Noto Sans Symbols"/>
          <w:sz w:val="20"/>
          <w:szCs w:val="20"/>
        </w:rPr>
      </w:pPr>
      <w:r w:rsidDel="00000000" w:rsidR="00000000" w:rsidRPr="00000000">
        <w:rPr>
          <w:rtl w:val="0"/>
        </w:rPr>
        <w:t xml:space="preserve">Actul constitutiv/statutul societății,</w:t>
      </w:r>
    </w:p>
    <w:p w:rsidR="00000000" w:rsidDel="00000000" w:rsidP="00000000" w:rsidRDefault="00000000" w:rsidRPr="00000000" w14:paraId="0000036F">
      <w:pPr>
        <w:spacing w:after="0" w:line="240" w:lineRule="auto"/>
        <w:jc w:val="both"/>
        <w:rPr/>
      </w:pPr>
      <w:r w:rsidDel="00000000" w:rsidR="00000000" w:rsidRPr="00000000">
        <w:rPr>
          <w:rtl w:val="0"/>
        </w:rPr>
        <w:t xml:space="preserve">împuternicesc prin prezenta pe:</w:t>
      </w:r>
    </w:p>
    <w:p w:rsidR="00000000" w:rsidDel="00000000" w:rsidP="00000000" w:rsidRDefault="00000000" w:rsidRPr="00000000" w14:paraId="00000370">
      <w:pPr>
        <w:spacing w:after="0" w:line="240" w:lineRule="auto"/>
        <w:jc w:val="both"/>
        <w:rPr/>
      </w:pPr>
      <w:r w:rsidDel="00000000" w:rsidR="00000000" w:rsidRPr="00000000">
        <w:rPr>
          <w:rtl w:val="0"/>
        </w:rPr>
      </w:r>
    </w:p>
    <w:p w:rsidR="00000000" w:rsidDel="00000000" w:rsidP="00000000" w:rsidRDefault="00000000" w:rsidRPr="00000000" w14:paraId="00000371">
      <w:pPr>
        <w:spacing w:after="0" w:line="240" w:lineRule="auto"/>
        <w:jc w:val="both"/>
        <w:rPr/>
      </w:pPr>
      <w:r w:rsidDel="00000000" w:rsidR="00000000" w:rsidRPr="00000000">
        <w:rPr>
          <w:rtl w:val="0"/>
        </w:rPr>
        <w:t xml:space="preserve">[</w:t>
      </w:r>
      <w:r w:rsidDel="00000000" w:rsidR="00000000" w:rsidRPr="00000000">
        <w:rPr>
          <w:color w:val="ff0000"/>
          <w:rtl w:val="0"/>
        </w:rPr>
        <w:t xml:space="preserve">Numele complet al persoanei împuternicite</w:t>
      </w:r>
      <w:r w:rsidDel="00000000" w:rsidR="00000000" w:rsidRPr="00000000">
        <w:rPr>
          <w:rtl w:val="0"/>
        </w:rPr>
        <w:t xml:space="preserve">], având funcția de [</w:t>
      </w:r>
      <w:r w:rsidDel="00000000" w:rsidR="00000000" w:rsidRPr="00000000">
        <w:rPr>
          <w:color w:val="ff0000"/>
          <w:rtl w:val="0"/>
        </w:rPr>
        <w:t xml:space="preserve">funcția deținută în cadrul companiei</w:t>
      </w:r>
      <w:r w:rsidDel="00000000" w:rsidR="00000000" w:rsidRPr="00000000">
        <w:rPr>
          <w:rtl w:val="0"/>
        </w:rPr>
        <w:t xml:space="preserve">], să semneze în numele și pe seama societății toate documentele care compun oferta ce urmează a fi depusă în cadrul procedurii de achiziție [denumirea/numărul procedurii, dacă este cunoscut].</w:t>
      </w:r>
    </w:p>
    <w:p w:rsidR="00000000" w:rsidDel="00000000" w:rsidP="00000000" w:rsidRDefault="00000000" w:rsidRPr="00000000" w14:paraId="00000372">
      <w:pPr>
        <w:spacing w:after="0" w:line="240" w:lineRule="auto"/>
        <w:jc w:val="both"/>
        <w:rPr/>
      </w:pPr>
      <w:r w:rsidDel="00000000" w:rsidR="00000000" w:rsidRPr="00000000">
        <w:rPr>
          <w:rtl w:val="0"/>
        </w:rPr>
      </w:r>
    </w:p>
    <w:p w:rsidR="00000000" w:rsidDel="00000000" w:rsidP="00000000" w:rsidRDefault="00000000" w:rsidRPr="00000000" w14:paraId="00000373">
      <w:pPr>
        <w:spacing w:after="0" w:line="240" w:lineRule="auto"/>
        <w:jc w:val="both"/>
        <w:rPr/>
      </w:pPr>
      <w:r w:rsidDel="00000000" w:rsidR="00000000" w:rsidRPr="00000000">
        <w:rPr>
          <w:rtl w:val="0"/>
        </w:rPr>
        <w:t xml:space="preserve">sau, după caz,</w:t>
      </w:r>
    </w:p>
    <w:p w:rsidR="00000000" w:rsidDel="00000000" w:rsidP="00000000" w:rsidRDefault="00000000" w:rsidRPr="00000000" w14:paraId="00000374">
      <w:pPr>
        <w:spacing w:after="0" w:line="240" w:lineRule="auto"/>
        <w:jc w:val="both"/>
        <w:rPr/>
      </w:pPr>
      <w:r w:rsidDel="00000000" w:rsidR="00000000" w:rsidRPr="00000000">
        <w:rPr>
          <w:rtl w:val="0"/>
        </w:rPr>
      </w:r>
    </w:p>
    <w:p w:rsidR="00000000" w:rsidDel="00000000" w:rsidP="00000000" w:rsidRDefault="00000000" w:rsidRPr="00000000" w14:paraId="00000375">
      <w:pPr>
        <w:spacing w:after="0" w:line="240" w:lineRule="auto"/>
        <w:jc w:val="both"/>
        <w:rPr/>
      </w:pPr>
      <w:r w:rsidDel="00000000" w:rsidR="00000000" w:rsidRPr="00000000">
        <w:rPr>
          <w:rtl w:val="0"/>
        </w:rPr>
        <w:t xml:space="preserve">Declar că voi semna personal toate documentele ce compun oferta, în calitate de reprezentant legal al companiei, în cadrul procedurii de achiziție menționate.</w:t>
      </w:r>
    </w:p>
    <w:p w:rsidR="00000000" w:rsidDel="00000000" w:rsidP="00000000" w:rsidRDefault="00000000" w:rsidRPr="00000000" w14:paraId="00000376">
      <w:pPr>
        <w:spacing w:after="0" w:line="240" w:lineRule="auto"/>
        <w:jc w:val="both"/>
        <w:rPr/>
      </w:pPr>
      <w:r w:rsidDel="00000000" w:rsidR="00000000" w:rsidRPr="00000000">
        <w:rPr>
          <w:rtl w:val="0"/>
        </w:rPr>
      </w:r>
    </w:p>
    <w:p w:rsidR="00000000" w:rsidDel="00000000" w:rsidP="00000000" w:rsidRDefault="00000000" w:rsidRPr="00000000" w14:paraId="00000377">
      <w:pPr>
        <w:spacing w:after="0" w:line="240" w:lineRule="auto"/>
        <w:jc w:val="both"/>
        <w:rPr/>
      </w:pPr>
      <w:r w:rsidDel="00000000" w:rsidR="00000000" w:rsidRPr="00000000">
        <w:rPr>
          <w:rtl w:val="0"/>
        </w:rPr>
        <w:t xml:space="preserve">Prezenta împuternicire este valabilă exclusiv pentru semnarea documentelor aferente ofertei în cadrul procedurii sus-menționate.</w:t>
      </w:r>
    </w:p>
    <w:p w:rsidR="00000000" w:rsidDel="00000000" w:rsidP="00000000" w:rsidRDefault="00000000" w:rsidRPr="00000000" w14:paraId="00000378">
      <w:pPr>
        <w:spacing w:after="0" w:line="240" w:lineRule="auto"/>
        <w:jc w:val="both"/>
        <w:rPr/>
      </w:pPr>
      <w:r w:rsidDel="00000000" w:rsidR="00000000" w:rsidRPr="00000000">
        <w:rPr>
          <w:rtl w:val="0"/>
        </w:rPr>
      </w:r>
    </w:p>
    <w:p w:rsidR="00000000" w:rsidDel="00000000" w:rsidP="00000000" w:rsidRDefault="00000000" w:rsidRPr="00000000" w14:paraId="00000379">
      <w:pPr>
        <w:spacing w:after="0" w:line="240" w:lineRule="auto"/>
        <w:jc w:val="both"/>
        <w:rPr/>
      </w:pPr>
      <w:r w:rsidDel="00000000" w:rsidR="00000000" w:rsidRPr="00000000">
        <w:rPr>
          <w:rtl w:val="0"/>
        </w:rPr>
        <w:t xml:space="preserve">Semnat astăzi, [data], în [localitate].</w:t>
      </w:r>
    </w:p>
    <w:p w:rsidR="00000000" w:rsidDel="00000000" w:rsidP="00000000" w:rsidRDefault="00000000" w:rsidRPr="00000000" w14:paraId="0000037A">
      <w:pPr>
        <w:spacing w:after="0" w:line="240" w:lineRule="auto"/>
        <w:rPr/>
      </w:pPr>
      <w:r w:rsidDel="00000000" w:rsidR="00000000" w:rsidRPr="00000000">
        <w:rPr>
          <w:rtl w:val="0"/>
        </w:rPr>
      </w:r>
    </w:p>
    <w:p w:rsidR="00000000" w:rsidDel="00000000" w:rsidP="00000000" w:rsidRDefault="00000000" w:rsidRPr="00000000" w14:paraId="0000037B">
      <w:pPr>
        <w:spacing w:after="80" w:before="0" w:lineRule="auto"/>
        <w:jc w:val="both"/>
        <w:rPr/>
      </w:pPr>
      <w:r w:rsidDel="00000000" w:rsidR="00000000" w:rsidRPr="00000000">
        <w:rPr>
          <w:rtl w:val="0"/>
        </w:rPr>
      </w:r>
    </w:p>
    <w:sectPr>
      <w:footerReference r:id="rId12" w:type="default"/>
      <w:pgSz w:h="16838" w:w="11906" w:orient="portrait"/>
      <w:pgMar w:bottom="720" w:top="720" w:left="144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Trebuchet M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7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Official Use Only</w:t>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37D">
      <w:pPr>
        <w:spacing w:after="0"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Pentru a evita orice îndoială, neeligibilitatea unei părți sancționate în privința atribuirii unui contract va include, fără a se limita la: (i) cererea de pre-calificare, exprimarea interesului într-o consultare și licitarea, direct sau ca un subcontractant desemnat, consultant desemnat, producător sau furnizor nominalizat sau prestator de servicii desemnat, cu privire la acest contract și (ii) încheierea unei anexe sau a unui amendament prin care se introduce o modificare semnificativă a oricărui contract existent</w:t>
      </w:r>
    </w:p>
  </w:footnote>
  <w:footnote w:id="1">
    <w:p w:rsidR="00000000" w:rsidDel="00000000" w:rsidP="00000000" w:rsidRDefault="00000000" w:rsidRPr="00000000" w14:paraId="0000037E">
      <w:pPr>
        <w:spacing w:after="0"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Un subcontractant desemnat, un consultant desemnat, un producător sau furnizor desemnat sau un prestator de servicii desemnat (sunt utilizate diferite nume în funcție de documentul de licitație particularizat) este unul care a fost: (i) inclus de ofertant în cererea de pre-calificare sau deoarece oferă o experiență și o experiență specifică și critică care permit ofertantului să îndeplinească cerințele de calificare pentru oferta respectivă; sau (ii) numit de Împrumutat.</w:t>
      </w:r>
    </w:p>
  </w:footnote>
  <w:footnote w:id="2">
    <w:p w:rsidR="00000000" w:rsidDel="00000000" w:rsidP="00000000" w:rsidRDefault="00000000" w:rsidRPr="00000000" w14:paraId="0000037F">
      <w:pPr>
        <w:spacing w:after="0"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Inspecțiile în acest context sunt, de obicei, investigative (ex.:, medico-legale). Ele implică activități de constatare a informațiilor efectuate de Bancă sau de persoane desemnate de către Bancă pentru a aborda chestiuni specifice legate de investigații / audituri, cum ar fi evaluarea veridicității unei afirmații de posibile fraude și corupție, prin intermediul mecanismelor adecvate. Această activitate include, dar nu se limitează la: accesarea și examinarea înregistrărilor financiare și a informațiilor unei firme sau a unui individ și realizarea de copii ale acestora ca fiind relevante; accesarea și examinarea oricăror alte documente, date și informații (fie pe suport de hârtie sau în format electronic) considerate relevante pentru investigație / audit și realizarea de copii ale acestora, după caz; intervievarea personalului și a altor persoane relevante; efectuarea de inspecții fizice și vizite la fața locului; și obținerea verificării de către terți a informațiilor.</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Roman"/>
      <w:lvlText w:val="%1."/>
      <w:lvlJc w:val="right"/>
      <w:pPr>
        <w:ind w:left="1428" w:hanging="360"/>
      </w:pPr>
      <w:rPr>
        <w:u w:val="none"/>
      </w:rPr>
    </w:lvl>
    <w:lvl w:ilvl="1">
      <w:start w:val="1"/>
      <w:numFmt w:val="lowerLetter"/>
      <w:lvlText w:val="%2."/>
      <w:lvlJc w:val="left"/>
      <w:pPr>
        <w:ind w:left="2148" w:hanging="360"/>
      </w:pPr>
      <w:rPr>
        <w:u w:val="none"/>
      </w:rPr>
    </w:lvl>
    <w:lvl w:ilvl="2">
      <w:start w:val="1"/>
      <w:numFmt w:val="lowerRoman"/>
      <w:lvlText w:val="%3."/>
      <w:lvlJc w:val="right"/>
      <w:pPr>
        <w:ind w:left="2868" w:hanging="180"/>
      </w:pPr>
      <w:rPr>
        <w:u w:val="none"/>
      </w:rPr>
    </w:lvl>
    <w:lvl w:ilvl="3">
      <w:start w:val="1"/>
      <w:numFmt w:val="decimal"/>
      <w:lvlText w:val="%4."/>
      <w:lvlJc w:val="left"/>
      <w:pPr>
        <w:ind w:left="3588" w:hanging="360"/>
      </w:pPr>
      <w:rPr>
        <w:u w:val="none"/>
      </w:rPr>
    </w:lvl>
    <w:lvl w:ilvl="4">
      <w:start w:val="1"/>
      <w:numFmt w:val="lowerLetter"/>
      <w:lvlText w:val="%5."/>
      <w:lvlJc w:val="left"/>
      <w:pPr>
        <w:ind w:left="4308" w:hanging="360"/>
      </w:pPr>
      <w:rPr>
        <w:u w:val="none"/>
      </w:rPr>
    </w:lvl>
    <w:lvl w:ilvl="5">
      <w:start w:val="1"/>
      <w:numFmt w:val="lowerRoman"/>
      <w:lvlText w:val="%6."/>
      <w:lvlJc w:val="right"/>
      <w:pPr>
        <w:ind w:left="5028" w:hanging="180"/>
      </w:pPr>
      <w:rPr>
        <w:u w:val="none"/>
      </w:rPr>
    </w:lvl>
    <w:lvl w:ilvl="6">
      <w:start w:val="1"/>
      <w:numFmt w:val="decimal"/>
      <w:lvlText w:val="%7."/>
      <w:lvlJc w:val="left"/>
      <w:pPr>
        <w:ind w:left="5748" w:hanging="360"/>
      </w:pPr>
      <w:rPr>
        <w:u w:val="none"/>
      </w:rPr>
    </w:lvl>
    <w:lvl w:ilvl="7">
      <w:start w:val="1"/>
      <w:numFmt w:val="lowerLetter"/>
      <w:lvlText w:val="%8."/>
      <w:lvlJc w:val="left"/>
      <w:pPr>
        <w:ind w:left="6468" w:hanging="360"/>
      </w:pPr>
      <w:rPr>
        <w:u w:val="none"/>
      </w:rPr>
    </w:lvl>
    <w:lvl w:ilvl="8">
      <w:start w:val="1"/>
      <w:numFmt w:val="lowerRoman"/>
      <w:lvlText w:val="%9."/>
      <w:lvlJc w:val="right"/>
      <w:pPr>
        <w:ind w:left="7188" w:hanging="18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lvl w:ilvl="0">
      <w:start w:val="1"/>
      <w:numFmt w:val="lowerRoman"/>
      <w:lvlText w:val="%1."/>
      <w:lvlJc w:val="right"/>
      <w:pPr>
        <w:ind w:left="1776" w:hanging="360"/>
      </w:pPr>
      <w:rPr>
        <w:u w:val="none"/>
      </w:rPr>
    </w:lvl>
    <w:lvl w:ilvl="1">
      <w:start w:val="1"/>
      <w:numFmt w:val="lowerLetter"/>
      <w:lvlText w:val="%2."/>
      <w:lvlJc w:val="left"/>
      <w:pPr>
        <w:ind w:left="2496" w:hanging="360"/>
      </w:pPr>
      <w:rPr>
        <w:u w:val="none"/>
      </w:rPr>
    </w:lvl>
    <w:lvl w:ilvl="2">
      <w:start w:val="1"/>
      <w:numFmt w:val="lowerRoman"/>
      <w:lvlText w:val="%3."/>
      <w:lvlJc w:val="right"/>
      <w:pPr>
        <w:ind w:left="3216" w:hanging="180"/>
      </w:pPr>
      <w:rPr>
        <w:u w:val="none"/>
      </w:rPr>
    </w:lvl>
    <w:lvl w:ilvl="3">
      <w:start w:val="1"/>
      <w:numFmt w:val="decimal"/>
      <w:lvlText w:val="%4."/>
      <w:lvlJc w:val="left"/>
      <w:pPr>
        <w:ind w:left="3936" w:hanging="360"/>
      </w:pPr>
      <w:rPr>
        <w:u w:val="none"/>
      </w:rPr>
    </w:lvl>
    <w:lvl w:ilvl="4">
      <w:start w:val="1"/>
      <w:numFmt w:val="lowerLetter"/>
      <w:lvlText w:val="%5."/>
      <w:lvlJc w:val="left"/>
      <w:pPr>
        <w:ind w:left="4656" w:hanging="360"/>
      </w:pPr>
      <w:rPr>
        <w:u w:val="none"/>
      </w:rPr>
    </w:lvl>
    <w:lvl w:ilvl="5">
      <w:start w:val="1"/>
      <w:numFmt w:val="lowerRoman"/>
      <w:lvlText w:val="%6."/>
      <w:lvlJc w:val="right"/>
      <w:pPr>
        <w:ind w:left="5376" w:hanging="180"/>
      </w:pPr>
      <w:rPr>
        <w:u w:val="none"/>
      </w:rPr>
    </w:lvl>
    <w:lvl w:ilvl="6">
      <w:start w:val="1"/>
      <w:numFmt w:val="decimal"/>
      <w:lvlText w:val="%7."/>
      <w:lvlJc w:val="left"/>
      <w:pPr>
        <w:ind w:left="6096" w:hanging="360"/>
      </w:pPr>
      <w:rPr>
        <w:u w:val="none"/>
      </w:rPr>
    </w:lvl>
    <w:lvl w:ilvl="7">
      <w:start w:val="1"/>
      <w:numFmt w:val="lowerLetter"/>
      <w:lvlText w:val="%8."/>
      <w:lvlJc w:val="left"/>
      <w:pPr>
        <w:ind w:left="6816" w:hanging="360"/>
      </w:pPr>
      <w:rPr>
        <w:u w:val="none"/>
      </w:rPr>
    </w:lvl>
    <w:lvl w:ilvl="8">
      <w:start w:val="1"/>
      <w:numFmt w:val="lowerRoman"/>
      <w:lvlText w:val="%9."/>
      <w:lvlJc w:val="right"/>
      <w:pPr>
        <w:ind w:left="7536" w:hanging="180"/>
      </w:pPr>
      <w:rPr>
        <w:u w:val="none"/>
      </w:rPr>
    </w:lvl>
  </w:abstractNum>
  <w:abstractNum w:abstractNumId="5">
    <w:lvl w:ilvl="0">
      <w:start w:val="1"/>
      <w:numFmt w:val="lowerRoman"/>
      <w:lvlText w:val="(%1)"/>
      <w:lvlJc w:val="left"/>
      <w:pPr>
        <w:ind w:left="1080" w:hanging="360"/>
      </w:pPr>
      <w:rPr>
        <w:u w:val="none"/>
      </w:rPr>
    </w:lvl>
    <w:lvl w:ilvl="1">
      <w:start w:val="1"/>
      <w:numFmt w:val="lowerLetter"/>
      <w:lvlText w:val="%2."/>
      <w:lvlJc w:val="left"/>
      <w:pPr>
        <w:ind w:left="1788" w:hanging="360"/>
      </w:pPr>
      <w:rPr>
        <w:u w:val="none"/>
      </w:rPr>
    </w:lvl>
    <w:lvl w:ilvl="2">
      <w:start w:val="1"/>
      <w:numFmt w:val="lowerRoman"/>
      <w:lvlText w:val="%3."/>
      <w:lvlJc w:val="right"/>
      <w:pPr>
        <w:ind w:left="2508" w:hanging="180"/>
      </w:pPr>
      <w:rPr>
        <w:u w:val="none"/>
      </w:rPr>
    </w:lvl>
    <w:lvl w:ilvl="3">
      <w:start w:val="1"/>
      <w:numFmt w:val="decimal"/>
      <w:lvlText w:val="%4."/>
      <w:lvlJc w:val="left"/>
      <w:pPr>
        <w:ind w:left="3228" w:hanging="360"/>
      </w:pPr>
      <w:rPr>
        <w:u w:val="none"/>
      </w:rPr>
    </w:lvl>
    <w:lvl w:ilvl="4">
      <w:start w:val="1"/>
      <w:numFmt w:val="lowerLetter"/>
      <w:lvlText w:val="%5."/>
      <w:lvlJc w:val="left"/>
      <w:pPr>
        <w:ind w:left="3948" w:hanging="360"/>
      </w:pPr>
      <w:rPr>
        <w:u w:val="none"/>
      </w:rPr>
    </w:lvl>
    <w:lvl w:ilvl="5">
      <w:start w:val="1"/>
      <w:numFmt w:val="lowerRoman"/>
      <w:lvlText w:val="%6."/>
      <w:lvlJc w:val="right"/>
      <w:pPr>
        <w:ind w:left="4668" w:hanging="180"/>
      </w:pPr>
      <w:rPr>
        <w:u w:val="none"/>
      </w:rPr>
    </w:lvl>
    <w:lvl w:ilvl="6">
      <w:start w:val="1"/>
      <w:numFmt w:val="decimal"/>
      <w:lvlText w:val="%7."/>
      <w:lvlJc w:val="left"/>
      <w:pPr>
        <w:ind w:left="5388" w:hanging="360"/>
      </w:pPr>
      <w:rPr>
        <w:u w:val="none"/>
      </w:rPr>
    </w:lvl>
    <w:lvl w:ilvl="7">
      <w:start w:val="1"/>
      <w:numFmt w:val="lowerLetter"/>
      <w:lvlText w:val="%8."/>
      <w:lvlJc w:val="left"/>
      <w:pPr>
        <w:ind w:left="6108" w:hanging="360"/>
      </w:pPr>
      <w:rPr>
        <w:u w:val="none"/>
      </w:rPr>
    </w:lvl>
    <w:lvl w:ilvl="8">
      <w:start w:val="1"/>
      <w:numFmt w:val="lowerRoman"/>
      <w:lvlText w:val="%9."/>
      <w:lvlJc w:val="right"/>
      <w:pPr>
        <w:ind w:left="6828" w:hanging="180"/>
      </w:pPr>
      <w:rPr>
        <w:u w:val="none"/>
      </w:rPr>
    </w:lvl>
  </w:abstractNum>
  <w:abstractNum w:abstractNumId="6">
    <w:lvl w:ilvl="0">
      <w:start w:val="1"/>
      <w:numFmt w:val="lowerLetter"/>
      <w:lvlText w:val="(%1)"/>
      <w:lvlJc w:val="left"/>
      <w:pPr>
        <w:ind w:left="2136" w:hanging="360"/>
      </w:pPr>
      <w:rPr>
        <w:u w:val="none"/>
      </w:rPr>
    </w:lvl>
    <w:lvl w:ilvl="1">
      <w:start w:val="1"/>
      <w:numFmt w:val="lowerLetter"/>
      <w:lvlText w:val="%2."/>
      <w:lvlJc w:val="left"/>
      <w:pPr>
        <w:ind w:left="2856" w:hanging="360"/>
      </w:pPr>
      <w:rPr>
        <w:u w:val="none"/>
      </w:rPr>
    </w:lvl>
    <w:lvl w:ilvl="2">
      <w:start w:val="1"/>
      <w:numFmt w:val="lowerRoman"/>
      <w:lvlText w:val="%3."/>
      <w:lvlJc w:val="right"/>
      <w:pPr>
        <w:ind w:left="3576" w:hanging="180"/>
      </w:pPr>
      <w:rPr>
        <w:u w:val="none"/>
      </w:rPr>
    </w:lvl>
    <w:lvl w:ilvl="3">
      <w:start w:val="1"/>
      <w:numFmt w:val="decimal"/>
      <w:lvlText w:val="%4."/>
      <w:lvlJc w:val="left"/>
      <w:pPr>
        <w:ind w:left="4296" w:hanging="360"/>
      </w:pPr>
      <w:rPr>
        <w:u w:val="none"/>
      </w:rPr>
    </w:lvl>
    <w:lvl w:ilvl="4">
      <w:start w:val="1"/>
      <w:numFmt w:val="lowerLetter"/>
      <w:lvlText w:val="%5."/>
      <w:lvlJc w:val="left"/>
      <w:pPr>
        <w:ind w:left="5016" w:hanging="360"/>
      </w:pPr>
      <w:rPr>
        <w:u w:val="none"/>
      </w:rPr>
    </w:lvl>
    <w:lvl w:ilvl="5">
      <w:start w:val="1"/>
      <w:numFmt w:val="lowerRoman"/>
      <w:lvlText w:val="%6."/>
      <w:lvlJc w:val="right"/>
      <w:pPr>
        <w:ind w:left="5736" w:hanging="180"/>
      </w:pPr>
      <w:rPr>
        <w:u w:val="none"/>
      </w:rPr>
    </w:lvl>
    <w:lvl w:ilvl="6">
      <w:start w:val="1"/>
      <w:numFmt w:val="decimal"/>
      <w:lvlText w:val="%7."/>
      <w:lvlJc w:val="left"/>
      <w:pPr>
        <w:ind w:left="6456" w:hanging="360"/>
      </w:pPr>
      <w:rPr>
        <w:u w:val="none"/>
      </w:rPr>
    </w:lvl>
    <w:lvl w:ilvl="7">
      <w:start w:val="1"/>
      <w:numFmt w:val="lowerLetter"/>
      <w:lvlText w:val="%8."/>
      <w:lvlJc w:val="left"/>
      <w:pPr>
        <w:ind w:left="7176" w:hanging="360"/>
      </w:pPr>
      <w:rPr>
        <w:u w:val="none"/>
      </w:rPr>
    </w:lvl>
    <w:lvl w:ilvl="8">
      <w:start w:val="1"/>
      <w:numFmt w:val="lowerRoman"/>
      <w:lvlText w:val="%9."/>
      <w:lvlJc w:val="right"/>
      <w:pPr>
        <w:ind w:left="7896" w:hanging="180"/>
      </w:pPr>
      <w:rPr>
        <w:u w:val="none"/>
      </w:rPr>
    </w:lvl>
  </w:abstractNum>
  <w:abstractNum w:abstractNumId="7">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9">
    <w:lvl w:ilvl="0">
      <w:start w:val="1"/>
      <w:numFmt w:val="decimal"/>
      <w:lvlText w:val="%1."/>
      <w:lvlJc w:val="left"/>
      <w:pPr>
        <w:ind w:left="1080" w:hanging="360"/>
      </w:pPr>
      <w:rPr>
        <w:rFonts w:ascii="Noto Sans Symbols" w:cs="Noto Sans Symbols" w:eastAsia="Noto Sans Symbols" w:hAnsi="Noto Sans Symbols"/>
      </w:rPr>
    </w:lvl>
    <w:lvl w:ilvl="1">
      <w:start w:val="1"/>
      <w:numFmt w:val="lowerLetter"/>
      <w:lvlText w:val="%2."/>
      <w:lvlJc w:val="left"/>
      <w:pPr>
        <w:ind w:left="0" w:firstLine="0"/>
      </w:pPr>
      <w:rPr/>
    </w:lvl>
    <w:lvl w:ilvl="2">
      <w:start w:val="1"/>
      <w:numFmt w:val="lowerRoman"/>
      <w:lvlText w:val="%3."/>
      <w:lvlJc w:val="right"/>
      <w:pPr>
        <w:ind w:left="0" w:firstLine="0"/>
      </w:pPr>
      <w:rPr/>
    </w:lvl>
    <w:lvl w:ilvl="3">
      <w:start w:val="1"/>
      <w:numFmt w:val="decimal"/>
      <w:lvlText w:val="%4."/>
      <w:lvlJc w:val="left"/>
      <w:pPr>
        <w:ind w:left="0" w:firstLine="0"/>
      </w:pPr>
      <w:rPr/>
    </w:lvl>
    <w:lvl w:ilvl="4">
      <w:start w:val="1"/>
      <w:numFmt w:val="lowerLetter"/>
      <w:lvlText w:val="%5."/>
      <w:lvlJc w:val="left"/>
      <w:pPr>
        <w:ind w:left="0" w:firstLine="0"/>
      </w:pPr>
      <w:rPr/>
    </w:lvl>
    <w:lvl w:ilvl="5">
      <w:start w:val="1"/>
      <w:numFmt w:val="lowerRoman"/>
      <w:lvlText w:val="%6."/>
      <w:lvlJc w:val="right"/>
      <w:pPr>
        <w:ind w:left="0" w:firstLine="0"/>
      </w:pPr>
      <w:rPr/>
    </w:lvl>
    <w:lvl w:ilvl="6">
      <w:start w:val="1"/>
      <w:numFmt w:val="decimal"/>
      <w:lvlText w:val="%7."/>
      <w:lvlJc w:val="left"/>
      <w:pPr>
        <w:ind w:left="0" w:firstLine="0"/>
      </w:pPr>
      <w:rPr/>
    </w:lvl>
    <w:lvl w:ilvl="7">
      <w:start w:val="1"/>
      <w:numFmt w:val="lowerLetter"/>
      <w:lvlText w:val="%8."/>
      <w:lvlJc w:val="left"/>
      <w:pPr>
        <w:ind w:left="0" w:firstLine="0"/>
      </w:pPr>
      <w:rPr/>
    </w:lvl>
    <w:lvl w:ilvl="8">
      <w:start w:val="1"/>
      <w:numFmt w:val="lowerRoman"/>
      <w:lvlText w:val="%9."/>
      <w:lvlJc w:val="right"/>
      <w:pPr>
        <w:ind w:left="0" w:firstLine="0"/>
      </w:pPr>
      <w:rPr/>
    </w:lvl>
  </w:abstractNum>
  <w:abstractNum w:abstractNumId="10">
    <w:lvl w:ilvl="0">
      <w:start w:val="1"/>
      <w:numFmt w:val="lowerLetter"/>
      <w:lvlText w:val="%1)"/>
      <w:lvlJc w:val="left"/>
      <w:pPr>
        <w:ind w:left="720" w:hanging="360"/>
      </w:pPr>
      <w:rPr/>
    </w:lvl>
    <w:lvl w:ilvl="1">
      <w:start w:val="1"/>
      <w:numFmt w:val="lowerLetter"/>
      <w:lvlText w:val="%2)"/>
      <w:lvlJc w:val="left"/>
      <w:pPr>
        <w:ind w:left="0" w:firstLine="0"/>
      </w:pPr>
      <w:rPr/>
    </w:lvl>
    <w:lvl w:ilvl="2">
      <w:start w:val="1"/>
      <w:numFmt w:val="lowerRoman"/>
      <w:lvlText w:val="%3)"/>
      <w:lvlJc w:val="right"/>
      <w:pPr>
        <w:ind w:left="0" w:firstLine="0"/>
      </w:pPr>
      <w:rPr/>
    </w:lvl>
    <w:lvl w:ilvl="3">
      <w:start w:val="1"/>
      <w:numFmt w:val="decimal"/>
      <w:lvlText w:val="(%4)"/>
      <w:lvlJc w:val="left"/>
      <w:pPr>
        <w:ind w:left="0" w:firstLine="0"/>
      </w:pPr>
      <w:rPr/>
    </w:lvl>
    <w:lvl w:ilvl="4">
      <w:start w:val="1"/>
      <w:numFmt w:val="lowerLetter"/>
      <w:lvlText w:val="(%5)"/>
      <w:lvlJc w:val="left"/>
      <w:pPr>
        <w:ind w:left="0" w:firstLine="0"/>
      </w:pPr>
      <w:rPr/>
    </w:lvl>
    <w:lvl w:ilvl="5">
      <w:start w:val="1"/>
      <w:numFmt w:val="lowerRoman"/>
      <w:lvlText w:val="(%6)"/>
      <w:lvlJc w:val="right"/>
      <w:pPr>
        <w:ind w:left="0" w:firstLine="0"/>
      </w:pPr>
      <w:rPr/>
    </w:lvl>
    <w:lvl w:ilvl="6">
      <w:start w:val="1"/>
      <w:numFmt w:val="decimal"/>
      <w:lvlText w:val="%7."/>
      <w:lvlJc w:val="left"/>
      <w:pPr>
        <w:ind w:left="0" w:firstLine="0"/>
      </w:pPr>
      <w:rPr/>
    </w:lvl>
    <w:lvl w:ilvl="7">
      <w:start w:val="1"/>
      <w:numFmt w:val="lowerLetter"/>
      <w:lvlText w:val="%8."/>
      <w:lvlJc w:val="left"/>
      <w:pPr>
        <w:ind w:left="0" w:firstLine="0"/>
      </w:pPr>
      <w:rPr/>
    </w:lvl>
    <w:lvl w:ilvl="8">
      <w:start w:val="1"/>
      <w:numFmt w:val="lowerRoman"/>
      <w:lvlText w:val="%9."/>
      <w:lvlJc w:val="right"/>
      <w:pPr>
        <w:ind w:left="0" w:firstLine="0"/>
      </w:pPr>
      <w:rPr/>
    </w:lvl>
  </w:abstractNum>
  <w:abstractNum w:abstractNumId="11">
    <w:lvl w:ilvl="0">
      <w:start w:val="1"/>
      <w:numFmt w:val="decimal"/>
      <w:lvlText w:val="%1."/>
      <w:lvlJc w:val="left"/>
      <w:pPr>
        <w:ind w:left="180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2">
    <w:lvl w:ilvl="0">
      <w:start w:val="1"/>
      <w:numFmt w:val="decimal"/>
      <w:lvlText w:val="%1."/>
      <w:lvlJc w:val="left"/>
      <w:pPr>
        <w:ind w:left="720" w:hanging="360"/>
      </w:pPr>
      <w:rPr>
        <w:u w:val="none"/>
      </w:rPr>
    </w:lvl>
    <w:lvl w:ilvl="1">
      <w:start w:val="1"/>
      <w:numFmt w:val="decimal"/>
      <w:lvlText w:val="%1.%2"/>
      <w:lvlJc w:val="left"/>
      <w:pPr>
        <w:ind w:left="720" w:hanging="360"/>
      </w:pPr>
      <w:rPr>
        <w:u w:val="none"/>
      </w:rPr>
    </w:lvl>
    <w:lvl w:ilvl="2">
      <w:start w:val="1"/>
      <w:numFmt w:val="decimal"/>
      <w:lvlText w:val="%1.%2.%3"/>
      <w:lvlJc w:val="left"/>
      <w:pPr>
        <w:ind w:left="1080" w:hanging="720"/>
      </w:pPr>
      <w:rPr>
        <w:u w:val="none"/>
      </w:rPr>
    </w:lvl>
    <w:lvl w:ilvl="3">
      <w:start w:val="1"/>
      <w:numFmt w:val="decimal"/>
      <w:lvlText w:val="%1.%2.%3.%4"/>
      <w:lvlJc w:val="left"/>
      <w:pPr>
        <w:ind w:left="1080" w:hanging="720"/>
      </w:pPr>
      <w:rPr>
        <w:u w:val="none"/>
      </w:rPr>
    </w:lvl>
    <w:lvl w:ilvl="4">
      <w:start w:val="1"/>
      <w:numFmt w:val="decimal"/>
      <w:lvlText w:val="%1.%2.%3.%4.%5"/>
      <w:lvlJc w:val="left"/>
      <w:pPr>
        <w:ind w:left="1440" w:hanging="1080"/>
      </w:pPr>
      <w:rPr>
        <w:u w:val="none"/>
      </w:rPr>
    </w:lvl>
    <w:lvl w:ilvl="5">
      <w:start w:val="1"/>
      <w:numFmt w:val="decimal"/>
      <w:lvlText w:val="%1.%2.%3.%4.%5.%6"/>
      <w:lvlJc w:val="left"/>
      <w:pPr>
        <w:ind w:left="1440" w:hanging="1080"/>
      </w:pPr>
      <w:rPr>
        <w:u w:val="none"/>
      </w:rPr>
    </w:lvl>
    <w:lvl w:ilvl="6">
      <w:start w:val="1"/>
      <w:numFmt w:val="decimal"/>
      <w:lvlText w:val="%1.%2.%3.%4.%5.%6.%7"/>
      <w:lvlJc w:val="left"/>
      <w:pPr>
        <w:ind w:left="1800" w:hanging="1440"/>
      </w:pPr>
      <w:rPr>
        <w:u w:val="none"/>
      </w:rPr>
    </w:lvl>
    <w:lvl w:ilvl="7">
      <w:start w:val="1"/>
      <w:numFmt w:val="decimal"/>
      <w:lvlText w:val="%1.%2.%3.%4.%5.%6.%7.%8"/>
      <w:lvlJc w:val="left"/>
      <w:pPr>
        <w:ind w:left="1800" w:hanging="1440"/>
      </w:pPr>
      <w:rPr>
        <w:u w:val="none"/>
      </w:rPr>
    </w:lvl>
    <w:lvl w:ilvl="8">
      <w:start w:val="1"/>
      <w:numFmt w:val="decimal"/>
      <w:lvlText w:val="%1.%2.%3.%4.%5.%6.%7.%8.%9"/>
      <w:lvlJc w:val="left"/>
      <w:pPr>
        <w:ind w:left="2160" w:hanging="1800"/>
      </w:pPr>
      <w:rPr>
        <w:u w:val="none"/>
      </w:rPr>
    </w:lvl>
  </w:abstractNum>
  <w:abstractNum w:abstractNumId="1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4">
    <w:lvl w:ilvl="0">
      <w:start w:val="2"/>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5">
    <w:lvl w:ilvl="0">
      <w:start w:val="1"/>
      <w:numFmt w:val="lowerRoman"/>
      <w:lvlText w:val="(%1)"/>
      <w:lvlJc w:val="left"/>
      <w:pPr>
        <w:ind w:left="1080" w:hanging="360"/>
      </w:pPr>
      <w:rPr>
        <w:u w:val="none"/>
      </w:rPr>
    </w:lvl>
    <w:lvl w:ilvl="1">
      <w:start w:val="1"/>
      <w:numFmt w:val="lowerLetter"/>
      <w:lvlText w:val="%2."/>
      <w:lvlJc w:val="left"/>
      <w:pPr>
        <w:ind w:left="1788" w:hanging="360"/>
      </w:pPr>
      <w:rPr>
        <w:u w:val="none"/>
      </w:rPr>
    </w:lvl>
    <w:lvl w:ilvl="2">
      <w:start w:val="1"/>
      <w:numFmt w:val="lowerRoman"/>
      <w:lvlText w:val="%3."/>
      <w:lvlJc w:val="right"/>
      <w:pPr>
        <w:ind w:left="2508" w:hanging="180"/>
      </w:pPr>
      <w:rPr>
        <w:u w:val="none"/>
      </w:rPr>
    </w:lvl>
    <w:lvl w:ilvl="3">
      <w:start w:val="1"/>
      <w:numFmt w:val="decimal"/>
      <w:lvlText w:val="%4."/>
      <w:lvlJc w:val="left"/>
      <w:pPr>
        <w:ind w:left="3228" w:hanging="360"/>
      </w:pPr>
      <w:rPr>
        <w:u w:val="none"/>
      </w:rPr>
    </w:lvl>
    <w:lvl w:ilvl="4">
      <w:start w:val="1"/>
      <w:numFmt w:val="lowerLetter"/>
      <w:lvlText w:val="%5."/>
      <w:lvlJc w:val="left"/>
      <w:pPr>
        <w:ind w:left="3948" w:hanging="360"/>
      </w:pPr>
      <w:rPr>
        <w:u w:val="none"/>
      </w:rPr>
    </w:lvl>
    <w:lvl w:ilvl="5">
      <w:start w:val="1"/>
      <w:numFmt w:val="lowerRoman"/>
      <w:lvlText w:val="%6."/>
      <w:lvlJc w:val="right"/>
      <w:pPr>
        <w:ind w:left="4668" w:hanging="180"/>
      </w:pPr>
      <w:rPr>
        <w:u w:val="none"/>
      </w:rPr>
    </w:lvl>
    <w:lvl w:ilvl="6">
      <w:start w:val="1"/>
      <w:numFmt w:val="decimal"/>
      <w:lvlText w:val="%7."/>
      <w:lvlJc w:val="left"/>
      <w:pPr>
        <w:ind w:left="5388" w:hanging="360"/>
      </w:pPr>
      <w:rPr>
        <w:u w:val="none"/>
      </w:rPr>
    </w:lvl>
    <w:lvl w:ilvl="7">
      <w:start w:val="1"/>
      <w:numFmt w:val="lowerLetter"/>
      <w:lvlText w:val="%8."/>
      <w:lvlJc w:val="left"/>
      <w:pPr>
        <w:ind w:left="6108" w:hanging="360"/>
      </w:pPr>
      <w:rPr>
        <w:u w:val="none"/>
      </w:rPr>
    </w:lvl>
    <w:lvl w:ilvl="8">
      <w:start w:val="1"/>
      <w:numFmt w:val="lowerRoman"/>
      <w:lvlText w:val="%9."/>
      <w:lvlJc w:val="right"/>
      <w:pPr>
        <w:ind w:left="6828" w:hanging="180"/>
      </w:pPr>
      <w:rPr>
        <w:u w:val="none"/>
      </w:rPr>
    </w:lvl>
  </w:abstractNum>
  <w:abstractNum w:abstractNumId="16">
    <w:lvl w:ilvl="0">
      <w:start w:val="1"/>
      <w:numFmt w:val="decimal"/>
      <w:lvlText w:val="2.%1"/>
      <w:lvlJc w:val="left"/>
      <w:pPr>
        <w:ind w:left="5316" w:hanging="360"/>
      </w:pPr>
      <w:rPr>
        <w:u w:val="none"/>
      </w:rPr>
    </w:lvl>
    <w:lvl w:ilvl="1">
      <w:start w:val="1"/>
      <w:numFmt w:val="lowerLetter"/>
      <w:lvlText w:val="%2."/>
      <w:lvlJc w:val="left"/>
      <w:pPr>
        <w:ind w:left="6036" w:hanging="360"/>
      </w:pPr>
      <w:rPr>
        <w:u w:val="none"/>
      </w:rPr>
    </w:lvl>
    <w:lvl w:ilvl="2">
      <w:start w:val="1"/>
      <w:numFmt w:val="lowerRoman"/>
      <w:lvlText w:val="%3."/>
      <w:lvlJc w:val="right"/>
      <w:pPr>
        <w:ind w:left="6756" w:hanging="180"/>
      </w:pPr>
      <w:rPr>
        <w:u w:val="none"/>
      </w:rPr>
    </w:lvl>
    <w:lvl w:ilvl="3">
      <w:start w:val="1"/>
      <w:numFmt w:val="decimal"/>
      <w:lvlText w:val="%4."/>
      <w:lvlJc w:val="left"/>
      <w:pPr>
        <w:ind w:left="7476" w:hanging="360"/>
      </w:pPr>
      <w:rPr>
        <w:u w:val="none"/>
      </w:rPr>
    </w:lvl>
    <w:lvl w:ilvl="4">
      <w:start w:val="1"/>
      <w:numFmt w:val="lowerLetter"/>
      <w:lvlText w:val="%5."/>
      <w:lvlJc w:val="left"/>
      <w:pPr>
        <w:ind w:left="8196" w:hanging="360"/>
      </w:pPr>
      <w:rPr>
        <w:u w:val="none"/>
      </w:rPr>
    </w:lvl>
    <w:lvl w:ilvl="5">
      <w:start w:val="1"/>
      <w:numFmt w:val="lowerRoman"/>
      <w:lvlText w:val="%6."/>
      <w:lvlJc w:val="right"/>
      <w:pPr>
        <w:ind w:left="8916" w:hanging="180"/>
      </w:pPr>
      <w:rPr>
        <w:u w:val="none"/>
      </w:rPr>
    </w:lvl>
    <w:lvl w:ilvl="6">
      <w:start w:val="1"/>
      <w:numFmt w:val="decimal"/>
      <w:lvlText w:val="%7."/>
      <w:lvlJc w:val="left"/>
      <w:pPr>
        <w:ind w:left="9636" w:hanging="360"/>
      </w:pPr>
      <w:rPr>
        <w:u w:val="none"/>
      </w:rPr>
    </w:lvl>
    <w:lvl w:ilvl="7">
      <w:start w:val="1"/>
      <w:numFmt w:val="lowerLetter"/>
      <w:lvlText w:val="%8."/>
      <w:lvlJc w:val="left"/>
      <w:pPr>
        <w:ind w:left="10356" w:hanging="360"/>
      </w:pPr>
      <w:rPr>
        <w:u w:val="none"/>
      </w:rPr>
    </w:lvl>
    <w:lvl w:ilvl="8">
      <w:start w:val="1"/>
      <w:numFmt w:val="lowerRoman"/>
      <w:lvlText w:val="%9."/>
      <w:lvlJc w:val="right"/>
      <w:pPr>
        <w:ind w:left="11076" w:hanging="18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Header">
    <w:name w:val="header"/>
    <w:basedOn w:val="Normal"/>
    <w:link w:val="HeaderChar"/>
    <w:uiPriority w:val="99"/>
    <w:unhideWhenUsed w:val="1"/>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val="1"/>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7">
    <w:name w:val="heading 7"/>
    <w:basedOn w:val="Normal"/>
    <w:next w:val="Normal"/>
    <w:link w:val="Heading7Char"/>
    <w:uiPriority w:val="9"/>
    <w:semiHidden w:val="1"/>
    <w:unhideWhenUsed w:val="1"/>
    <w:qFormat w:val="1"/>
    <w:rsid w:val="00FC693F"/>
    <w:pPr>
      <w:keepNext w:val="1"/>
      <w:keepLines w:val="1"/>
      <w:spacing w:after="0" w:before="200"/>
      <w:outlineLvl w:val="6"/>
    </w:pPr>
    <w:rPr>
      <w:rFonts w:asciiTheme="majorHAnsi" w:cstheme="majorBidi" w:eastAsiaTheme="majorEastAsia" w:hAnsiTheme="majorHAnsi"/>
      <w:i w:val="1"/>
      <w:iCs w:val="1"/>
      <w:color w:val="404040" w:themeColor="text1" w:themeTint="0000BF"/>
    </w:rPr>
  </w:style>
  <w:style w:type="paragraph" w:styleId="Heading8">
    <w:name w:val="heading 8"/>
    <w:basedOn w:val="Normal"/>
    <w:next w:val="Normal"/>
    <w:link w:val="Heading8Char"/>
    <w:uiPriority w:val="9"/>
    <w:semiHidden w:val="1"/>
    <w:unhideWhenUsed w:val="1"/>
    <w:qFormat w:val="1"/>
    <w:rsid w:val="00FC693F"/>
    <w:pPr>
      <w:keepNext w:val="1"/>
      <w:keepLines w:val="1"/>
      <w:spacing w:after="0" w:before="200"/>
      <w:outlineLvl w:val="7"/>
    </w:pPr>
    <w:rPr>
      <w:rFonts w:asciiTheme="majorHAnsi" w:cstheme="majorBidi" w:eastAsiaTheme="majorEastAsia" w:hAnsiTheme="majorHAnsi"/>
      <w:color w:val="4f81bd" w:themeColor="accent1"/>
      <w:sz w:val="20"/>
      <w:szCs w:val="20"/>
    </w:rPr>
  </w:style>
  <w:style w:type="paragraph" w:styleId="Heading9">
    <w:name w:val="heading 9"/>
    <w:basedOn w:val="Normal"/>
    <w:next w:val="Normal"/>
    <w:link w:val="Heading9Char"/>
    <w:uiPriority w:val="9"/>
    <w:semiHidden w:val="1"/>
    <w:unhideWhenUsed w:val="1"/>
    <w:qFormat w:val="1"/>
    <w:rsid w:val="00FC693F"/>
    <w:pPr>
      <w:keepNext w:val="1"/>
      <w:keepLines w:val="1"/>
      <w:spacing w:after="0" w:before="200"/>
      <w:outlineLvl w:val="8"/>
    </w:pPr>
    <w:rPr>
      <w:rFonts w:asciiTheme="majorHAnsi" w:cstheme="majorBidi" w:eastAsiaTheme="majorEastAsia" w:hAnsiTheme="majorHAnsi"/>
      <w:i w:val="1"/>
      <w:iCs w:val="1"/>
      <w:color w:val="404040" w:themeColor="text1" w:themeTint="0000BF"/>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cstheme="majorBidi" w:eastAsiaTheme="majorEastAsia" w:hAnsiTheme="majorHAnsi"/>
      <w:b w:val="1"/>
      <w:bCs w:val="1"/>
      <w:color w:val="365f91" w:themeColor="accent1" w:themeShade="0000BF"/>
      <w:sz w:val="28"/>
      <w:szCs w:val="28"/>
    </w:rPr>
  </w:style>
  <w:style w:type="character" w:styleId="Heading2Char" w:customStyle="1">
    <w:name w:val="Heading 2 Char"/>
    <w:basedOn w:val="DefaultParagraphFont"/>
    <w:link w:val="Heading2"/>
    <w:uiPriority w:val="9"/>
    <w:rsid w:val="00FC693F"/>
    <w:rPr>
      <w:rFonts w:asciiTheme="majorHAnsi" w:cstheme="majorBidi" w:eastAsiaTheme="majorEastAsia" w:hAnsiTheme="majorHAnsi"/>
      <w:b w:val="1"/>
      <w:bCs w:val="1"/>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cstheme="majorBidi" w:eastAsiaTheme="majorEastAsia" w:hAnsiTheme="majorHAnsi"/>
      <w:b w:val="1"/>
      <w:bCs w:val="1"/>
      <w:color w:val="4f81bd" w:themeColor="accent1"/>
    </w:rPr>
  </w:style>
  <w:style w:type="character" w:styleId="TitleChar" w:customStyle="1">
    <w:name w:val="Title Char"/>
    <w:basedOn w:val="DefaultParagraphFont"/>
    <w:link w:val="Title"/>
    <w:uiPriority w:val="10"/>
    <w:rsid w:val="00FC693F"/>
    <w:rPr>
      <w:rFonts w:asciiTheme="majorHAnsi" w:cstheme="majorBidi" w:eastAsiaTheme="majorEastAsia" w:hAnsiTheme="majorHAnsi"/>
      <w:color w:val="17365d" w:themeColor="text2" w:themeShade="0000BF"/>
      <w:spacing w:val="5"/>
      <w:kern w:val="28"/>
      <w:sz w:val="52"/>
      <w:szCs w:val="52"/>
    </w:rPr>
  </w:style>
  <w:style w:type="character" w:styleId="SubtitleChar" w:customStyle="1">
    <w:name w:val="Subtitle Char"/>
    <w:basedOn w:val="DefaultParagraphFont"/>
    <w:link w:val="Subtitle"/>
    <w:uiPriority w:val="11"/>
    <w:rsid w:val="00FC693F"/>
    <w:rPr>
      <w:rFonts w:asciiTheme="majorHAnsi" w:cstheme="majorBidi" w:eastAsiaTheme="majorEastAsia" w:hAnsiTheme="majorHAnsi"/>
      <w:i w:val="1"/>
      <w:iCs w:val="1"/>
      <w:color w:val="4f81bd" w:themeColor="accent1"/>
      <w:spacing w:val="15"/>
      <w:sz w:val="24"/>
      <w:szCs w:val="24"/>
    </w:rPr>
  </w:style>
  <w:style w:type="paragraph" w:styleId="ListParagraph">
    <w:name w:val="List Paragraph"/>
    <w:basedOn w:val="Normal"/>
    <w:uiPriority w:val="34"/>
    <w:qFormat w:val="1"/>
    <w:rsid w:val="00FC693F"/>
    <w:pPr>
      <w:ind w:left="720"/>
      <w:contextualSpacing w:val="1"/>
    </w:pPr>
  </w:style>
  <w:style w:type="paragraph" w:styleId="BodyText">
    <w:name w:val="Body Text"/>
    <w:basedOn w:val="Normal"/>
    <w:link w:val="BodyTextChar"/>
    <w:uiPriority w:val="99"/>
    <w:unhideWhenUsed w:val="1"/>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val="1"/>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val="1"/>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val="1"/>
    <w:rsid w:val="00AA1D8D"/>
    <w:pPr>
      <w:ind w:left="360" w:hanging="360"/>
      <w:contextualSpacing w:val="1"/>
    </w:pPr>
  </w:style>
  <w:style w:type="paragraph" w:styleId="List2">
    <w:name w:val="List 2"/>
    <w:basedOn w:val="Normal"/>
    <w:uiPriority w:val="99"/>
    <w:unhideWhenUsed w:val="1"/>
    <w:rsid w:val="00326F90"/>
    <w:pPr>
      <w:ind w:left="720" w:hanging="360"/>
      <w:contextualSpacing w:val="1"/>
    </w:pPr>
  </w:style>
  <w:style w:type="paragraph" w:styleId="List3">
    <w:name w:val="List 3"/>
    <w:basedOn w:val="Normal"/>
    <w:uiPriority w:val="99"/>
    <w:unhideWhenUsed w:val="1"/>
    <w:rsid w:val="00326F90"/>
    <w:pPr>
      <w:ind w:left="1080" w:hanging="360"/>
      <w:contextualSpacing w:val="1"/>
    </w:pPr>
  </w:style>
  <w:style w:type="paragraph" w:styleId="ListBullet">
    <w:name w:val="List Bullet"/>
    <w:basedOn w:val="Normal"/>
    <w:uiPriority w:val="99"/>
    <w:unhideWhenUsed w:val="1"/>
    <w:rsid w:val="00326F90"/>
    <w:pPr>
      <w:numPr>
        <w:numId w:val="1"/>
      </w:numPr>
      <w:contextualSpacing w:val="1"/>
    </w:pPr>
  </w:style>
  <w:style w:type="paragraph" w:styleId="ListBullet2">
    <w:name w:val="List Bullet 2"/>
    <w:basedOn w:val="Normal"/>
    <w:uiPriority w:val="99"/>
    <w:unhideWhenUsed w:val="1"/>
    <w:rsid w:val="00326F90"/>
    <w:pPr>
      <w:numPr>
        <w:numId w:val="2"/>
      </w:numPr>
      <w:contextualSpacing w:val="1"/>
    </w:pPr>
  </w:style>
  <w:style w:type="paragraph" w:styleId="ListBullet3">
    <w:name w:val="List Bullet 3"/>
    <w:basedOn w:val="Normal"/>
    <w:uiPriority w:val="99"/>
    <w:unhideWhenUsed w:val="1"/>
    <w:rsid w:val="00326F90"/>
    <w:pPr>
      <w:numPr>
        <w:numId w:val="3"/>
      </w:numPr>
      <w:contextualSpacing w:val="1"/>
    </w:pPr>
  </w:style>
  <w:style w:type="paragraph" w:styleId="ListNumber">
    <w:name w:val="List Number"/>
    <w:basedOn w:val="Normal"/>
    <w:uiPriority w:val="99"/>
    <w:unhideWhenUsed w:val="1"/>
    <w:rsid w:val="00326F90"/>
    <w:pPr>
      <w:numPr>
        <w:numId w:val="5"/>
      </w:numPr>
      <w:contextualSpacing w:val="1"/>
    </w:pPr>
  </w:style>
  <w:style w:type="paragraph" w:styleId="ListNumber2">
    <w:name w:val="List Number 2"/>
    <w:basedOn w:val="Normal"/>
    <w:uiPriority w:val="99"/>
    <w:unhideWhenUsed w:val="1"/>
    <w:rsid w:val="0029639D"/>
    <w:pPr>
      <w:numPr>
        <w:numId w:val="6"/>
      </w:numPr>
      <w:contextualSpacing w:val="1"/>
    </w:pPr>
  </w:style>
  <w:style w:type="paragraph" w:styleId="ListNumber3">
    <w:name w:val="List Number 3"/>
    <w:basedOn w:val="Normal"/>
    <w:uiPriority w:val="99"/>
    <w:unhideWhenUsed w:val="1"/>
    <w:rsid w:val="0029639D"/>
    <w:pPr>
      <w:numPr>
        <w:numId w:val="7"/>
      </w:numPr>
      <w:contextualSpacing w:val="1"/>
    </w:pPr>
  </w:style>
  <w:style w:type="paragraph" w:styleId="ListContinue">
    <w:name w:val="List Continue"/>
    <w:basedOn w:val="Normal"/>
    <w:uiPriority w:val="99"/>
    <w:unhideWhenUsed w:val="1"/>
    <w:rsid w:val="0029639D"/>
    <w:pPr>
      <w:spacing w:after="120"/>
      <w:ind w:left="360"/>
      <w:contextualSpacing w:val="1"/>
    </w:pPr>
  </w:style>
  <w:style w:type="paragraph" w:styleId="ListContinue2">
    <w:name w:val="List Continue 2"/>
    <w:basedOn w:val="Normal"/>
    <w:uiPriority w:val="99"/>
    <w:unhideWhenUsed w:val="1"/>
    <w:rsid w:val="0029639D"/>
    <w:pPr>
      <w:spacing w:after="120"/>
      <w:ind w:left="720"/>
      <w:contextualSpacing w:val="1"/>
    </w:pPr>
  </w:style>
  <w:style w:type="paragraph" w:styleId="ListContinue3">
    <w:name w:val="List Continue 3"/>
    <w:basedOn w:val="Normal"/>
    <w:uiPriority w:val="99"/>
    <w:unhideWhenUsed w:val="1"/>
    <w:rsid w:val="0029639D"/>
    <w:pPr>
      <w:spacing w:after="120"/>
      <w:ind w:left="1080"/>
      <w:contextualSpacing w:val="1"/>
    </w:pPr>
  </w:style>
  <w:style w:type="paragraph" w:styleId="MacroText">
    <w:name w:val="macro"/>
    <w:link w:val="MacroTextChar"/>
    <w:uiPriority w:val="99"/>
    <w:unhideWhenUsed w:val="1"/>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val="1"/>
    <w:rsid w:val="00FC693F"/>
    <w:rPr>
      <w:i w:val="1"/>
      <w:iCs w:val="1"/>
      <w:color w:val="000000" w:themeColor="text1"/>
    </w:rPr>
  </w:style>
  <w:style w:type="character" w:styleId="QuoteChar" w:customStyle="1">
    <w:name w:val="Quote Char"/>
    <w:basedOn w:val="DefaultParagraphFont"/>
    <w:link w:val="Quote"/>
    <w:uiPriority w:val="29"/>
    <w:rsid w:val="00FC693F"/>
    <w:rPr>
      <w:i w:val="1"/>
      <w:iCs w:val="1"/>
      <w:color w:val="000000" w:themeColor="text1"/>
    </w:rPr>
  </w:style>
  <w:style w:type="character" w:styleId="Heading4Char" w:customStyle="1">
    <w:name w:val="Heading 4 Char"/>
    <w:basedOn w:val="DefaultParagraphFont"/>
    <w:link w:val="Heading4"/>
    <w:uiPriority w:val="9"/>
    <w:semiHidden w:val="1"/>
    <w:rsid w:val="00FC693F"/>
    <w:rPr>
      <w:rFonts w:asciiTheme="majorHAnsi" w:cstheme="majorBidi" w:eastAsiaTheme="majorEastAsia" w:hAnsiTheme="majorHAnsi"/>
      <w:b w:val="1"/>
      <w:bCs w:val="1"/>
      <w:i w:val="1"/>
      <w:iCs w:val="1"/>
      <w:color w:val="4f81bd" w:themeColor="accent1"/>
    </w:rPr>
  </w:style>
  <w:style w:type="character" w:styleId="Heading5Char" w:customStyle="1">
    <w:name w:val="Heading 5 Char"/>
    <w:basedOn w:val="DefaultParagraphFont"/>
    <w:link w:val="Heading5"/>
    <w:uiPriority w:val="9"/>
    <w:semiHidden w:val="1"/>
    <w:rsid w:val="00FC693F"/>
    <w:rPr>
      <w:rFonts w:asciiTheme="majorHAnsi" w:cstheme="majorBidi" w:eastAsiaTheme="majorEastAsia" w:hAnsiTheme="majorHAnsi"/>
      <w:color w:val="243f60" w:themeColor="accent1" w:themeShade="00007F"/>
    </w:rPr>
  </w:style>
  <w:style w:type="character" w:styleId="Heading6Char" w:customStyle="1">
    <w:name w:val="Heading 6 Char"/>
    <w:basedOn w:val="DefaultParagraphFont"/>
    <w:link w:val="Heading6"/>
    <w:uiPriority w:val="9"/>
    <w:semiHidden w:val="1"/>
    <w:rsid w:val="00FC693F"/>
    <w:rPr>
      <w:rFonts w:asciiTheme="majorHAnsi" w:cstheme="majorBidi" w:eastAsiaTheme="majorEastAsia" w:hAnsiTheme="majorHAnsi"/>
      <w:i w:val="1"/>
      <w:iCs w:val="1"/>
      <w:color w:val="243f60" w:themeColor="accent1" w:themeShade="00007F"/>
    </w:rPr>
  </w:style>
  <w:style w:type="character" w:styleId="Heading7Char" w:customStyle="1">
    <w:name w:val="Heading 7 Char"/>
    <w:basedOn w:val="DefaultParagraphFont"/>
    <w:link w:val="Heading7"/>
    <w:uiPriority w:val="9"/>
    <w:semiHidden w:val="1"/>
    <w:rsid w:val="00FC693F"/>
    <w:rPr>
      <w:rFonts w:asciiTheme="majorHAnsi" w:cstheme="majorBidi" w:eastAsiaTheme="majorEastAsia" w:hAnsiTheme="majorHAnsi"/>
      <w:i w:val="1"/>
      <w:iCs w:val="1"/>
      <w:color w:val="404040" w:themeColor="text1" w:themeTint="0000BF"/>
    </w:rPr>
  </w:style>
  <w:style w:type="character" w:styleId="Heading8Char" w:customStyle="1">
    <w:name w:val="Heading 8 Char"/>
    <w:basedOn w:val="DefaultParagraphFont"/>
    <w:link w:val="Heading8"/>
    <w:uiPriority w:val="9"/>
    <w:semiHidden w:val="1"/>
    <w:rsid w:val="00FC693F"/>
    <w:rPr>
      <w:rFonts w:asciiTheme="majorHAnsi" w:cstheme="majorBidi" w:eastAsiaTheme="majorEastAsia" w:hAnsiTheme="majorHAnsi"/>
      <w:color w:val="4f81bd" w:themeColor="accent1"/>
      <w:sz w:val="20"/>
      <w:szCs w:val="20"/>
    </w:rPr>
  </w:style>
  <w:style w:type="character" w:styleId="Heading9Char" w:customStyle="1">
    <w:name w:val="Heading 9 Char"/>
    <w:basedOn w:val="DefaultParagraphFont"/>
    <w:link w:val="Heading9"/>
    <w:uiPriority w:val="9"/>
    <w:semiHidden w:val="1"/>
    <w:rsid w:val="00FC693F"/>
    <w:rPr>
      <w:rFonts w:asciiTheme="majorHAnsi" w:cstheme="majorBidi" w:eastAsiaTheme="majorEastAsia" w:hAnsiTheme="majorHAnsi"/>
      <w:i w:val="1"/>
      <w:iCs w:val="1"/>
      <w:color w:val="404040" w:themeColor="text1" w:themeTint="0000BF"/>
      <w:sz w:val="20"/>
      <w:szCs w:val="20"/>
    </w:rPr>
  </w:style>
  <w:style w:type="paragraph" w:styleId="Caption">
    <w:name w:val="caption"/>
    <w:basedOn w:val="Normal"/>
    <w:next w:val="Normal"/>
    <w:uiPriority w:val="35"/>
    <w:semiHidden w:val="1"/>
    <w:unhideWhenUsed w:val="1"/>
    <w:qFormat w:val="1"/>
    <w:rsid w:val="00FC693F"/>
    <w:pPr>
      <w:spacing w:line="240" w:lineRule="auto"/>
    </w:pPr>
    <w:rPr>
      <w:b w:val="1"/>
      <w:bCs w:val="1"/>
      <w:color w:val="4f81bd" w:themeColor="accent1"/>
      <w:sz w:val="18"/>
      <w:szCs w:val="18"/>
    </w:rPr>
  </w:style>
  <w:style w:type="character" w:styleId="Strong">
    <w:name w:val="Strong"/>
    <w:basedOn w:val="DefaultParagraphFont"/>
    <w:uiPriority w:val="22"/>
    <w:qFormat w:val="1"/>
    <w:rsid w:val="00FC693F"/>
    <w:rPr>
      <w:b w:val="1"/>
      <w:bCs w:val="1"/>
    </w:rPr>
  </w:style>
  <w:style w:type="character" w:styleId="Emphasis">
    <w:name w:val="Emphasis"/>
    <w:basedOn w:val="DefaultParagraphFont"/>
    <w:uiPriority w:val="20"/>
    <w:qFormat w:val="1"/>
    <w:rsid w:val="00FC693F"/>
    <w:rPr>
      <w:i w:val="1"/>
      <w:iCs w:val="1"/>
    </w:rPr>
  </w:style>
  <w:style w:type="paragraph" w:styleId="IntenseQuote">
    <w:name w:val="Intense Quote"/>
    <w:basedOn w:val="Normal"/>
    <w:next w:val="Normal"/>
    <w:link w:val="IntenseQuoteChar"/>
    <w:uiPriority w:val="30"/>
    <w:qFormat w:val="1"/>
    <w:rsid w:val="00FC693F"/>
    <w:pPr>
      <w:pBdr>
        <w:bottom w:color="4f81bd" w:space="4" w:sz="4" w:themeColor="accent1" w:val="single"/>
      </w:pBdr>
      <w:spacing w:after="280" w:before="200"/>
      <w:ind w:left="936" w:right="936"/>
    </w:pPr>
    <w:rPr>
      <w:b w:val="1"/>
      <w:bCs w:val="1"/>
      <w:i w:val="1"/>
      <w:iCs w:val="1"/>
      <w:color w:val="4f81bd" w:themeColor="accent1"/>
    </w:rPr>
  </w:style>
  <w:style w:type="character" w:styleId="IntenseQuoteChar" w:customStyle="1">
    <w:name w:val="Intense Quote Char"/>
    <w:basedOn w:val="DefaultParagraphFont"/>
    <w:link w:val="IntenseQuote"/>
    <w:uiPriority w:val="30"/>
    <w:rsid w:val="00FC693F"/>
    <w:rPr>
      <w:b w:val="1"/>
      <w:bCs w:val="1"/>
      <w:i w:val="1"/>
      <w:iCs w:val="1"/>
      <w:color w:val="4f81bd" w:themeColor="accent1"/>
    </w:rPr>
  </w:style>
  <w:style w:type="character" w:styleId="SubtleEmphasis">
    <w:name w:val="Subtle Emphasis"/>
    <w:basedOn w:val="DefaultParagraphFont"/>
    <w:uiPriority w:val="19"/>
    <w:qFormat w:val="1"/>
    <w:rsid w:val="00FC693F"/>
    <w:rPr>
      <w:i w:val="1"/>
      <w:iCs w:val="1"/>
      <w:color w:val="808080" w:themeColor="text1" w:themeTint="00007F"/>
    </w:rPr>
  </w:style>
  <w:style w:type="character" w:styleId="IntenseEmphasis">
    <w:name w:val="Intense Emphasis"/>
    <w:basedOn w:val="DefaultParagraphFont"/>
    <w:uiPriority w:val="21"/>
    <w:qFormat w:val="1"/>
    <w:rsid w:val="00FC693F"/>
    <w:rPr>
      <w:b w:val="1"/>
      <w:bCs w:val="1"/>
      <w:i w:val="1"/>
      <w:iCs w:val="1"/>
      <w:color w:val="4f81bd" w:themeColor="accent1"/>
    </w:rPr>
  </w:style>
  <w:style w:type="character" w:styleId="SubtleReference">
    <w:name w:val="Subtle Reference"/>
    <w:basedOn w:val="DefaultParagraphFont"/>
    <w:uiPriority w:val="31"/>
    <w:qFormat w:val="1"/>
    <w:rsid w:val="00FC693F"/>
    <w:rPr>
      <w:smallCaps w:val="1"/>
      <w:color w:val="c0504d" w:themeColor="accent2"/>
      <w:u w:val="single"/>
    </w:rPr>
  </w:style>
  <w:style w:type="character" w:styleId="IntenseReference">
    <w:name w:val="Intense Reference"/>
    <w:basedOn w:val="DefaultParagraphFont"/>
    <w:uiPriority w:val="32"/>
    <w:qFormat w:val="1"/>
    <w:rsid w:val="00FC693F"/>
    <w:rPr>
      <w:b w:val="1"/>
      <w:bCs w:val="1"/>
      <w:smallCaps w:val="1"/>
      <w:color w:val="c0504d" w:themeColor="accent2"/>
      <w:spacing w:val="5"/>
      <w:u w:val="single"/>
    </w:rPr>
  </w:style>
  <w:style w:type="character" w:styleId="BookTitle">
    <w:name w:val="Book Title"/>
    <w:basedOn w:val="DefaultParagraphFont"/>
    <w:uiPriority w:val="33"/>
    <w:qFormat w:val="1"/>
    <w:rsid w:val="00FC693F"/>
    <w:rPr>
      <w:b w:val="1"/>
      <w:bCs w:val="1"/>
      <w:smallCaps w:val="1"/>
      <w:spacing w:val="5"/>
    </w:rPr>
  </w:style>
  <w:style w:type="paragraph" w:styleId="TOCHeading">
    <w:name w:val="TOC Heading"/>
    <w:basedOn w:val="Heading1"/>
    <w:next w:val="Normal"/>
    <w:uiPriority w:val="39"/>
    <w:semiHidden w:val="1"/>
    <w:unhideWhenUsed w:val="1"/>
    <w:qFormat w:val="1"/>
    <w:rsid w:val="00FC693F"/>
    <w:pPr>
      <w:outlineLvl w:val="9"/>
    </w:pPr>
  </w:style>
  <w:style w:type="table" w:styleId="TableGrid">
    <w:name w:val="Table Grid"/>
    <w:basedOn w:val="TableNormal"/>
    <w:uiPriority w:val="59"/>
    <w:rsid w:val="00FC693F"/>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LightShading">
    <w:name w:val="Light Shading"/>
    <w:basedOn w:val="TableNormal"/>
    <w:uiPriority w:val="60"/>
    <w:rsid w:val="00FC693F"/>
    <w:pPr>
      <w:spacing w:after="0" w:line="240" w:lineRule="auto"/>
    </w:pPr>
    <w:rPr>
      <w:color w:val="000000" w:themeColor="text1" w:themeShade="0000BF"/>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left w:space="0" w:sz="0" w:val="nil"/>
          <w:right w:space="0" w:sz="0" w:val="nil"/>
          <w:insideH w:space="0" w:sz="0" w:val="nil"/>
          <w:insideV w:space="0" w:sz="0" w:val="nil"/>
        </w:tcBorders>
        <w:shd w:color="auto" w:fill="c0c0c0" w:themeFill="text1" w:themeFillTint="00003F" w:val="clear"/>
      </w:tcPr>
    </w:tblStylePr>
  </w:style>
  <w:style w:type="table" w:styleId="LightShading-Accent1">
    <w:name w:val="Light Shading Accent 1"/>
    <w:basedOn w:val="TableNormal"/>
    <w:uiPriority w:val="60"/>
    <w:rsid w:val="00FC693F"/>
    <w:pPr>
      <w:spacing w:after="0" w:line="240" w:lineRule="auto"/>
    </w:pPr>
    <w:rPr>
      <w:color w:val="365f91" w:themeColor="accent1" w:themeShade="0000BF"/>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table" w:styleId="LightShading-Accent2">
    <w:name w:val="Light Shading Accent 2"/>
    <w:basedOn w:val="TableNormal"/>
    <w:uiPriority w:val="60"/>
    <w:rsid w:val="00FC693F"/>
    <w:pPr>
      <w:spacing w:after="0" w:line="240" w:lineRule="auto"/>
    </w:pPr>
    <w:rPr>
      <w:color w:val="943634" w:themeColor="accent2" w:themeShade="0000BF"/>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left w:space="0" w:sz="0" w:val="nil"/>
          <w:right w:space="0" w:sz="0" w:val="nil"/>
          <w:insideH w:space="0" w:sz="0" w:val="nil"/>
          <w:insideV w:space="0" w:sz="0" w:val="nil"/>
        </w:tcBorders>
        <w:shd w:color="auto" w:fill="efd3d2" w:themeFill="accent2" w:themeFillTint="00003F" w:val="clear"/>
      </w:tcPr>
    </w:tblStylePr>
  </w:style>
  <w:style w:type="table" w:styleId="LightShading-Accent3">
    <w:name w:val="Light Shading Accent 3"/>
    <w:basedOn w:val="TableNormal"/>
    <w:uiPriority w:val="60"/>
    <w:rsid w:val="00FC693F"/>
    <w:pPr>
      <w:spacing w:after="0" w:line="240" w:lineRule="auto"/>
    </w:pPr>
    <w:rPr>
      <w:color w:val="76923c" w:themeColor="accent3" w:themeShade="0000BF"/>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left w:space="0" w:sz="0" w:val="nil"/>
          <w:right w:space="0" w:sz="0" w:val="nil"/>
          <w:insideH w:space="0" w:sz="0" w:val="nil"/>
          <w:insideV w:space="0" w:sz="0" w:val="nil"/>
        </w:tcBorders>
        <w:shd w:color="auto" w:fill="e6eed5" w:themeFill="accent3" w:themeFillTint="00003F" w:val="clear"/>
      </w:tcPr>
    </w:tblStylePr>
  </w:style>
  <w:style w:type="table" w:styleId="LightShading-Accent4">
    <w:name w:val="Light Shading Accent 4"/>
    <w:basedOn w:val="TableNormal"/>
    <w:uiPriority w:val="60"/>
    <w:rsid w:val="00FC693F"/>
    <w:pPr>
      <w:spacing w:after="0" w:line="240" w:lineRule="auto"/>
    </w:pPr>
    <w:rPr>
      <w:color w:val="5f497a" w:themeColor="accent4" w:themeShade="0000BF"/>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left w:space="0" w:sz="0" w:val="nil"/>
          <w:right w:space="0" w:sz="0" w:val="nil"/>
          <w:insideH w:space="0" w:sz="0" w:val="nil"/>
          <w:insideV w:space="0" w:sz="0" w:val="nil"/>
        </w:tcBorders>
        <w:shd w:color="auto" w:fill="dfd8e8" w:themeFill="accent4" w:themeFillTint="00003F" w:val="clear"/>
      </w:tcPr>
    </w:tblStylePr>
  </w:style>
  <w:style w:type="table" w:styleId="LightShading-Accent5">
    <w:name w:val="Light Shading Accent 5"/>
    <w:basedOn w:val="TableNormal"/>
    <w:uiPriority w:val="60"/>
    <w:rsid w:val="00FC693F"/>
    <w:pPr>
      <w:spacing w:after="0" w:line="240" w:lineRule="auto"/>
    </w:pPr>
    <w:rPr>
      <w:color w:val="31849b" w:themeColor="accent5" w:themeShade="0000BF"/>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left w:space="0" w:sz="0" w:val="nil"/>
          <w:right w:space="0" w:sz="0" w:val="nil"/>
          <w:insideH w:space="0" w:sz="0" w:val="nil"/>
          <w:insideV w:space="0" w:sz="0" w:val="nil"/>
        </w:tcBorders>
        <w:shd w:color="auto" w:fill="d2eaf1" w:themeFill="accent5" w:themeFillTint="00003F" w:val="clear"/>
      </w:tcPr>
    </w:tblStylePr>
  </w:style>
  <w:style w:type="table" w:styleId="LightShading-Accent6">
    <w:name w:val="Light Shading Accent 6"/>
    <w:basedOn w:val="TableNormal"/>
    <w:uiPriority w:val="60"/>
    <w:rsid w:val="00FC693F"/>
    <w:pPr>
      <w:spacing w:after="0" w:line="240" w:lineRule="auto"/>
    </w:pPr>
    <w:rPr>
      <w:color w:val="e36c0a" w:themeColor="accent6" w:themeShade="0000BF"/>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left w:space="0" w:sz="0" w:val="nil"/>
          <w:right w:space="0" w:sz="0" w:val="nil"/>
          <w:insideH w:space="0" w:sz="0" w:val="nil"/>
          <w:insideV w:space="0" w:sz="0" w:val="nil"/>
        </w:tcBorders>
        <w:shd w:color="auto" w:fill="fde4d0" w:themeFill="accent6" w:themeFillTint="00003F" w:val="clear"/>
      </w:tcPr>
    </w:tblStylePr>
  </w:style>
  <w:style w:type="table" w:styleId="LightList">
    <w:name w:val="Light List"/>
    <w:basedOn w:val="TableNormal"/>
    <w:uiPriority w:val="61"/>
    <w:rsid w:val="00FC693F"/>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000000" w:themeFill="text1" w:val="clear"/>
      </w:tcPr>
    </w:tblStylePr>
    <w:tblStylePr w:type="lastRow">
      <w:pPr>
        <w:spacing w:after="0" w:before="0" w:line="240" w:lineRule="auto"/>
      </w:pPr>
      <w:rPr>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val="1"/>
        <w:bCs w:val="1"/>
      </w:rPr>
    </w:tblStylePr>
    <w:tblStylePr w:type="lastCol">
      <w:rPr>
        <w:b w:val="1"/>
        <w:bCs w:val="1"/>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f81bd" w:themeFill="accent1" w:val="clear"/>
      </w:tcPr>
    </w:tblStylePr>
    <w:tblStylePr w:type="lastRow">
      <w:pPr>
        <w:spacing w:after="0" w:before="0" w:line="240" w:lineRule="auto"/>
      </w:pPr>
      <w:rPr>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1"/>
        <w:bCs w:val="1"/>
      </w:rPr>
    </w:tblStylePr>
    <w:tblStylePr w:type="lastCol">
      <w:rPr>
        <w:b w:val="1"/>
        <w:bCs w:val="1"/>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c0504d" w:themeFill="accent2" w:val="clear"/>
      </w:tcPr>
    </w:tblStylePr>
    <w:tblStylePr w:type="lastRow">
      <w:pPr>
        <w:spacing w:after="0" w:before="0" w:line="240" w:lineRule="auto"/>
      </w:pPr>
      <w:rPr>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val="1"/>
        <w:bCs w:val="1"/>
      </w:rPr>
    </w:tblStylePr>
    <w:tblStylePr w:type="lastCol">
      <w:rPr>
        <w:b w:val="1"/>
        <w:bCs w:val="1"/>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9bbb59" w:themeFill="accent3" w:val="clear"/>
      </w:tcPr>
    </w:tblStylePr>
    <w:tblStylePr w:type="lastRow">
      <w:pPr>
        <w:spacing w:after="0" w:before="0" w:line="240" w:lineRule="auto"/>
      </w:pPr>
      <w:rPr>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val="1"/>
        <w:bCs w:val="1"/>
      </w:rPr>
    </w:tblStylePr>
    <w:tblStylePr w:type="lastCol">
      <w:rPr>
        <w:b w:val="1"/>
        <w:bCs w:val="1"/>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8064a2" w:themeFill="accent4" w:val="clear"/>
      </w:tcPr>
    </w:tblStylePr>
    <w:tblStylePr w:type="lastRow">
      <w:pPr>
        <w:spacing w:after="0" w:before="0" w:line="240" w:lineRule="auto"/>
      </w:pPr>
      <w:rPr>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val="1"/>
        <w:bCs w:val="1"/>
      </w:rPr>
    </w:tblStylePr>
    <w:tblStylePr w:type="lastCol">
      <w:rPr>
        <w:b w:val="1"/>
        <w:bCs w:val="1"/>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bacc6" w:themeFill="accent5" w:val="clear"/>
      </w:tcPr>
    </w:tblStylePr>
    <w:tblStylePr w:type="lastRow">
      <w:pPr>
        <w:spacing w:after="0" w:before="0" w:line="240" w:lineRule="auto"/>
      </w:pPr>
      <w:rPr>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val="1"/>
        <w:bCs w:val="1"/>
      </w:rPr>
    </w:tblStylePr>
    <w:tblStylePr w:type="lastCol">
      <w:rPr>
        <w:b w:val="1"/>
        <w:bCs w:val="1"/>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f79646" w:themeFill="accent6" w:val="clear"/>
      </w:tcPr>
    </w:tblStylePr>
    <w:tblStylePr w:type="lastRow">
      <w:pPr>
        <w:spacing w:after="0" w:before="0" w:line="240" w:lineRule="auto"/>
      </w:pPr>
      <w:rPr>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val="1"/>
        <w:bCs w:val="1"/>
      </w:rPr>
    </w:tblStylePr>
    <w:tblStylePr w:type="lastCol">
      <w:rPr>
        <w:b w:val="1"/>
        <w:bCs w:val="1"/>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type="table" w:styleId="LightGrid">
    <w:name w:val="Light Grid"/>
    <w:basedOn w:val="TableNormal"/>
    <w:uiPriority w:val="62"/>
    <w:rsid w:val="00CB0664"/>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space="0" w:sz="0"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space="0" w:sz="0" w:val="nil"/>
          <w:insideV w:color="000000" w:space="0" w:sz="8" w:themeColor="tex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0000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0000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space="0" w:sz="0"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space="0" w:sz="0" w:val="nil"/>
          <w:insideV w:color="4f81bd"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0000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0000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space="0" w:sz="0"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space="0" w:sz="0" w:val="nil"/>
          <w:insideV w:color="c0504d" w:space="0" w:sz="8" w:themeColor="accent2"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0000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0000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space="0" w:sz="0"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space="0" w:sz="0" w:val="nil"/>
          <w:insideV w:color="9bbb59" w:space="0" w:sz="8" w:themeColor="accent3"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0000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0000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space="0" w:sz="0"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space="0" w:sz="0" w:val="nil"/>
          <w:insideV w:color="8064a2" w:space="0" w:sz="8" w:themeColor="accent4"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0000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0000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space="0" w:sz="0"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space="0" w:sz="0" w:val="nil"/>
          <w:insideV w:color="4bacc6" w:space="0" w:sz="8" w:themeColor="accent5"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0000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0000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space="0" w:sz="0"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space="0" w:sz="0" w:val="nil"/>
          <w:insideV w:color="f79646" w:space="0" w:sz="8" w:themeColor="accent6"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0000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0000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shd w:color="auto" w:fill="000000" w:themeFill="text1" w:val="clear"/>
      </w:tcPr>
    </w:tblStylePr>
    <w:tblStylePr w:type="lastRow">
      <w:pPr>
        <w:spacing w:after="0" w:before="0" w:line="240" w:lineRule="auto"/>
      </w:pPr>
      <w:rPr>
        <w:b w:val="1"/>
        <w:bCs w:val="1"/>
      </w:rPr>
      <w:tblPr/>
      <w:tcPr>
        <w:tcBorders>
          <w:top w:color="404040" w:space="0" w:sz="6" w:themeColor="text1" w:themeTint="0000BF" w:val="doub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themeFill="text1" w:themeFillTint="00003F" w:val="clear"/>
      </w:tcPr>
    </w:tblStylePr>
    <w:tblStylePr w:type="band1Horz">
      <w:tblPr/>
      <w:tcPr>
        <w:tcBorders>
          <w:insideH w:space="0" w:sz="0" w:val="nil"/>
          <w:insideV w:space="0" w:sz="0" w:val="nil"/>
        </w:tcBorders>
        <w:shd w:color="auto" w:fill="c0c0c0" w:themeFill="text1" w:themeFillTint="00003F" w:val="clear"/>
      </w:tcPr>
    </w:tblStylePr>
    <w:tblStylePr w:type="band2Horz">
      <w:tblPr/>
      <w:tcPr>
        <w:tcBorders>
          <w:insideH w:space="0" w:sz="0" w:val="nil"/>
          <w:insideV w:space="0" w:sz="0"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shd w:color="auto" w:fill="4f81bd" w:themeFill="accent1" w:val="clear"/>
      </w:tcPr>
    </w:tblStylePr>
    <w:tblStylePr w:type="lastRow">
      <w:pPr>
        <w:spacing w:after="0" w:before="0" w:line="240" w:lineRule="auto"/>
      </w:pPr>
      <w:rPr>
        <w:b w:val="1"/>
        <w:bCs w:val="1"/>
      </w:rPr>
      <w:tblPr/>
      <w:tcPr>
        <w:tcBorders>
          <w:top w:color="7ba0cd" w:space="0" w:sz="6" w:themeColor="accent1" w:themeTint="0000BF" w:val="doub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themeFill="accent1" w:themeFillTint="00003F" w:val="clear"/>
      </w:tcPr>
    </w:tblStylePr>
    <w:tblStylePr w:type="band1Horz">
      <w:tblPr/>
      <w:tcPr>
        <w:tcBorders>
          <w:insideH w:space="0" w:sz="0" w:val="nil"/>
          <w:insideV w:space="0" w:sz="0" w:val="nil"/>
        </w:tcBorders>
        <w:shd w:color="auto" w:fill="d3dfee" w:themeFill="accent1" w:themeFillTint="00003F" w:val="clear"/>
      </w:tcPr>
    </w:tblStylePr>
    <w:tblStylePr w:type="band2Horz">
      <w:tblPr/>
      <w:tcPr>
        <w:tcBorders>
          <w:insideH w:space="0" w:sz="0" w:val="nil"/>
          <w:insideV w:space="0" w:sz="0"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shd w:color="auto" w:fill="c0504d" w:themeFill="accent2" w:val="clear"/>
      </w:tcPr>
    </w:tblStylePr>
    <w:tblStylePr w:type="lastRow">
      <w:pPr>
        <w:spacing w:after="0" w:before="0" w:line="240" w:lineRule="auto"/>
      </w:pPr>
      <w:rPr>
        <w:b w:val="1"/>
        <w:bCs w:val="1"/>
      </w:rPr>
      <w:tblPr/>
      <w:tcPr>
        <w:tcBorders>
          <w:top w:color="cf7b79" w:space="0" w:sz="6" w:themeColor="accent2" w:themeTint="0000BF" w:val="doub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themeFill="accent2" w:themeFillTint="00003F" w:val="clear"/>
      </w:tcPr>
    </w:tblStylePr>
    <w:tblStylePr w:type="band1Horz">
      <w:tblPr/>
      <w:tcPr>
        <w:tcBorders>
          <w:insideH w:space="0" w:sz="0" w:val="nil"/>
          <w:insideV w:space="0" w:sz="0" w:val="nil"/>
        </w:tcBorders>
        <w:shd w:color="auto" w:fill="efd3d2" w:themeFill="accent2" w:themeFillTint="00003F" w:val="clear"/>
      </w:tcPr>
    </w:tblStylePr>
    <w:tblStylePr w:type="band2Horz">
      <w:tblPr/>
      <w:tcPr>
        <w:tcBorders>
          <w:insideH w:space="0" w:sz="0" w:val="nil"/>
          <w:insideV w:space="0" w:sz="0"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shd w:color="auto" w:fill="9bbb59" w:themeFill="accent3" w:val="clear"/>
      </w:tcPr>
    </w:tblStylePr>
    <w:tblStylePr w:type="lastRow">
      <w:pPr>
        <w:spacing w:after="0" w:before="0" w:line="240" w:lineRule="auto"/>
      </w:pPr>
      <w:rPr>
        <w:b w:val="1"/>
        <w:bCs w:val="1"/>
      </w:rPr>
      <w:tblPr/>
      <w:tcPr>
        <w:tcBorders>
          <w:top w:color="b3cc82" w:space="0" w:sz="6" w:themeColor="accent3" w:themeTint="0000BF" w:val="doub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themeFill="accent3" w:themeFillTint="00003F" w:val="clear"/>
      </w:tcPr>
    </w:tblStylePr>
    <w:tblStylePr w:type="band1Horz">
      <w:tblPr/>
      <w:tcPr>
        <w:tcBorders>
          <w:insideH w:space="0" w:sz="0" w:val="nil"/>
          <w:insideV w:space="0" w:sz="0" w:val="nil"/>
        </w:tcBorders>
        <w:shd w:color="auto" w:fill="e6eed5" w:themeFill="accent3" w:themeFillTint="00003F" w:val="clear"/>
      </w:tcPr>
    </w:tblStylePr>
    <w:tblStylePr w:type="band2Horz">
      <w:tblPr/>
      <w:tcPr>
        <w:tcBorders>
          <w:insideH w:space="0" w:sz="0" w:val="nil"/>
          <w:insideV w:space="0" w:sz="0"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shd w:color="auto" w:fill="8064a2" w:themeFill="accent4" w:val="clear"/>
      </w:tcPr>
    </w:tblStylePr>
    <w:tblStylePr w:type="lastRow">
      <w:pPr>
        <w:spacing w:after="0" w:before="0" w:line="240" w:lineRule="auto"/>
      </w:pPr>
      <w:rPr>
        <w:b w:val="1"/>
        <w:bCs w:val="1"/>
      </w:rPr>
      <w:tblPr/>
      <w:tcPr>
        <w:tcBorders>
          <w:top w:color="9f8ab9" w:space="0" w:sz="6" w:themeColor="accent4" w:themeTint="0000BF" w:val="doub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themeFill="accent4" w:themeFillTint="00003F" w:val="clear"/>
      </w:tcPr>
    </w:tblStylePr>
    <w:tblStylePr w:type="band1Horz">
      <w:tblPr/>
      <w:tcPr>
        <w:tcBorders>
          <w:insideH w:space="0" w:sz="0" w:val="nil"/>
          <w:insideV w:space="0" w:sz="0" w:val="nil"/>
        </w:tcBorders>
        <w:shd w:color="auto" w:fill="dfd8e8" w:themeFill="accent4" w:themeFillTint="00003F" w:val="clear"/>
      </w:tcPr>
    </w:tblStylePr>
    <w:tblStylePr w:type="band2Horz">
      <w:tblPr/>
      <w:tcPr>
        <w:tcBorders>
          <w:insideH w:space="0" w:sz="0" w:val="nil"/>
          <w:insideV w:space="0" w:sz="0"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shd w:color="auto" w:fill="4bacc6" w:themeFill="accent5" w:val="clear"/>
      </w:tcPr>
    </w:tblStylePr>
    <w:tblStylePr w:type="lastRow">
      <w:pPr>
        <w:spacing w:after="0" w:before="0" w:line="240" w:lineRule="auto"/>
      </w:pPr>
      <w:rPr>
        <w:b w:val="1"/>
        <w:bCs w:val="1"/>
      </w:rPr>
      <w:tblPr/>
      <w:tcPr>
        <w:tcBorders>
          <w:top w:color="78c0d4" w:space="0" w:sz="6" w:themeColor="accent5" w:themeTint="0000BF" w:val="doub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themeFill="accent5" w:themeFillTint="00003F" w:val="clear"/>
      </w:tcPr>
    </w:tblStylePr>
    <w:tblStylePr w:type="band1Horz">
      <w:tblPr/>
      <w:tcPr>
        <w:tcBorders>
          <w:insideH w:space="0" w:sz="0" w:val="nil"/>
          <w:insideV w:space="0" w:sz="0" w:val="nil"/>
        </w:tcBorders>
        <w:shd w:color="auto" w:fill="d2eaf1" w:themeFill="accent5" w:themeFillTint="00003F" w:val="clear"/>
      </w:tcPr>
    </w:tblStylePr>
    <w:tblStylePr w:type="band2Horz">
      <w:tblPr/>
      <w:tcPr>
        <w:tcBorders>
          <w:insideH w:space="0" w:sz="0" w:val="nil"/>
          <w:insideV w:space="0" w:sz="0"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shd w:color="auto" w:fill="f79646" w:themeFill="accent6" w:val="clear"/>
      </w:tcPr>
    </w:tblStylePr>
    <w:tblStylePr w:type="lastRow">
      <w:pPr>
        <w:spacing w:after="0" w:before="0" w:line="240" w:lineRule="auto"/>
      </w:pPr>
      <w:rPr>
        <w:b w:val="1"/>
        <w:bCs w:val="1"/>
      </w:rPr>
      <w:tblPr/>
      <w:tcPr>
        <w:tcBorders>
          <w:top w:color="f9b074" w:space="0" w:sz="6" w:themeColor="accent6" w:themeTint="0000BF" w:val="doub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themeFill="accent6" w:themeFillTint="00003F" w:val="clear"/>
      </w:tcPr>
    </w:tblStylePr>
    <w:tblStylePr w:type="band1Horz">
      <w:tblPr/>
      <w:tcPr>
        <w:tcBorders>
          <w:insideH w:space="0" w:sz="0" w:val="nil"/>
          <w:insideV w:space="0" w:sz="0" w:val="nil"/>
        </w:tcBorders>
        <w:shd w:color="auto" w:fill="fde4d0" w:themeFill="accent6" w:themeFillTint="00003F" w:val="clear"/>
      </w:tcPr>
    </w:tblStylePr>
    <w:tblStylePr w:type="band2Horz">
      <w:tblPr/>
      <w:tcPr>
        <w:tcBorders>
          <w:insideH w:space="0" w:sz="0" w:val="nil"/>
          <w:insideV w:space="0" w:sz="0"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000000" w:themeFill="tex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000000" w:themeFill="tex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000000" w:themeFill="tex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f81bd" w:themeFill="accen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f81bd" w:themeFill="accen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f81bd" w:themeFill="accen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c0504d" w:themeFill="accent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c0504d" w:themeFill="accent2"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c0504d" w:themeFill="accent2"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9bbb59" w:themeFill="accent3"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9bbb59" w:themeFill="accent3"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9bbb59" w:themeFill="accent3"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8064a2" w:themeFill="accent4"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8064a2" w:themeFill="accent4"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8064a2" w:themeFill="accent4"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bacc6" w:themeFill="accent5"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bacc6" w:themeFill="accent5"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bacc6" w:themeFill="accent5"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f79646" w:themeFill="accent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f79646" w:themeFill="accent6"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f79646" w:themeFill="accent6"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000000" w:space="0" w:sz="8" w:themeColor="text1" w:val="single"/>
        </w:tcBorders>
      </w:tcPr>
    </w:tblStylePr>
    <w:tblStylePr w:type="lastRow">
      <w:rPr>
        <w:b w:val="1"/>
        <w:bCs w:val="1"/>
        <w:color w:val="1f497d" w:themeColor="text2"/>
      </w:rPr>
      <w:tblPr/>
      <w:tcPr>
        <w:tcBorders>
          <w:top w:color="000000" w:space="0" w:sz="8" w:themeColor="text1" w:val="single"/>
          <w:bottom w:color="000000" w:space="0" w:sz="8" w:themeColor="text1" w:val="single"/>
        </w:tcBorders>
      </w:tcPr>
    </w:tblStylePr>
    <w:tblStylePr w:type="firstCol">
      <w:rPr>
        <w:b w:val="1"/>
        <w:bCs w:val="1"/>
      </w:rPr>
    </w:tblStylePr>
    <w:tblStylePr w:type="lastCol">
      <w:rPr>
        <w:b w:val="1"/>
        <w:bCs w:val="1"/>
      </w:rPr>
      <w:tblPr/>
      <w:tcPr>
        <w:tcBorders>
          <w:top w:color="000000" w:space="0" w:sz="8" w:themeColor="text1" w:val="single"/>
          <w:bottom w:color="000000" w:space="0" w:sz="8" w:themeColor="text1" w:val="single"/>
        </w:tcBorders>
      </w:tcPr>
    </w:tblStylePr>
    <w:tblStylePr w:type="band1Vert">
      <w:tblPr/>
      <w:tcPr>
        <w:shd w:color="auto" w:fill="c0c0c0" w:themeFill="text1" w:themeFillTint="00003F" w:val="clear"/>
      </w:tcPr>
    </w:tblStylePr>
    <w:tblStylePr w:type="band1Horz">
      <w:tblPr/>
      <w:tcPr>
        <w:shd w:color="auto" w:fill="c0c0c0" w:themeFill="text1" w:themeFillTint="00003F" w:val="clear"/>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f81bd" w:space="0" w:sz="8" w:themeColor="accent1" w:val="single"/>
        </w:tcBorders>
      </w:tcPr>
    </w:tblStylePr>
    <w:tblStylePr w:type="lastRow">
      <w:rPr>
        <w:b w:val="1"/>
        <w:bCs w:val="1"/>
        <w:color w:val="1f497d" w:themeColor="text2"/>
      </w:rPr>
      <w:tblPr/>
      <w:tcPr>
        <w:tcBorders>
          <w:top w:color="4f81bd" w:space="0" w:sz="8" w:themeColor="accent1" w:val="single"/>
          <w:bottom w:color="4f81bd" w:space="0" w:sz="8" w:themeColor="accent1" w:val="single"/>
        </w:tcBorders>
      </w:tcPr>
    </w:tblStylePr>
    <w:tblStylePr w:type="firstCol">
      <w:rPr>
        <w:b w:val="1"/>
        <w:bCs w:val="1"/>
      </w:rPr>
    </w:tblStylePr>
    <w:tblStylePr w:type="lastCol">
      <w:rPr>
        <w:b w:val="1"/>
        <w:bCs w:val="1"/>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00003F" w:val="clear"/>
      </w:tcPr>
    </w:tblStylePr>
    <w:tblStylePr w:type="band1Horz">
      <w:tblPr/>
      <w:tcPr>
        <w:shd w:color="auto" w:fill="d3dfee" w:themeFill="accent1" w:themeFillTint="00003F" w:val="clear"/>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c0504d" w:space="0" w:sz="8" w:themeColor="accent2" w:val="single"/>
        </w:tcBorders>
      </w:tcPr>
    </w:tblStylePr>
    <w:tblStylePr w:type="lastRow">
      <w:rPr>
        <w:b w:val="1"/>
        <w:bCs w:val="1"/>
        <w:color w:val="1f497d" w:themeColor="text2"/>
      </w:rPr>
      <w:tblPr/>
      <w:tcPr>
        <w:tcBorders>
          <w:top w:color="c0504d" w:space="0" w:sz="8" w:themeColor="accent2" w:val="single"/>
          <w:bottom w:color="c0504d" w:space="0" w:sz="8" w:themeColor="accent2" w:val="single"/>
        </w:tcBorders>
      </w:tcPr>
    </w:tblStylePr>
    <w:tblStylePr w:type="firstCol">
      <w:rPr>
        <w:b w:val="1"/>
        <w:bCs w:val="1"/>
      </w:rPr>
    </w:tblStylePr>
    <w:tblStylePr w:type="lastCol">
      <w:rPr>
        <w:b w:val="1"/>
        <w:bCs w:val="1"/>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00003F" w:val="clear"/>
      </w:tcPr>
    </w:tblStylePr>
    <w:tblStylePr w:type="band1Horz">
      <w:tblPr/>
      <w:tcPr>
        <w:shd w:color="auto" w:fill="efd3d2" w:themeFill="accent2" w:themeFillTint="00003F" w:val="clear"/>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9bbb59" w:space="0" w:sz="8" w:themeColor="accent3" w:val="single"/>
        </w:tcBorders>
      </w:tcPr>
    </w:tblStylePr>
    <w:tblStylePr w:type="lastRow">
      <w:rPr>
        <w:b w:val="1"/>
        <w:bCs w:val="1"/>
        <w:color w:val="1f497d" w:themeColor="text2"/>
      </w:rPr>
      <w:tblPr/>
      <w:tcPr>
        <w:tcBorders>
          <w:top w:color="9bbb59" w:space="0" w:sz="8" w:themeColor="accent3" w:val="single"/>
          <w:bottom w:color="9bbb59" w:space="0" w:sz="8" w:themeColor="accent3" w:val="single"/>
        </w:tcBorders>
      </w:tcPr>
    </w:tblStylePr>
    <w:tblStylePr w:type="firstCol">
      <w:rPr>
        <w:b w:val="1"/>
        <w:bCs w:val="1"/>
      </w:rPr>
    </w:tblStylePr>
    <w:tblStylePr w:type="lastCol">
      <w:rPr>
        <w:b w:val="1"/>
        <w:bCs w:val="1"/>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00003F" w:val="clear"/>
      </w:tcPr>
    </w:tblStylePr>
    <w:tblStylePr w:type="band1Horz">
      <w:tblPr/>
      <w:tcPr>
        <w:shd w:color="auto" w:fill="e6eed5" w:themeFill="accent3" w:themeFillTint="00003F" w:val="clear"/>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8064a2" w:space="0" w:sz="8" w:themeColor="accent4" w:val="single"/>
        </w:tcBorders>
      </w:tcPr>
    </w:tblStylePr>
    <w:tblStylePr w:type="lastRow">
      <w:rPr>
        <w:b w:val="1"/>
        <w:bCs w:val="1"/>
        <w:color w:val="1f497d" w:themeColor="text2"/>
      </w:rPr>
      <w:tblPr/>
      <w:tcPr>
        <w:tcBorders>
          <w:top w:color="8064a2" w:space="0" w:sz="8" w:themeColor="accent4" w:val="single"/>
          <w:bottom w:color="8064a2" w:space="0" w:sz="8" w:themeColor="accent4" w:val="single"/>
        </w:tcBorders>
      </w:tcPr>
    </w:tblStylePr>
    <w:tblStylePr w:type="firstCol">
      <w:rPr>
        <w:b w:val="1"/>
        <w:bCs w:val="1"/>
      </w:rPr>
    </w:tblStylePr>
    <w:tblStylePr w:type="lastCol">
      <w:rPr>
        <w:b w:val="1"/>
        <w:bCs w:val="1"/>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00003F" w:val="clear"/>
      </w:tcPr>
    </w:tblStylePr>
    <w:tblStylePr w:type="band1Horz">
      <w:tblPr/>
      <w:tcPr>
        <w:shd w:color="auto" w:fill="dfd8e8" w:themeFill="accent4" w:themeFillTint="00003F" w:val="clear"/>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bacc6" w:space="0" w:sz="8" w:themeColor="accent5" w:val="single"/>
        </w:tcBorders>
      </w:tcPr>
    </w:tblStylePr>
    <w:tblStylePr w:type="lastRow">
      <w:rPr>
        <w:b w:val="1"/>
        <w:bCs w:val="1"/>
        <w:color w:val="1f497d" w:themeColor="text2"/>
      </w:rPr>
      <w:tblPr/>
      <w:tcPr>
        <w:tcBorders>
          <w:top w:color="4bacc6" w:space="0" w:sz="8" w:themeColor="accent5" w:val="single"/>
          <w:bottom w:color="4bacc6" w:space="0" w:sz="8" w:themeColor="accent5" w:val="single"/>
        </w:tcBorders>
      </w:tcPr>
    </w:tblStylePr>
    <w:tblStylePr w:type="firstCol">
      <w:rPr>
        <w:b w:val="1"/>
        <w:bCs w:val="1"/>
      </w:rPr>
    </w:tblStylePr>
    <w:tblStylePr w:type="lastCol">
      <w:rPr>
        <w:b w:val="1"/>
        <w:bCs w:val="1"/>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00003F" w:val="clear"/>
      </w:tcPr>
    </w:tblStylePr>
    <w:tblStylePr w:type="band1Horz">
      <w:tblPr/>
      <w:tcPr>
        <w:shd w:color="auto" w:fill="d2eaf1" w:themeFill="accent5" w:themeFillTint="00003F" w:val="clear"/>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f79646" w:space="0" w:sz="8" w:themeColor="accent6" w:val="single"/>
        </w:tcBorders>
      </w:tcPr>
    </w:tblStylePr>
    <w:tblStylePr w:type="lastRow">
      <w:rPr>
        <w:b w:val="1"/>
        <w:bCs w:val="1"/>
        <w:color w:val="1f497d" w:themeColor="text2"/>
      </w:rPr>
      <w:tblPr/>
      <w:tcPr>
        <w:tcBorders>
          <w:top w:color="f79646" w:space="0" w:sz="8" w:themeColor="accent6" w:val="single"/>
          <w:bottom w:color="f79646" w:space="0" w:sz="8" w:themeColor="accent6" w:val="single"/>
        </w:tcBorders>
      </w:tcPr>
    </w:tblStylePr>
    <w:tblStylePr w:type="firstCol">
      <w:rPr>
        <w:b w:val="1"/>
        <w:bCs w:val="1"/>
      </w:rPr>
    </w:tblStylePr>
    <w:tblStylePr w:type="lastCol">
      <w:rPr>
        <w:b w:val="1"/>
        <w:bCs w:val="1"/>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00003F" w:val="clear"/>
      </w:tcPr>
    </w:tblStylePr>
    <w:tblStylePr w:type="band1Horz">
      <w:tblPr/>
      <w:tcPr>
        <w:shd w:color="auto" w:fill="fde4d0" w:themeFill="accent6" w:themeFillTint="00003F" w:val="clear"/>
      </w:tcPr>
    </w:tblStylePr>
  </w:style>
  <w:style w:type="table" w:styleId="MediumList2">
    <w:name w:val="Medium Lis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000000" w:space="0" w:sz="24" w:themeColor="text1" w:val="single"/>
          <w:right w:space="0" w:sz="0" w:val="nil"/>
          <w:insideH w:space="0" w:sz="0" w:val="nil"/>
          <w:insideV w:space="0" w:sz="0" w:val="nil"/>
        </w:tcBorders>
        <w:shd w:color="auto" w:fill="ffffff" w:themeFill="background1" w:val="clear"/>
      </w:tcPr>
    </w:tblStylePr>
    <w:tblStylePr w:type="lastRow">
      <w:tblPr/>
      <w:tcPr>
        <w:tcBorders>
          <w:top w:color="000000" w:space="0" w:sz="8"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000000" w:space="0" w:sz="8" w:themeColor="text1" w:val="single"/>
          <w:insideH w:space="0" w:sz="0" w:val="nil"/>
          <w:insideV w:space="0" w:sz="0" w:val="nil"/>
        </w:tcBorders>
        <w:shd w:color="auto" w:fill="ffffff" w:themeFill="background1" w:val="clear"/>
      </w:tcPr>
    </w:tblStylePr>
    <w:tblStylePr w:type="lastCol">
      <w:tblPr/>
      <w:tcPr>
        <w:tcBorders>
          <w:top w:space="0" w:sz="0" w:val="nil"/>
          <w:left w:color="000000" w:space="0" w:sz="8" w:themeColor="tex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top w:space="0" w:sz="0" w:val="nil"/>
          <w:bottom w:space="0" w:sz="0" w:val="nil"/>
          <w:insideH w:space="0" w:sz="0" w:val="nil"/>
          <w:insideV w:space="0" w:sz="0" w:val="nil"/>
        </w:tcBorders>
        <w:shd w:color="auto" w:fill="c0c0c0" w:themeFill="tex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1">
    <w:name w:val="Medium List 2 Accent 1"/>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f81bd" w:space="0" w:sz="24" w:themeColor="accent1" w:val="single"/>
          <w:right w:space="0" w:sz="0" w:val="nil"/>
          <w:insideH w:space="0" w:sz="0" w:val="nil"/>
          <w:insideV w:space="0" w:sz="0" w:val="nil"/>
        </w:tcBorders>
        <w:shd w:color="auto" w:fill="ffffff" w:themeFill="background1" w:val="clear"/>
      </w:tcPr>
    </w:tblStylePr>
    <w:tblStylePr w:type="lastRow">
      <w:tblPr/>
      <w:tcPr>
        <w:tcBorders>
          <w:top w:color="4f81bd" w:space="0" w:sz="8" w:themeColor="accen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f81bd" w:space="0" w:sz="8" w:themeColor="accent1" w:val="single"/>
          <w:insideH w:space="0" w:sz="0" w:val="nil"/>
          <w:insideV w:space="0" w:sz="0" w:val="nil"/>
        </w:tcBorders>
        <w:shd w:color="auto" w:fill="ffffff" w:themeFill="background1" w:val="clear"/>
      </w:tcPr>
    </w:tblStylePr>
    <w:tblStylePr w:type="lastCol">
      <w:tblPr/>
      <w:tcPr>
        <w:tcBorders>
          <w:top w:space="0" w:sz="0" w:val="nil"/>
          <w:left w:color="4f81bd" w:space="0" w:sz="8" w:themeColor="accen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top w:space="0" w:sz="0" w:val="nil"/>
          <w:bottom w:space="0" w:sz="0" w:val="nil"/>
          <w:insideH w:space="0" w:sz="0" w:val="nil"/>
          <w:insideV w:space="0" w:sz="0" w:val="nil"/>
        </w:tcBorders>
        <w:shd w:color="auto" w:fill="d3dfee" w:themeFill="accen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2">
    <w:name w:val="Medium List 2 Accen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tblPr/>
      <w:tcPr>
        <w:tcBorders>
          <w:top w:color="c0504d" w:space="0" w:sz="8" w:themeColor="accent2"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c0504d" w:space="0" w:sz="8" w:themeColor="accent2" w:val="single"/>
          <w:insideH w:space="0" w:sz="0" w:val="nil"/>
          <w:insideV w:space="0" w:sz="0" w:val="nil"/>
        </w:tcBorders>
        <w:shd w:color="auto" w:fill="ffffff" w:themeFill="background1" w:val="clear"/>
      </w:tcPr>
    </w:tblStylePr>
    <w:tblStylePr w:type="lastCol">
      <w:tblPr/>
      <w:tcPr>
        <w:tcBorders>
          <w:top w:space="0" w:sz="0" w:val="nil"/>
          <w:left w:color="c0504d" w:space="0" w:sz="8" w:themeColor="accent2"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top w:space="0" w:sz="0" w:val="nil"/>
          <w:bottom w:space="0" w:sz="0" w:val="nil"/>
          <w:insideH w:space="0" w:sz="0" w:val="nil"/>
          <w:insideV w:space="0" w:sz="0" w:val="nil"/>
        </w:tcBorders>
        <w:shd w:color="auto" w:fill="efd3d2" w:themeFill="accent2"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3">
    <w:name w:val="Medium List 2 Accent 3"/>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tblPr/>
      <w:tcPr>
        <w:tcBorders>
          <w:top w:color="9bbb59" w:space="0" w:sz="8" w:themeColor="accent3"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9bbb59" w:space="0" w:sz="8" w:themeColor="accent3" w:val="single"/>
          <w:insideH w:space="0" w:sz="0" w:val="nil"/>
          <w:insideV w:space="0" w:sz="0" w:val="nil"/>
        </w:tcBorders>
        <w:shd w:color="auto" w:fill="ffffff" w:themeFill="background1" w:val="clear"/>
      </w:tcPr>
    </w:tblStylePr>
    <w:tblStylePr w:type="lastCol">
      <w:tblPr/>
      <w:tcPr>
        <w:tcBorders>
          <w:top w:space="0" w:sz="0" w:val="nil"/>
          <w:left w:color="9bbb59" w:space="0" w:sz="8" w:themeColor="accent3"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top w:space="0" w:sz="0" w:val="nil"/>
          <w:bottom w:space="0" w:sz="0" w:val="nil"/>
          <w:insideH w:space="0" w:sz="0" w:val="nil"/>
          <w:insideV w:space="0" w:sz="0" w:val="nil"/>
        </w:tcBorders>
        <w:shd w:color="auto" w:fill="e6eed5" w:themeFill="accent3"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4">
    <w:name w:val="Medium List 2 Accent 4"/>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tblPr/>
      <w:tcPr>
        <w:tcBorders>
          <w:top w:color="8064a2" w:space="0" w:sz="8" w:themeColor="accent4"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8064a2" w:space="0" w:sz="8" w:themeColor="accent4" w:val="single"/>
          <w:insideH w:space="0" w:sz="0" w:val="nil"/>
          <w:insideV w:space="0" w:sz="0" w:val="nil"/>
        </w:tcBorders>
        <w:shd w:color="auto" w:fill="ffffff" w:themeFill="background1" w:val="clear"/>
      </w:tcPr>
    </w:tblStylePr>
    <w:tblStylePr w:type="lastCol">
      <w:tblPr/>
      <w:tcPr>
        <w:tcBorders>
          <w:top w:space="0" w:sz="0" w:val="nil"/>
          <w:left w:color="8064a2" w:space="0" w:sz="8" w:themeColor="accent4"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top w:space="0" w:sz="0" w:val="nil"/>
          <w:bottom w:space="0" w:sz="0" w:val="nil"/>
          <w:insideH w:space="0" w:sz="0" w:val="nil"/>
          <w:insideV w:space="0" w:sz="0" w:val="nil"/>
        </w:tcBorders>
        <w:shd w:color="auto" w:fill="dfd8e8" w:themeFill="accent4"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5">
    <w:name w:val="Medium List 2 Accent 5"/>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tblPr/>
      <w:tcPr>
        <w:tcBorders>
          <w:top w:color="4bacc6" w:space="0" w:sz="8" w:themeColor="accent5"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bacc6" w:space="0" w:sz="8" w:themeColor="accent5" w:val="single"/>
          <w:insideH w:space="0" w:sz="0" w:val="nil"/>
          <w:insideV w:space="0" w:sz="0" w:val="nil"/>
        </w:tcBorders>
        <w:shd w:color="auto" w:fill="ffffff" w:themeFill="background1" w:val="clear"/>
      </w:tcPr>
    </w:tblStylePr>
    <w:tblStylePr w:type="lastCol">
      <w:tblPr/>
      <w:tcPr>
        <w:tcBorders>
          <w:top w:space="0" w:sz="0" w:val="nil"/>
          <w:left w:color="4bacc6" w:space="0" w:sz="8" w:themeColor="accent5"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top w:space="0" w:sz="0" w:val="nil"/>
          <w:bottom w:space="0" w:sz="0" w:val="nil"/>
          <w:insideH w:space="0" w:sz="0" w:val="nil"/>
          <w:insideV w:space="0" w:sz="0" w:val="nil"/>
        </w:tcBorders>
        <w:shd w:color="auto" w:fill="d2eaf1" w:themeFill="accent5"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6">
    <w:name w:val="Medium List 2 Accent 6"/>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tblPr/>
      <w:tcPr>
        <w:tcBorders>
          <w:top w:color="f79646" w:space="0" w:sz="8" w:themeColor="accent6"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f79646" w:space="0" w:sz="8" w:themeColor="accent6" w:val="single"/>
          <w:insideH w:space="0" w:sz="0" w:val="nil"/>
          <w:insideV w:space="0" w:sz="0" w:val="nil"/>
        </w:tcBorders>
        <w:shd w:color="auto" w:fill="ffffff" w:themeFill="background1" w:val="clear"/>
      </w:tcPr>
    </w:tblStylePr>
    <w:tblStylePr w:type="lastCol">
      <w:tblPr/>
      <w:tcPr>
        <w:tcBorders>
          <w:top w:space="0" w:sz="0" w:val="nil"/>
          <w:left w:color="f79646" w:space="0" w:sz="8" w:themeColor="accent6"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top w:space="0" w:sz="0" w:val="nil"/>
          <w:bottom w:space="0" w:sz="0" w:val="nil"/>
          <w:insideH w:space="0" w:sz="0" w:val="nil"/>
          <w:insideV w:space="0" w:sz="0" w:val="nil"/>
        </w:tcBorders>
        <w:shd w:color="auto" w:fill="fde4d0" w:themeFill="accent6"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insideV w:color="404040" w:space="0" w:sz="8" w:themeColor="text1" w:themeTint="0000BF"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rPr>
    </w:tblStylePr>
    <w:tblStylePr w:type="lastRow">
      <w:rPr>
        <w:b w:val="1"/>
        <w:bCs w:val="1"/>
      </w:rPr>
      <w:tblPr/>
      <w:tcPr>
        <w:tcBorders>
          <w:top w:color="404040" w:space="0" w:sz="18" w:themeColor="text1" w:themeTint="0000BF" w:val="single"/>
        </w:tcBorders>
      </w:tcPr>
    </w:tblStylePr>
    <w:tblStylePr w:type="firstCol">
      <w:rPr>
        <w:b w:val="1"/>
        <w:bCs w:val="1"/>
      </w:rPr>
    </w:tblStylePr>
    <w:tblStylePr w:type="lastCol">
      <w:rPr>
        <w:b w:val="1"/>
        <w:bCs w:val="1"/>
      </w:r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insideV w:color="7ba0cd" w:space="0" w:sz="8" w:themeColor="accent1" w:themeTint="0000BF"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rPr>
    </w:tblStylePr>
    <w:tblStylePr w:type="lastRow">
      <w:rPr>
        <w:b w:val="1"/>
        <w:bCs w:val="1"/>
      </w:rPr>
      <w:tblPr/>
      <w:tcPr>
        <w:tcBorders>
          <w:top w:color="7ba0cd" w:space="0" w:sz="18" w:themeColor="accent1" w:themeTint="0000BF" w:val="single"/>
        </w:tcBorders>
      </w:tcPr>
    </w:tblStylePr>
    <w:tblStylePr w:type="firstCol">
      <w:rPr>
        <w:b w:val="1"/>
        <w:bCs w:val="1"/>
      </w:rPr>
    </w:tblStylePr>
    <w:tblStylePr w:type="lastCol">
      <w:rPr>
        <w:b w:val="1"/>
        <w:bCs w:val="1"/>
      </w:r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insideV w:color="cf7b79" w:space="0" w:sz="8" w:themeColor="accent2" w:themeTint="0000BF"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rPr>
    </w:tblStylePr>
    <w:tblStylePr w:type="lastRow">
      <w:rPr>
        <w:b w:val="1"/>
        <w:bCs w:val="1"/>
      </w:rPr>
      <w:tblPr/>
      <w:tcPr>
        <w:tcBorders>
          <w:top w:color="cf7b79" w:space="0" w:sz="18" w:themeColor="accent2" w:themeTint="0000BF" w:val="single"/>
        </w:tcBorders>
      </w:tcPr>
    </w:tblStylePr>
    <w:tblStylePr w:type="firstCol">
      <w:rPr>
        <w:b w:val="1"/>
        <w:bCs w:val="1"/>
      </w:rPr>
    </w:tblStylePr>
    <w:tblStylePr w:type="lastCol">
      <w:rPr>
        <w:b w:val="1"/>
        <w:bCs w:val="1"/>
      </w:r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insideV w:color="b3cc82" w:space="0" w:sz="8" w:themeColor="accent3" w:themeTint="0000BF"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rPr>
    </w:tblStylePr>
    <w:tblStylePr w:type="lastRow">
      <w:rPr>
        <w:b w:val="1"/>
        <w:bCs w:val="1"/>
      </w:rPr>
      <w:tblPr/>
      <w:tcPr>
        <w:tcBorders>
          <w:top w:color="b3cc82" w:space="0" w:sz="18" w:themeColor="accent3" w:themeTint="0000BF" w:val="single"/>
        </w:tcBorders>
      </w:tcPr>
    </w:tblStylePr>
    <w:tblStylePr w:type="firstCol">
      <w:rPr>
        <w:b w:val="1"/>
        <w:bCs w:val="1"/>
      </w:rPr>
    </w:tblStylePr>
    <w:tblStylePr w:type="lastCol">
      <w:rPr>
        <w:b w:val="1"/>
        <w:bCs w:val="1"/>
      </w:r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insideV w:color="9f8ab9" w:space="0" w:sz="8" w:themeColor="accent4" w:themeTint="0000BF"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rPr>
    </w:tblStylePr>
    <w:tblStylePr w:type="lastRow">
      <w:rPr>
        <w:b w:val="1"/>
        <w:bCs w:val="1"/>
      </w:rPr>
      <w:tblPr/>
      <w:tcPr>
        <w:tcBorders>
          <w:top w:color="9f8ab9" w:space="0" w:sz="18" w:themeColor="accent4" w:themeTint="0000BF" w:val="single"/>
        </w:tcBorders>
      </w:tcPr>
    </w:tblStylePr>
    <w:tblStylePr w:type="firstCol">
      <w:rPr>
        <w:b w:val="1"/>
        <w:bCs w:val="1"/>
      </w:rPr>
    </w:tblStylePr>
    <w:tblStylePr w:type="lastCol">
      <w:rPr>
        <w:b w:val="1"/>
        <w:bCs w:val="1"/>
      </w:r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insideV w:color="78c0d4" w:space="0" w:sz="8" w:themeColor="accent5" w:themeTint="0000BF"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rPr>
    </w:tblStylePr>
    <w:tblStylePr w:type="lastRow">
      <w:rPr>
        <w:b w:val="1"/>
        <w:bCs w:val="1"/>
      </w:rPr>
      <w:tblPr/>
      <w:tcPr>
        <w:tcBorders>
          <w:top w:color="78c0d4" w:space="0" w:sz="18" w:themeColor="accent5" w:themeTint="0000BF" w:val="single"/>
        </w:tcBorders>
      </w:tcPr>
    </w:tblStylePr>
    <w:tblStylePr w:type="firstCol">
      <w:rPr>
        <w:b w:val="1"/>
        <w:bCs w:val="1"/>
      </w:rPr>
    </w:tblStylePr>
    <w:tblStylePr w:type="lastCol">
      <w:rPr>
        <w:b w:val="1"/>
        <w:bCs w:val="1"/>
      </w:r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insideV w:color="f9b074" w:space="0" w:sz="8" w:themeColor="accent6" w:themeTint="0000BF"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rPr>
    </w:tblStylePr>
    <w:tblStylePr w:type="lastRow">
      <w:rPr>
        <w:b w:val="1"/>
        <w:bCs w:val="1"/>
      </w:rPr>
      <w:tblPr/>
      <w:tcPr>
        <w:tcBorders>
          <w:top w:color="f9b074" w:space="0" w:sz="18" w:themeColor="accent6" w:themeTint="0000BF" w:val="single"/>
        </w:tcBorders>
      </w:tcPr>
    </w:tblStylePr>
    <w:tblStylePr w:type="firstCol">
      <w:rPr>
        <w:b w:val="1"/>
        <w:bCs w:val="1"/>
      </w:rPr>
    </w:tblStylePr>
    <w:tblStylePr w:type="lastCol">
      <w:rPr>
        <w:b w:val="1"/>
        <w:bCs w:val="1"/>
      </w:r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table" w:styleId="MediumGrid2">
    <w:name w:val="Medium Grid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color w:val="000000" w:themeColor="text1"/>
      </w:rPr>
      <w:tblPr/>
      <w:tcPr>
        <w:shd w:color="auto" w:fill="e6e6e6" w:themeFill="tex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cccccc" w:themeFill="text1" w:themeFillTint="000033" w:val="clear"/>
      </w:tcPr>
    </w:tblStylePr>
    <w:tblStylePr w:type="band1Vert">
      <w:tblPr/>
      <w:tcPr>
        <w:shd w:color="auto" w:fill="808080" w:themeFill="text1" w:themeFillTint="00007F" w:val="clear"/>
      </w:tcPr>
    </w:tblStylePr>
    <w:tblStylePr w:type="band1Horz">
      <w:tblPr/>
      <w:tcPr>
        <w:tcBorders>
          <w:insideH w:color="000000" w:space="0" w:sz="6" w:themeColor="text1" w:val="single"/>
          <w:insideV w:color="000000" w:space="0" w:sz="6" w:themeColor="text1" w:val="single"/>
        </w:tcBorders>
        <w:shd w:color="auto" w:fill="808080" w:themeFill="text1" w:themeFillTint="00007F" w:val="clear"/>
      </w:tcPr>
    </w:tblStylePr>
    <w:tblStylePr w:type="nwCell">
      <w:tblPr/>
      <w:tcPr>
        <w:shd w:color="auto" w:fill="ffffff" w:themeFill="background1" w:val="clear"/>
      </w:tcPr>
    </w:tblStylePr>
  </w:style>
  <w:style w:type="table" w:styleId="MediumGrid2-Accent1">
    <w:name w:val="Medium Grid 2 Accent 1"/>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color w:val="000000" w:themeColor="text1"/>
      </w:rPr>
      <w:tblPr/>
      <w:tcPr>
        <w:shd w:color="auto" w:fill="edf2f8" w:themeFill="accen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be5f1" w:themeFill="accent1" w:themeFillTint="000033" w:val="clear"/>
      </w:tcPr>
    </w:tblStylePr>
    <w:tblStylePr w:type="band1Vert">
      <w:tblPr/>
      <w:tcPr>
        <w:shd w:color="auto" w:fill="a7bfde" w:themeFill="accent1" w:themeFillTint="0000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00007F" w:val="clear"/>
      </w:tcPr>
    </w:tblStylePr>
    <w:tblStylePr w:type="nwCell">
      <w:tblPr/>
      <w:tcPr>
        <w:shd w:color="auto" w:fill="ffffff" w:themeFill="background1" w:val="clear"/>
      </w:tcPr>
    </w:tblStylePr>
  </w:style>
  <w:style w:type="table" w:styleId="MediumGrid2-Accent2">
    <w:name w:val="Medium Grid 2 Accent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color w:val="000000" w:themeColor="text1"/>
      </w:rPr>
      <w:tblPr/>
      <w:tcPr>
        <w:shd w:color="auto" w:fill="f8eded" w:themeFill="accent2"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2dbdb" w:themeFill="accent2" w:themeFillTint="000033" w:val="clear"/>
      </w:tcPr>
    </w:tblStylePr>
    <w:tblStylePr w:type="band1Vert">
      <w:tblPr/>
      <w:tcPr>
        <w:shd w:color="auto" w:fill="dfa7a6" w:themeFill="accent2" w:themeFillTint="0000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00007F" w:val="clear"/>
      </w:tcPr>
    </w:tblStylePr>
    <w:tblStylePr w:type="nwCell">
      <w:tblPr/>
      <w:tcPr>
        <w:shd w:color="auto" w:fill="ffffff" w:themeFill="background1" w:val="clear"/>
      </w:tcPr>
    </w:tblStylePr>
  </w:style>
  <w:style w:type="table" w:styleId="MediumGrid2-Accent3">
    <w:name w:val="Medium Grid 2 Accent 3"/>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color w:val="000000" w:themeColor="text1"/>
      </w:rPr>
      <w:tblPr/>
      <w:tcPr>
        <w:shd w:color="auto" w:fill="f5f8ee" w:themeFill="accent3"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af1dd" w:themeFill="accent3" w:themeFillTint="000033" w:val="clear"/>
      </w:tcPr>
    </w:tblStylePr>
    <w:tblStylePr w:type="band1Vert">
      <w:tblPr/>
      <w:tcPr>
        <w:shd w:color="auto" w:fill="cdddac" w:themeFill="accent3" w:themeFillTint="0000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00007F" w:val="clear"/>
      </w:tcPr>
    </w:tblStylePr>
    <w:tblStylePr w:type="nwCell">
      <w:tblPr/>
      <w:tcPr>
        <w:shd w:color="auto" w:fill="ffffff" w:themeFill="background1" w:val="clear"/>
      </w:tcPr>
    </w:tblStylePr>
  </w:style>
  <w:style w:type="table" w:styleId="MediumGrid2-Accent4">
    <w:name w:val="Medium Grid 2 Accent 4"/>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color w:val="000000" w:themeColor="text1"/>
      </w:rPr>
      <w:tblPr/>
      <w:tcPr>
        <w:shd w:color="auto" w:fill="f2eff6" w:themeFill="accent4"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5dfec" w:themeFill="accent4" w:themeFillTint="000033" w:val="clear"/>
      </w:tcPr>
    </w:tblStylePr>
    <w:tblStylePr w:type="band1Vert">
      <w:tblPr/>
      <w:tcPr>
        <w:shd w:color="auto" w:fill="bfb1d0" w:themeFill="accent4" w:themeFillTint="0000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00007F" w:val="clear"/>
      </w:tcPr>
    </w:tblStylePr>
    <w:tblStylePr w:type="nwCell">
      <w:tblPr/>
      <w:tcPr>
        <w:shd w:color="auto" w:fill="ffffff" w:themeFill="background1" w:val="clear"/>
      </w:tcPr>
    </w:tblStylePr>
  </w:style>
  <w:style w:type="table" w:styleId="MediumGrid2-Accent5">
    <w:name w:val="Medium Grid 2 Accent 5"/>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color w:val="000000" w:themeColor="text1"/>
      </w:rPr>
      <w:tblPr/>
      <w:tcPr>
        <w:shd w:color="auto" w:fill="edf6f9" w:themeFill="accent5"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aeef3" w:themeFill="accent5" w:themeFillTint="000033" w:val="clear"/>
      </w:tcPr>
    </w:tblStylePr>
    <w:tblStylePr w:type="band1Vert">
      <w:tblPr/>
      <w:tcPr>
        <w:shd w:color="auto" w:fill="a5d5e2" w:themeFill="accent5" w:themeFillTint="0000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00007F" w:val="clear"/>
      </w:tcPr>
    </w:tblStylePr>
    <w:tblStylePr w:type="nwCell">
      <w:tblPr/>
      <w:tcPr>
        <w:shd w:color="auto" w:fill="ffffff" w:themeFill="background1" w:val="clear"/>
      </w:tcPr>
    </w:tblStylePr>
  </w:style>
  <w:style w:type="table" w:styleId="MediumGrid2-Accent6">
    <w:name w:val="Medium Grid 2 Accent 6"/>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color w:val="000000" w:themeColor="text1"/>
      </w:rPr>
      <w:tblPr/>
      <w:tcPr>
        <w:shd w:color="auto" w:fill="fef4ec" w:themeFill="accent6"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de9d9" w:themeFill="accent6" w:themeFillTint="000033" w:val="clear"/>
      </w:tcPr>
    </w:tblStylePr>
    <w:tblStylePr w:type="band1Vert">
      <w:tblPr/>
      <w:tcPr>
        <w:shd w:color="auto" w:fill="fbcaa2" w:themeFill="accent6" w:themeFillTint="0000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00007F" w:val="clear"/>
      </w:tcPr>
    </w:tblStylePr>
    <w:tblStylePr w:type="nwCell">
      <w:tblPr/>
      <w:tcPr>
        <w:shd w:color="auto" w:fill="ffffff" w:themeFill="background1" w:val="clear"/>
      </w:tcPr>
    </w:tblStylePr>
  </w:style>
  <w:style w:type="table" w:styleId="MediumGrid3">
    <w:name w:val="Medium Grid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000000" w:themeFill="tex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808080" w:themeFill="tex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00007F" w:val="clear"/>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f81bd" w:themeFill="accen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7bfde" w:themeFill="accen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00007F" w:val="clear"/>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c0504d" w:themeFill="accent2"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dfa7a6" w:themeFill="accent2"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00007F" w:val="clear"/>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9bbb59" w:themeFill="accent3"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cdddac" w:themeFill="accent3"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00007F" w:val="clear"/>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8064a2" w:themeFill="accent4"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bfb1d0" w:themeFill="accent4"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00007F" w:val="clear"/>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bacc6" w:themeFill="accent5"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5d5e2" w:themeFill="accent5"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00007F" w:val="clear"/>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f79646" w:themeFill="accent6"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fbcaa2" w:themeFill="accent6"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00007F" w:val="clear"/>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000000" w:themeFill="tex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000000" w:themeFill="tex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000000" w:themeFill="tex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000000" w:themeFill="tex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f81bd" w:themeFill="accen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43f60" w:themeFill="accen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65f91" w:themeFill="accen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65f91" w:themeFill="accen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c0504d" w:themeFill="accent2"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622423" w:themeFill="accent2"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943634" w:themeFill="accent2"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943634" w:themeFill="accent2"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9bbb59" w:themeFill="accent3"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4e6128" w:themeFill="accent3"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76923c" w:themeFill="accent3"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76923c" w:themeFill="accent3"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8064a2" w:themeFill="accent4"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3f3151" w:themeFill="accent4"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5f497a" w:themeFill="accent4"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5f497a" w:themeFill="accent4"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bacc6" w:themeFill="accent5"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05867" w:themeFill="accent5"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1849b" w:themeFill="accent5"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1849b" w:themeFill="accent5"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f79646" w:themeFill="accent6"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974706" w:themeFill="accent6"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e36c0a" w:themeFill="accent6"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e36c0a" w:themeFill="accent6"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6e6e6" w:themeFill="tex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000000" w:themeFill="text1" w:themeFillShade="000099" w:val="clear"/>
      </w:tcPr>
    </w:tblStylePr>
    <w:tblStylePr w:type="firstCol">
      <w:rPr>
        <w:color w:val="ffffff" w:themeColor="background1"/>
      </w:rPr>
      <w:tblPr/>
      <w:tcPr>
        <w:tcBorders>
          <w:top w:space="0" w:sz="0" w:val="nil"/>
          <w:left w:space="0" w:sz="0" w:val="nil"/>
          <w:bottom w:space="0" w:sz="0" w:val="nil"/>
          <w:right w:space="0" w:sz="0" w:val="nil"/>
          <w:insideH w:color="000000" w:space="0" w:sz="4" w:themeColor="text1" w:themeShade="000099" w:val="single"/>
          <w:insideV w:space="0" w:sz="0" w:val="nil"/>
        </w:tcBorders>
        <w:shd w:color="auto" w:fill="000000" w:themeFill="tex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Vert">
      <w:tblPr/>
      <w:tcPr>
        <w:shd w:color="auto" w:fill="999999" w:themeFill="text1" w:themeFillTint="000066" w:val="clear"/>
      </w:tcPr>
    </w:tblStylePr>
    <w:tblStylePr w:type="band1Horz">
      <w:tblPr/>
      <w:tcPr>
        <w:shd w:color="auto" w:fill="808080" w:themeFill="text1" w:themeFillTint="00007F" w:val="clear"/>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2f8" w:themeFill="accen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c4c74" w:themeFill="accent1" w:themeFillShade="000099" w:val="clear"/>
      </w:tcPr>
    </w:tblStylePr>
    <w:tblStylePr w:type="firstCol">
      <w:rPr>
        <w:color w:val="ffffff" w:themeColor="background1"/>
      </w:rPr>
      <w:tblPr/>
      <w:tcPr>
        <w:tcBorders>
          <w:top w:space="0" w:sz="0" w:val="nil"/>
          <w:left w:space="0" w:sz="0" w:val="nil"/>
          <w:bottom w:space="0" w:sz="0" w:val="nil"/>
          <w:right w:space="0" w:sz="0" w:val="nil"/>
          <w:insideH w:color="2c4c74" w:space="0" w:sz="4" w:themeColor="accent1" w:themeShade="000099" w:val="single"/>
          <w:insideV w:space="0" w:sz="0" w:val="nil"/>
        </w:tcBorders>
        <w:shd w:color="auto" w:fill="2c4c74" w:themeFill="accen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c4c74" w:themeFill="accent1" w:themeFillShade="000099" w:val="clear"/>
      </w:tcPr>
    </w:tblStylePr>
    <w:tblStylePr w:type="band1Vert">
      <w:tblPr/>
      <w:tcPr>
        <w:shd w:color="auto" w:fill="b8cce4" w:themeFill="accent1" w:themeFillTint="000066" w:val="clear"/>
      </w:tcPr>
    </w:tblStylePr>
    <w:tblStylePr w:type="band1Horz">
      <w:tblPr/>
      <w:tcPr>
        <w:shd w:color="auto" w:fill="a7bfde" w:themeFill="accent1" w:themeFillTint="00007F" w:val="clear"/>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8eded" w:themeFill="accent2"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772c2a" w:themeFill="accent2" w:themeFillShade="000099" w:val="clear"/>
      </w:tcPr>
    </w:tblStylePr>
    <w:tblStylePr w:type="firstCol">
      <w:rPr>
        <w:color w:val="ffffff" w:themeColor="background1"/>
      </w:rPr>
      <w:tblPr/>
      <w:tcPr>
        <w:tcBorders>
          <w:top w:space="0" w:sz="0" w:val="nil"/>
          <w:left w:space="0" w:sz="0" w:val="nil"/>
          <w:bottom w:space="0" w:sz="0" w:val="nil"/>
          <w:right w:space="0" w:sz="0" w:val="nil"/>
          <w:insideH w:color="772c2a" w:space="0" w:sz="4" w:themeColor="accent2" w:themeShade="000099" w:val="single"/>
          <w:insideV w:space="0" w:sz="0" w:val="nil"/>
        </w:tcBorders>
        <w:shd w:color="auto" w:fill="772c2a" w:themeFill="accent2"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772c2a" w:themeFill="accent2" w:themeFillShade="000099" w:val="clear"/>
      </w:tcPr>
    </w:tblStylePr>
    <w:tblStylePr w:type="band1Vert">
      <w:tblPr/>
      <w:tcPr>
        <w:shd w:color="auto" w:fill="e5b8b7" w:themeFill="accent2" w:themeFillTint="000066" w:val="clear"/>
      </w:tcPr>
    </w:tblStylePr>
    <w:tblStylePr w:type="band1Horz">
      <w:tblPr/>
      <w:tcPr>
        <w:shd w:color="auto" w:fill="dfa7a6" w:themeFill="accent2" w:themeFillTint="00007F" w:val="clear"/>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0" w:type="dxa"/>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5f8ee" w:themeFill="accent3" w:themeFillTint="000019" w:val="clear"/>
    </w:tcPr>
    <w:tblStylePr w:type="firstRow">
      <w:rPr>
        <w:b w:val="1"/>
        <w:bCs w:val="1"/>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5e7530" w:themeFill="accent3" w:themeFillShade="000099" w:val="clear"/>
      </w:tcPr>
    </w:tblStylePr>
    <w:tblStylePr w:type="firstCol">
      <w:rPr>
        <w:color w:val="ffffff" w:themeColor="background1"/>
      </w:rPr>
      <w:tblPr/>
      <w:tcPr>
        <w:tcBorders>
          <w:top w:space="0" w:sz="0" w:val="nil"/>
          <w:left w:space="0" w:sz="0" w:val="nil"/>
          <w:bottom w:space="0" w:sz="0" w:val="nil"/>
          <w:right w:space="0" w:sz="0" w:val="nil"/>
          <w:insideH w:color="5e7530" w:space="0" w:sz="4" w:themeColor="accent3" w:themeShade="000099" w:val="single"/>
          <w:insideV w:space="0" w:sz="0" w:val="nil"/>
        </w:tcBorders>
        <w:shd w:color="auto" w:fill="5e7530" w:themeFill="accent3"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5e7530" w:themeFill="accent3" w:themeFillShade="000099" w:val="clear"/>
      </w:tcPr>
    </w:tblStylePr>
    <w:tblStylePr w:type="band1Vert">
      <w:tblPr/>
      <w:tcPr>
        <w:shd w:color="auto" w:fill="d6e3bc" w:themeFill="accent3" w:themeFillTint="000066" w:val="clear"/>
      </w:tcPr>
    </w:tblStylePr>
    <w:tblStylePr w:type="band1Horz">
      <w:tblPr/>
      <w:tcPr>
        <w:shd w:color="auto" w:fill="cdddac" w:themeFill="accent3" w:themeFillTint="00007F" w:val="clear"/>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0" w:type="dxa"/>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2eff6" w:themeFill="accent4" w:themeFillTint="000019" w:val="clear"/>
    </w:tcPr>
    <w:tblStylePr w:type="firstRow">
      <w:rPr>
        <w:b w:val="1"/>
        <w:bCs w:val="1"/>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4c3b62" w:themeFill="accent4" w:themeFillShade="000099" w:val="clear"/>
      </w:tcPr>
    </w:tblStylePr>
    <w:tblStylePr w:type="firstCol">
      <w:rPr>
        <w:color w:val="ffffff" w:themeColor="background1"/>
      </w:rPr>
      <w:tblPr/>
      <w:tcPr>
        <w:tcBorders>
          <w:top w:space="0" w:sz="0" w:val="nil"/>
          <w:left w:space="0" w:sz="0" w:val="nil"/>
          <w:bottom w:space="0" w:sz="0" w:val="nil"/>
          <w:right w:space="0" w:sz="0" w:val="nil"/>
          <w:insideH w:color="4c3b62" w:space="0" w:sz="4" w:themeColor="accent4" w:themeShade="000099" w:val="single"/>
          <w:insideV w:space="0" w:sz="0" w:val="nil"/>
        </w:tcBorders>
        <w:shd w:color="auto" w:fill="4c3b62" w:themeFill="accent4"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4c3b62" w:themeFill="accent4" w:themeFillShade="000099" w:val="clear"/>
      </w:tcPr>
    </w:tblStylePr>
    <w:tblStylePr w:type="band1Vert">
      <w:tblPr/>
      <w:tcPr>
        <w:shd w:color="auto" w:fill="ccc0d9" w:themeFill="accent4" w:themeFillTint="000066" w:val="clear"/>
      </w:tcPr>
    </w:tblStylePr>
    <w:tblStylePr w:type="band1Horz">
      <w:tblPr/>
      <w:tcPr>
        <w:shd w:color="auto" w:fill="bfb1d0" w:themeFill="accent4" w:themeFillTint="00007F" w:val="clear"/>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0" w:type="dxa"/>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6f9" w:themeFill="accent5" w:themeFillTint="000019" w:val="clear"/>
    </w:tcPr>
    <w:tblStylePr w:type="firstRow">
      <w:rPr>
        <w:b w:val="1"/>
        <w:bCs w:val="1"/>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76a7c" w:themeFill="accent5" w:themeFillShade="000099" w:val="clear"/>
      </w:tcPr>
    </w:tblStylePr>
    <w:tblStylePr w:type="firstCol">
      <w:rPr>
        <w:color w:val="ffffff" w:themeColor="background1"/>
      </w:rPr>
      <w:tblPr/>
      <w:tcPr>
        <w:tcBorders>
          <w:top w:space="0" w:sz="0" w:val="nil"/>
          <w:left w:space="0" w:sz="0" w:val="nil"/>
          <w:bottom w:space="0" w:sz="0" w:val="nil"/>
          <w:right w:space="0" w:sz="0" w:val="nil"/>
          <w:insideH w:color="276a7c" w:space="0" w:sz="4" w:themeColor="accent5" w:themeShade="000099" w:val="single"/>
          <w:insideV w:space="0" w:sz="0" w:val="nil"/>
        </w:tcBorders>
        <w:shd w:color="auto" w:fill="276a7c" w:themeFill="accent5"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76a7c" w:themeFill="accent5" w:themeFillShade="000099" w:val="clear"/>
      </w:tcPr>
    </w:tblStylePr>
    <w:tblStylePr w:type="band1Vert">
      <w:tblPr/>
      <w:tcPr>
        <w:shd w:color="auto" w:fill="b6dde8" w:themeFill="accent5" w:themeFillTint="000066" w:val="clear"/>
      </w:tcPr>
    </w:tblStylePr>
    <w:tblStylePr w:type="band1Horz">
      <w:tblPr/>
      <w:tcPr>
        <w:shd w:color="auto" w:fill="a5d5e2" w:themeFill="accent5" w:themeFillTint="00007F" w:val="clear"/>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0" w:type="dxa"/>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ef4ec" w:themeFill="accent6" w:themeFillTint="000019" w:val="clear"/>
    </w:tcPr>
    <w:tblStylePr w:type="firstRow">
      <w:rPr>
        <w:b w:val="1"/>
        <w:bCs w:val="1"/>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b65608" w:themeFill="accent6" w:themeFillShade="000099" w:val="clear"/>
      </w:tcPr>
    </w:tblStylePr>
    <w:tblStylePr w:type="firstCol">
      <w:rPr>
        <w:color w:val="ffffff" w:themeColor="background1"/>
      </w:rPr>
      <w:tblPr/>
      <w:tcPr>
        <w:tcBorders>
          <w:top w:space="0" w:sz="0" w:val="nil"/>
          <w:left w:space="0" w:sz="0" w:val="nil"/>
          <w:bottom w:space="0" w:sz="0" w:val="nil"/>
          <w:right w:space="0" w:sz="0" w:val="nil"/>
          <w:insideH w:color="b65608" w:space="0" w:sz="4" w:themeColor="accent6" w:themeShade="000099" w:val="single"/>
          <w:insideV w:space="0" w:sz="0" w:val="nil"/>
        </w:tcBorders>
        <w:shd w:color="auto" w:fill="b65608" w:themeFill="accent6"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b65608" w:themeFill="accent6" w:themeFillShade="000099" w:val="clear"/>
      </w:tcPr>
    </w:tblStylePr>
    <w:tblStylePr w:type="band1Vert">
      <w:tblPr/>
      <w:tcPr>
        <w:shd w:color="auto" w:fill="fbd4b4" w:themeFill="accent6" w:themeFillTint="000066" w:val="clear"/>
      </w:tcPr>
    </w:tblStylePr>
    <w:tblStylePr w:type="band1Horz">
      <w:tblPr/>
      <w:tcPr>
        <w:shd w:color="auto" w:fill="fbcaa2" w:themeFill="accent6" w:themeFillTint="00007F" w:val="clear"/>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6e6e6" w:themeFill="tex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themeFill="text1" w:themeFillTint="00003F" w:val="clear"/>
      </w:tcPr>
    </w:tblStylePr>
    <w:tblStylePr w:type="band1Horz">
      <w:tblPr/>
      <w:tcPr>
        <w:shd w:color="auto" w:fill="cccccc" w:themeFill="text1" w:themeFillTint="000033" w:val="clear"/>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2f8" w:themeFill="accen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themeFill="accent1" w:themeFillTint="00003F" w:val="clear"/>
      </w:tcPr>
    </w:tblStylePr>
    <w:tblStylePr w:type="band1Horz">
      <w:tblPr/>
      <w:tcPr>
        <w:shd w:color="auto" w:fill="dbe5f1" w:themeFill="accent1" w:themeFillTint="000033" w:val="clear"/>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8eded" w:themeFill="accent2"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themeFill="accent2" w:themeFillTint="00003F" w:val="clear"/>
      </w:tcPr>
    </w:tblStylePr>
    <w:tblStylePr w:type="band1Horz">
      <w:tblPr/>
      <w:tcPr>
        <w:shd w:color="auto" w:fill="f2dbdb" w:themeFill="accent2" w:themeFillTint="000033" w:val="clear"/>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5f8ee" w:themeFill="accent3" w:themeFillTint="000019" w:val="clear"/>
    </w:tcPr>
    <w:tblStylePr w:type="firstRow">
      <w:rPr>
        <w:b w:val="1"/>
        <w:bCs w:val="1"/>
        <w:color w:val="ffffff" w:themeColor="background1"/>
      </w:rPr>
      <w:tblPr/>
      <w:tcPr>
        <w:tcBorders>
          <w:bottom w:color="ffffff" w:space="0" w:sz="12" w:themeColor="background1" w:val="single"/>
        </w:tcBorders>
        <w:shd w:color="auto" w:fill="664e82" w:themeFill="accent4" w:themeFillShade="0000CC" w:val="clear"/>
      </w:tcPr>
    </w:tblStylePr>
    <w:tblStylePr w:type="lastRow">
      <w:rPr>
        <w:b w:val="1"/>
        <w:bCs w:val="1"/>
        <w:color w:val="664e82" w:themeColor="accent4"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themeFill="accent3" w:themeFillTint="00003F" w:val="clear"/>
      </w:tcPr>
    </w:tblStylePr>
    <w:tblStylePr w:type="band1Horz">
      <w:tblPr/>
      <w:tcPr>
        <w:shd w:color="auto" w:fill="eaf1dd" w:themeFill="accent3" w:themeFillTint="000033" w:val="clear"/>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2eff6" w:themeFill="accent4" w:themeFillTint="000019" w:val="clear"/>
    </w:tcPr>
    <w:tblStylePr w:type="firstRow">
      <w:rPr>
        <w:b w:val="1"/>
        <w:bCs w:val="1"/>
        <w:color w:val="ffffff" w:themeColor="background1"/>
      </w:rPr>
      <w:tblPr/>
      <w:tcPr>
        <w:tcBorders>
          <w:bottom w:color="ffffff" w:space="0" w:sz="12" w:themeColor="background1" w:val="single"/>
        </w:tcBorders>
        <w:shd w:color="auto" w:fill="7e9c40" w:themeFill="accent3" w:themeFillShade="0000CC" w:val="clear"/>
      </w:tcPr>
    </w:tblStylePr>
    <w:tblStylePr w:type="lastRow">
      <w:rPr>
        <w:b w:val="1"/>
        <w:bCs w:val="1"/>
        <w:color w:val="7e9c40" w:themeColor="accent3"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themeFill="accent4" w:themeFillTint="00003F" w:val="clear"/>
      </w:tcPr>
    </w:tblStylePr>
    <w:tblStylePr w:type="band1Horz">
      <w:tblPr/>
      <w:tcPr>
        <w:shd w:color="auto" w:fill="e5dfec" w:themeFill="accent4" w:themeFillTint="000033" w:val="clear"/>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6f9" w:themeFill="accent5" w:themeFillTint="000019" w:val="clear"/>
    </w:tcPr>
    <w:tblStylePr w:type="firstRow">
      <w:rPr>
        <w:b w:val="1"/>
        <w:bCs w:val="1"/>
        <w:color w:val="ffffff" w:themeColor="background1"/>
      </w:rPr>
      <w:tblPr/>
      <w:tcPr>
        <w:tcBorders>
          <w:bottom w:color="ffffff" w:space="0" w:sz="12" w:themeColor="background1" w:val="single"/>
        </w:tcBorders>
        <w:shd w:color="auto" w:fill="f2730a" w:themeFill="accent6" w:themeFillShade="0000CC" w:val="clear"/>
      </w:tcPr>
    </w:tblStylePr>
    <w:tblStylePr w:type="lastRow">
      <w:rPr>
        <w:b w:val="1"/>
        <w:bCs w:val="1"/>
        <w:color w:val="f2730a" w:themeColor="accent6"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themeFill="accent5" w:themeFillTint="00003F" w:val="clear"/>
      </w:tcPr>
    </w:tblStylePr>
    <w:tblStylePr w:type="band1Horz">
      <w:tblPr/>
      <w:tcPr>
        <w:shd w:color="auto" w:fill="daeef3" w:themeFill="accent5" w:themeFillTint="000033" w:val="clear"/>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ef4ec" w:themeFill="accent6" w:themeFillTint="000019" w:val="clear"/>
    </w:tcPr>
    <w:tblStylePr w:type="firstRow">
      <w:rPr>
        <w:b w:val="1"/>
        <w:bCs w:val="1"/>
        <w:color w:val="ffffff" w:themeColor="background1"/>
      </w:rPr>
      <w:tblPr/>
      <w:tcPr>
        <w:tcBorders>
          <w:bottom w:color="ffffff" w:space="0" w:sz="12" w:themeColor="background1" w:val="single"/>
        </w:tcBorders>
        <w:shd w:color="auto" w:fill="348da5" w:themeFill="accent5" w:themeFillShade="0000CC" w:val="clear"/>
      </w:tcPr>
    </w:tblStylePr>
    <w:tblStylePr w:type="lastRow">
      <w:rPr>
        <w:b w:val="1"/>
        <w:bCs w:val="1"/>
        <w:color w:val="348da5" w:themeColor="accent5"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themeFill="accent6" w:themeFillTint="00003F" w:val="clear"/>
      </w:tcPr>
    </w:tblStylePr>
    <w:tblStylePr w:type="band1Horz">
      <w:tblPr/>
      <w:tcPr>
        <w:shd w:color="auto" w:fill="fde9d9" w:themeFill="accent6" w:themeFillTint="000033" w:val="clear"/>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cccccc" w:themeFill="text1" w:themeFillTint="000033" w:val="clear"/>
    </w:tcPr>
    <w:tblStylePr w:type="firstRow">
      <w:rPr>
        <w:b w:val="1"/>
        <w:bCs w:val="1"/>
      </w:rPr>
      <w:tblPr/>
      <w:tcPr>
        <w:shd w:color="auto" w:fill="999999" w:themeFill="text1" w:themeFillTint="000066" w:val="clear"/>
      </w:tcPr>
    </w:tblStylePr>
    <w:tblStylePr w:type="lastRow">
      <w:rPr>
        <w:b w:val="1"/>
        <w:bCs w:val="1"/>
        <w:color w:val="000000" w:themeColor="text1"/>
      </w:rPr>
      <w:tblPr/>
      <w:tcPr>
        <w:shd w:color="auto" w:fill="999999" w:themeFill="text1" w:themeFillTint="000066" w:val="clear"/>
      </w:tcPr>
    </w:tblStylePr>
    <w:tblStylePr w:type="firstCol">
      <w:rPr>
        <w:color w:val="ffffff" w:themeColor="background1"/>
      </w:rPr>
      <w:tblPr/>
      <w:tcPr>
        <w:shd w:color="auto" w:fill="000000" w:themeFill="text1" w:themeFillShade="0000BF" w:val="clear"/>
      </w:tcPr>
    </w:tblStylePr>
    <w:tblStylePr w:type="lastCol">
      <w:rPr>
        <w:color w:val="ffffff" w:themeColor="background1"/>
      </w:rPr>
      <w:tblPr/>
      <w:tcPr>
        <w:shd w:color="auto" w:fill="000000" w:themeFill="text1" w:themeFillShade="0000BF" w:val="clear"/>
      </w:tc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be5f1" w:themeFill="accent1" w:themeFillTint="000033" w:val="clear"/>
    </w:tcPr>
    <w:tblStylePr w:type="firstRow">
      <w:rPr>
        <w:b w:val="1"/>
        <w:bCs w:val="1"/>
      </w:rPr>
      <w:tblPr/>
      <w:tcPr>
        <w:shd w:color="auto" w:fill="b8cce4" w:themeFill="accent1" w:themeFillTint="000066" w:val="clear"/>
      </w:tcPr>
    </w:tblStylePr>
    <w:tblStylePr w:type="lastRow">
      <w:rPr>
        <w:b w:val="1"/>
        <w:bCs w:val="1"/>
        <w:color w:val="000000" w:themeColor="text1"/>
      </w:rPr>
      <w:tblPr/>
      <w:tcPr>
        <w:shd w:color="auto" w:fill="b8cce4" w:themeFill="accent1" w:themeFillTint="000066" w:val="clear"/>
      </w:tcPr>
    </w:tblStylePr>
    <w:tblStylePr w:type="firstCol">
      <w:rPr>
        <w:color w:val="ffffff" w:themeColor="background1"/>
      </w:rPr>
      <w:tblPr/>
      <w:tcPr>
        <w:shd w:color="auto" w:fill="365f91" w:themeFill="accent1" w:themeFillShade="0000BF" w:val="clear"/>
      </w:tcPr>
    </w:tblStylePr>
    <w:tblStylePr w:type="lastCol">
      <w:rPr>
        <w:color w:val="ffffff" w:themeColor="background1"/>
      </w:rPr>
      <w:tblPr/>
      <w:tcPr>
        <w:shd w:color="auto" w:fill="365f91" w:themeFill="accent1" w:themeFillShade="0000BF" w:val="clear"/>
      </w:tc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2dbdb" w:themeFill="accent2" w:themeFillTint="000033" w:val="clear"/>
    </w:tcPr>
    <w:tblStylePr w:type="firstRow">
      <w:rPr>
        <w:b w:val="1"/>
        <w:bCs w:val="1"/>
      </w:rPr>
      <w:tblPr/>
      <w:tcPr>
        <w:shd w:color="auto" w:fill="e5b8b7" w:themeFill="accent2" w:themeFillTint="000066" w:val="clear"/>
      </w:tcPr>
    </w:tblStylePr>
    <w:tblStylePr w:type="lastRow">
      <w:rPr>
        <w:b w:val="1"/>
        <w:bCs w:val="1"/>
        <w:color w:val="000000" w:themeColor="text1"/>
      </w:rPr>
      <w:tblPr/>
      <w:tcPr>
        <w:shd w:color="auto" w:fill="e5b8b7" w:themeFill="accent2" w:themeFillTint="000066" w:val="clear"/>
      </w:tcPr>
    </w:tblStylePr>
    <w:tblStylePr w:type="firstCol">
      <w:rPr>
        <w:color w:val="ffffff" w:themeColor="background1"/>
      </w:rPr>
      <w:tblPr/>
      <w:tcPr>
        <w:shd w:color="auto" w:fill="943634" w:themeFill="accent2" w:themeFillShade="0000BF" w:val="clear"/>
      </w:tcPr>
    </w:tblStylePr>
    <w:tblStylePr w:type="lastCol">
      <w:rPr>
        <w:color w:val="ffffff" w:themeColor="background1"/>
      </w:rPr>
      <w:tblPr/>
      <w:tcPr>
        <w:shd w:color="auto" w:fill="943634" w:themeFill="accent2" w:themeFillShade="0000BF" w:val="clear"/>
      </w:tc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af1dd" w:themeFill="accent3" w:themeFillTint="000033" w:val="clear"/>
    </w:tcPr>
    <w:tblStylePr w:type="firstRow">
      <w:rPr>
        <w:b w:val="1"/>
        <w:bCs w:val="1"/>
      </w:rPr>
      <w:tblPr/>
      <w:tcPr>
        <w:shd w:color="auto" w:fill="d6e3bc" w:themeFill="accent3" w:themeFillTint="000066" w:val="clear"/>
      </w:tcPr>
    </w:tblStylePr>
    <w:tblStylePr w:type="lastRow">
      <w:rPr>
        <w:b w:val="1"/>
        <w:bCs w:val="1"/>
        <w:color w:val="000000" w:themeColor="text1"/>
      </w:rPr>
      <w:tblPr/>
      <w:tcPr>
        <w:shd w:color="auto" w:fill="d6e3bc" w:themeFill="accent3" w:themeFillTint="000066" w:val="clear"/>
      </w:tcPr>
    </w:tblStylePr>
    <w:tblStylePr w:type="firstCol">
      <w:rPr>
        <w:color w:val="ffffff" w:themeColor="background1"/>
      </w:rPr>
      <w:tblPr/>
      <w:tcPr>
        <w:shd w:color="auto" w:fill="76923c" w:themeFill="accent3" w:themeFillShade="0000BF" w:val="clear"/>
      </w:tcPr>
    </w:tblStylePr>
    <w:tblStylePr w:type="lastCol">
      <w:rPr>
        <w:color w:val="ffffff" w:themeColor="background1"/>
      </w:rPr>
      <w:tblPr/>
      <w:tcPr>
        <w:shd w:color="auto" w:fill="76923c" w:themeFill="accent3" w:themeFillShade="0000BF" w:val="clear"/>
      </w:tc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5dfec" w:themeFill="accent4" w:themeFillTint="000033" w:val="clear"/>
    </w:tcPr>
    <w:tblStylePr w:type="firstRow">
      <w:rPr>
        <w:b w:val="1"/>
        <w:bCs w:val="1"/>
      </w:rPr>
      <w:tblPr/>
      <w:tcPr>
        <w:shd w:color="auto" w:fill="ccc0d9" w:themeFill="accent4" w:themeFillTint="000066" w:val="clear"/>
      </w:tcPr>
    </w:tblStylePr>
    <w:tblStylePr w:type="lastRow">
      <w:rPr>
        <w:b w:val="1"/>
        <w:bCs w:val="1"/>
        <w:color w:val="000000" w:themeColor="text1"/>
      </w:rPr>
      <w:tblPr/>
      <w:tcPr>
        <w:shd w:color="auto" w:fill="ccc0d9" w:themeFill="accent4" w:themeFillTint="000066" w:val="clear"/>
      </w:tcPr>
    </w:tblStylePr>
    <w:tblStylePr w:type="firstCol">
      <w:rPr>
        <w:color w:val="ffffff" w:themeColor="background1"/>
      </w:rPr>
      <w:tblPr/>
      <w:tcPr>
        <w:shd w:color="auto" w:fill="5f497a" w:themeFill="accent4" w:themeFillShade="0000BF" w:val="clear"/>
      </w:tcPr>
    </w:tblStylePr>
    <w:tblStylePr w:type="lastCol">
      <w:rPr>
        <w:color w:val="ffffff" w:themeColor="background1"/>
      </w:rPr>
      <w:tblPr/>
      <w:tcPr>
        <w:shd w:color="auto" w:fill="5f497a" w:themeFill="accent4" w:themeFillShade="0000BF" w:val="clear"/>
      </w:tc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aeef3" w:themeFill="accent5" w:themeFillTint="000033" w:val="clear"/>
    </w:tcPr>
    <w:tblStylePr w:type="firstRow">
      <w:rPr>
        <w:b w:val="1"/>
        <w:bCs w:val="1"/>
      </w:rPr>
      <w:tblPr/>
      <w:tcPr>
        <w:shd w:color="auto" w:fill="b6dde8" w:themeFill="accent5" w:themeFillTint="000066" w:val="clear"/>
      </w:tcPr>
    </w:tblStylePr>
    <w:tblStylePr w:type="lastRow">
      <w:rPr>
        <w:b w:val="1"/>
        <w:bCs w:val="1"/>
        <w:color w:val="000000" w:themeColor="text1"/>
      </w:rPr>
      <w:tblPr/>
      <w:tcPr>
        <w:shd w:color="auto" w:fill="b6dde8" w:themeFill="accent5" w:themeFillTint="000066" w:val="clear"/>
      </w:tcPr>
    </w:tblStylePr>
    <w:tblStylePr w:type="firstCol">
      <w:rPr>
        <w:color w:val="ffffff" w:themeColor="background1"/>
      </w:rPr>
      <w:tblPr/>
      <w:tcPr>
        <w:shd w:color="auto" w:fill="31849b" w:themeFill="accent5" w:themeFillShade="0000BF" w:val="clear"/>
      </w:tcPr>
    </w:tblStylePr>
    <w:tblStylePr w:type="lastCol">
      <w:rPr>
        <w:color w:val="ffffff" w:themeColor="background1"/>
      </w:rPr>
      <w:tblPr/>
      <w:tcPr>
        <w:shd w:color="auto" w:fill="31849b" w:themeFill="accent5" w:themeFillShade="0000BF" w:val="clear"/>
      </w:tc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de9d9" w:themeFill="accent6" w:themeFillTint="000033" w:val="clear"/>
    </w:tcPr>
    <w:tblStylePr w:type="firstRow">
      <w:rPr>
        <w:b w:val="1"/>
        <w:bCs w:val="1"/>
      </w:rPr>
      <w:tblPr/>
      <w:tcPr>
        <w:shd w:color="auto" w:fill="fbd4b4" w:themeFill="accent6" w:themeFillTint="000066" w:val="clear"/>
      </w:tcPr>
    </w:tblStylePr>
    <w:tblStylePr w:type="lastRow">
      <w:rPr>
        <w:b w:val="1"/>
        <w:bCs w:val="1"/>
        <w:color w:val="000000" w:themeColor="text1"/>
      </w:rPr>
      <w:tblPr/>
      <w:tcPr>
        <w:shd w:color="auto" w:fill="fbd4b4" w:themeFill="accent6" w:themeFillTint="000066" w:val="clear"/>
      </w:tcPr>
    </w:tblStylePr>
    <w:tblStylePr w:type="firstCol">
      <w:rPr>
        <w:color w:val="ffffff" w:themeColor="background1"/>
      </w:rPr>
      <w:tblPr/>
      <w:tcPr>
        <w:shd w:color="auto" w:fill="e36c0a" w:themeFill="accent6" w:themeFillShade="0000BF" w:val="clear"/>
      </w:tcPr>
    </w:tblStylePr>
    <w:tblStylePr w:type="lastCol">
      <w:rPr>
        <w:color w:val="ffffff" w:themeColor="background1"/>
      </w:rPr>
      <w:tblPr/>
      <w:tcPr>
        <w:shd w:color="auto" w:fill="e36c0a" w:themeFill="accent6" w:themeFillShade="0000BF" w:val="clear"/>
      </w:tc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paragraph" w:styleId="Subtitle">
    <w:name w:val="Subtitle"/>
    <w:basedOn w:val="Normal"/>
    <w:next w:val="Normal"/>
    <w:pPr/>
    <w:rPr>
      <w:rFonts w:ascii="Calibri" w:cs="Calibri" w:eastAsia="Calibri" w:hAnsi="Calibri"/>
      <w:i w:val="1"/>
      <w:iCs w:val="1"/>
      <w:color w:val="4f81bd"/>
      <w:sz w:val="24"/>
      <w:szCs w:val="24"/>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6">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yperlink" Target="mailto:info@gender-centru.md" TargetMode="External"/><Relationship Id="rId10" Type="http://schemas.openxmlformats.org/officeDocument/2006/relationships/hyperlink" Target="mailto:info@gender-centru.md" TargetMode="External"/><Relationship Id="rId12" Type="http://schemas.openxmlformats.org/officeDocument/2006/relationships/footer" Target="footer1.xml"/><Relationship Id="rId9" Type="http://schemas.openxmlformats.org/officeDocument/2006/relationships/hyperlink" Target="https://www.legis.md/cautare/getResults?doc_id=125572&amp;lang=ro"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thedocs.worldbank.org/en/doc/6c0602876d68949e80820507d90a14ed-0290012023/original/Procurement-Regulations-September-2023.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BFIKWiYOYh+VSLNTpu9Uud5Pvw==">CgMxLjAyDmguMXI2cTJjYnNrYzdkOAByITFMZTFWWnZVMmlXM3ZkMGRFYmJCTE1WR1NhekhfUTZTTg==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cp:coreProperties>
</file>